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CB50" w14:textId="77777777" w:rsidR="00E0039B" w:rsidRDefault="00E0039B" w:rsidP="00E0039B">
      <w:pPr>
        <w:pStyle w:val="Heading1"/>
        <w:jc w:val="center"/>
        <w:rPr>
          <w:color w:val="142850"/>
        </w:rPr>
      </w:pPr>
    </w:p>
    <w:p w14:paraId="2FC75ED1" w14:textId="5BBC8C0A" w:rsidR="00E0039B" w:rsidRPr="00496B4D" w:rsidRDefault="00496B4D" w:rsidP="00496B4D">
      <w:r w:rsidRPr="00496B4D">
        <w:drawing>
          <wp:inline distT="0" distB="0" distL="0" distR="0" wp14:anchorId="36342EC3" wp14:editId="610D7133">
            <wp:extent cx="6095339" cy="7285703"/>
            <wp:effectExtent l="0" t="0" r="1270" b="0"/>
            <wp:docPr id="10563723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37238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9200" cy="7290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1FD50" w14:textId="05808DAA" w:rsidR="006332A2" w:rsidRDefault="00000000" w:rsidP="00E0039B">
      <w:pPr>
        <w:pStyle w:val="Heading1"/>
        <w:jc w:val="center"/>
      </w:pPr>
      <w:r>
        <w:rPr>
          <w:color w:val="142850"/>
        </w:rPr>
        <w:lastRenderedPageBreak/>
        <w:t>INTRODUCTION</w:t>
      </w:r>
    </w:p>
    <w:p w14:paraId="4A2FB1E4" w14:textId="77777777" w:rsidR="006332A2" w:rsidRDefault="00000000">
      <w:r>
        <w:rPr>
          <w:noProof/>
        </w:rPr>
        <w:drawing>
          <wp:inline distT="0" distB="0" distL="0" distR="0" wp14:anchorId="2F336310" wp14:editId="616C2E7C">
            <wp:extent cx="5669280" cy="326869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(1)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268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84AC7" w14:textId="77777777" w:rsidR="006332A2" w:rsidRDefault="00000000">
      <w:r>
        <w:rPr>
          <w:b/>
          <w:color w:val="142850"/>
          <w:sz w:val="28"/>
        </w:rPr>
        <w:t>Before We Begin...</w:t>
      </w:r>
    </w:p>
    <w:p w14:paraId="78E96AB0" w14:textId="77777777" w:rsidR="006332A2" w:rsidRDefault="00000000">
      <w:r>
        <w:t>If you're reading this, chances are you've experienced at least one of these.</w:t>
      </w:r>
    </w:p>
    <w:p w14:paraId="2DAEDD32" w14:textId="77777777" w:rsidR="006332A2" w:rsidRDefault="00000000">
      <w:r>
        <w:t>You've spent hours scrolling through LinkedIn.</w:t>
      </w:r>
    </w:p>
    <w:p w14:paraId="2868995D" w14:textId="77777777" w:rsidR="006332A2" w:rsidRDefault="00000000">
      <w:r>
        <w:t>You've applied to dozens of jobs without hearing back.</w:t>
      </w:r>
    </w:p>
    <w:p w14:paraId="4FD0423A" w14:textId="77777777" w:rsidR="006332A2" w:rsidRDefault="00000000">
      <w:r>
        <w:t>You've paid someone for a "sure" remote job lead that disappeared after collecting your money.</w:t>
      </w:r>
    </w:p>
    <w:p w14:paraId="038982D1" w14:textId="77777777" w:rsidR="006332A2" w:rsidRDefault="00000000">
      <w:r>
        <w:t>You've watched people on social media announce new remote jobs while wondering:</w:t>
      </w:r>
    </w:p>
    <w:p w14:paraId="4D6C33F0" w14:textId="77777777" w:rsidR="006332A2" w:rsidRDefault="00000000">
      <w:r>
        <w:t>"What exactly are they doing differently?"</w:t>
      </w:r>
    </w:p>
    <w:p w14:paraId="4B1157E0" w14:textId="77777777" w:rsidR="006332A2" w:rsidRDefault="00000000">
      <w:r>
        <w:t>I know that feeling.</w:t>
      </w:r>
    </w:p>
    <w:p w14:paraId="73651678" w14:textId="77777777" w:rsidR="006332A2" w:rsidRDefault="00000000">
      <w:r>
        <w:t>It can make you question your abilities.</w:t>
      </w:r>
    </w:p>
    <w:p w14:paraId="081C0198" w14:textId="77777777" w:rsidR="006332A2" w:rsidRDefault="00000000">
      <w:r>
        <w:t>It can make you feel like everyone else has discovered a secret that somehow escaped you.</w:t>
      </w:r>
    </w:p>
    <w:p w14:paraId="3575CB68" w14:textId="77777777" w:rsidR="006332A2" w:rsidRDefault="00000000">
      <w:r>
        <w:t>But here's what I want you to know before we go any further:</w:t>
      </w:r>
    </w:p>
    <w:p w14:paraId="03092E8D" w14:textId="77777777" w:rsidR="006332A2" w:rsidRDefault="00000000">
      <w:r>
        <w:t>You probably don't need another certificate.</w:t>
      </w:r>
    </w:p>
    <w:p w14:paraId="124B7B91" w14:textId="77777777" w:rsidR="006332A2" w:rsidRDefault="00000000">
      <w:r>
        <w:t>You probably don't need to apply to another 300 jobs.</w:t>
      </w:r>
    </w:p>
    <w:p w14:paraId="74D020D3" w14:textId="77777777" w:rsidR="006332A2" w:rsidRDefault="00000000">
      <w:r>
        <w:t>And you definitely don't need another WhatsApp "agent" promising guaranteed employment after you pay a fee.</w:t>
      </w:r>
    </w:p>
    <w:p w14:paraId="6F882381" w14:textId="77777777" w:rsidR="006332A2" w:rsidRDefault="00000000">
      <w:r>
        <w:lastRenderedPageBreak/>
        <w:t>Most people are working incredibly hard.</w:t>
      </w:r>
    </w:p>
    <w:p w14:paraId="54C6F895" w14:textId="77777777" w:rsidR="006332A2" w:rsidRDefault="00000000">
      <w:r>
        <w:t>They're simply working with the wrong system.</w:t>
      </w:r>
    </w:p>
    <w:p w14:paraId="703B5B8B" w14:textId="77777777" w:rsidR="006332A2" w:rsidRDefault="006332A2"/>
    <w:p w14:paraId="3033E785" w14:textId="77777777" w:rsidR="006332A2" w:rsidRDefault="00000000">
      <w:r>
        <w:rPr>
          <w:b/>
          <w:color w:val="142850"/>
          <w:sz w:val="28"/>
        </w:rPr>
        <w:t>The Biggest Lie About Remote Jobs</w:t>
      </w:r>
    </w:p>
    <w:p w14:paraId="5245B541" w14:textId="77777777" w:rsidR="006332A2" w:rsidRDefault="00000000">
      <w:r>
        <w:t>One of the biggest misconceptions is this:</w:t>
      </w:r>
    </w:p>
    <w:p w14:paraId="57475395" w14:textId="77777777" w:rsidR="006332A2" w:rsidRDefault="00000000">
      <w:r>
        <w:t>"The more jobs you apply for, the higher your chances."</w:t>
      </w:r>
    </w:p>
    <w:p w14:paraId="665E5437" w14:textId="77777777" w:rsidR="006332A2" w:rsidRDefault="00000000">
      <w:r>
        <w:t>That sounds reasonable.</w:t>
      </w:r>
    </w:p>
    <w:p w14:paraId="4BD1C10F" w14:textId="77777777" w:rsidR="006332A2" w:rsidRDefault="00000000">
      <w:r>
        <w:t>Unfortunately, it usually leads to frustration.</w:t>
      </w:r>
    </w:p>
    <w:p w14:paraId="48E838B0" w14:textId="77777777" w:rsidR="006332A2" w:rsidRDefault="00000000">
      <w:r>
        <w:t>Many employers—especially international companies—receive hundreds of applications for a single remote position.</w:t>
      </w:r>
    </w:p>
    <w:p w14:paraId="0FD3826B" w14:textId="77777777" w:rsidR="006332A2" w:rsidRDefault="00000000">
      <w:r>
        <w:t>Recruiters often review applications quickly before deciding which candidates move forward.</w:t>
      </w:r>
    </w:p>
    <w:p w14:paraId="403F0B7A" w14:textId="77777777" w:rsidR="006332A2" w:rsidRDefault="00000000">
      <w:r>
        <w:t>That means sending the same CV to 200 companies rarely produces better results than sending 20 carefully targeted applications.</w:t>
      </w:r>
    </w:p>
    <w:p w14:paraId="4DA82189" w14:textId="77777777" w:rsidR="006332A2" w:rsidRDefault="00000000">
      <w:r>
        <w:t>Quality almost always beats quantity.</w:t>
      </w:r>
    </w:p>
    <w:p w14:paraId="461B52EB" w14:textId="77777777" w:rsidR="006332A2" w:rsidRDefault="006332A2"/>
    <w:p w14:paraId="2148EC85" w14:textId="77777777" w:rsidR="006332A2" w:rsidRDefault="00000000">
      <w:r>
        <w:rPr>
          <w:b/>
          <w:color w:val="142850"/>
          <w:sz w:val="28"/>
        </w:rPr>
        <w:t>Remote Jobs Are Real</w:t>
      </w:r>
    </w:p>
    <w:p w14:paraId="05A67A6B" w14:textId="77777777" w:rsidR="006332A2" w:rsidRDefault="00000000">
      <w:r>
        <w:t>Let's clear something up immediately.</w:t>
      </w:r>
    </w:p>
    <w:p w14:paraId="5EB31504" w14:textId="77777777" w:rsidR="006332A2" w:rsidRDefault="00000000">
      <w:r>
        <w:t>Remote jobs are real.</w:t>
      </w:r>
    </w:p>
    <w:p w14:paraId="173A127F" w14:textId="77777777" w:rsidR="006332A2" w:rsidRDefault="00000000">
      <w:r>
        <w:t>People living in Nigeria genuinely work for companies in:</w:t>
      </w:r>
    </w:p>
    <w:p w14:paraId="29E45606" w14:textId="77777777" w:rsidR="006332A2" w:rsidRDefault="00000000">
      <w:r>
        <w:rPr>
          <w:b/>
          <w:color w:val="142850"/>
          <w:sz w:val="28"/>
        </w:rPr>
        <w:t xml:space="preserve">United States </w:t>
      </w:r>
    </w:p>
    <w:p w14:paraId="37C4ED63" w14:textId="77777777" w:rsidR="006332A2" w:rsidRDefault="00000000">
      <w:r>
        <w:rPr>
          <w:b/>
          <w:color w:val="142850"/>
          <w:sz w:val="28"/>
        </w:rPr>
        <w:t xml:space="preserve">United Kingdom </w:t>
      </w:r>
    </w:p>
    <w:p w14:paraId="18D3B434" w14:textId="77777777" w:rsidR="006332A2" w:rsidRDefault="00000000">
      <w:r>
        <w:rPr>
          <w:b/>
          <w:color w:val="142850"/>
          <w:sz w:val="28"/>
        </w:rPr>
        <w:t xml:space="preserve">Canada </w:t>
      </w:r>
    </w:p>
    <w:p w14:paraId="0CB4DC13" w14:textId="77777777" w:rsidR="006332A2" w:rsidRDefault="00000000">
      <w:r>
        <w:rPr>
          <w:b/>
          <w:color w:val="142850"/>
          <w:sz w:val="28"/>
        </w:rPr>
        <w:t xml:space="preserve">Germany </w:t>
      </w:r>
    </w:p>
    <w:p w14:paraId="116B8CB0" w14:textId="77777777" w:rsidR="006332A2" w:rsidRDefault="00000000">
      <w:r>
        <w:rPr>
          <w:b/>
          <w:color w:val="142850"/>
          <w:sz w:val="28"/>
        </w:rPr>
        <w:t xml:space="preserve">Australia </w:t>
      </w:r>
    </w:p>
    <w:p w14:paraId="6600EFDC" w14:textId="77777777" w:rsidR="006332A2" w:rsidRDefault="00000000">
      <w:r>
        <w:rPr>
          <w:b/>
          <w:color w:val="142850"/>
          <w:sz w:val="28"/>
        </w:rPr>
        <w:t xml:space="preserve">Netherlands </w:t>
      </w:r>
    </w:p>
    <w:p w14:paraId="4CFEC667" w14:textId="77777777" w:rsidR="006332A2" w:rsidRDefault="00000000">
      <w:r>
        <w:rPr>
          <w:b/>
          <w:color w:val="142850"/>
          <w:sz w:val="28"/>
        </w:rPr>
        <w:t xml:space="preserve">Singapore </w:t>
      </w:r>
    </w:p>
    <w:p w14:paraId="650E4471" w14:textId="77777777" w:rsidR="006332A2" w:rsidRDefault="00000000">
      <w:r>
        <w:lastRenderedPageBreak/>
        <w:t>They're employed as:</w:t>
      </w:r>
    </w:p>
    <w:p w14:paraId="6F6499E2" w14:textId="77777777" w:rsidR="006332A2" w:rsidRDefault="00000000">
      <w:r>
        <w:rPr>
          <w:b/>
          <w:color w:val="142850"/>
          <w:sz w:val="28"/>
        </w:rPr>
        <w:t xml:space="preserve">Customer Support Specialists </w:t>
      </w:r>
    </w:p>
    <w:p w14:paraId="01707674" w14:textId="77777777" w:rsidR="006332A2" w:rsidRDefault="00000000">
      <w:r>
        <w:rPr>
          <w:b/>
          <w:color w:val="142850"/>
          <w:sz w:val="28"/>
        </w:rPr>
        <w:t xml:space="preserve">Virtual Assistants </w:t>
      </w:r>
    </w:p>
    <w:p w14:paraId="527D03A6" w14:textId="77777777" w:rsidR="006332A2" w:rsidRDefault="00000000">
      <w:r>
        <w:rPr>
          <w:b/>
          <w:color w:val="142850"/>
          <w:sz w:val="28"/>
        </w:rPr>
        <w:t xml:space="preserve">Project Coordinators </w:t>
      </w:r>
    </w:p>
    <w:p w14:paraId="2101EA66" w14:textId="77777777" w:rsidR="006332A2" w:rsidRDefault="00000000">
      <w:r>
        <w:rPr>
          <w:b/>
          <w:color w:val="142850"/>
          <w:sz w:val="28"/>
        </w:rPr>
        <w:t xml:space="preserve">Data Analysts </w:t>
      </w:r>
    </w:p>
    <w:p w14:paraId="618A09FE" w14:textId="77777777" w:rsidR="006332A2" w:rsidRDefault="00000000">
      <w:r>
        <w:rPr>
          <w:b/>
          <w:color w:val="142850"/>
          <w:sz w:val="28"/>
        </w:rPr>
        <w:t xml:space="preserve">Designers </w:t>
      </w:r>
    </w:p>
    <w:p w14:paraId="07AE454C" w14:textId="77777777" w:rsidR="006332A2" w:rsidRDefault="00000000">
      <w:r>
        <w:rPr>
          <w:b/>
          <w:color w:val="142850"/>
          <w:sz w:val="28"/>
        </w:rPr>
        <w:t xml:space="preserve">Software Developers </w:t>
      </w:r>
    </w:p>
    <w:p w14:paraId="43A516ED" w14:textId="77777777" w:rsidR="006332A2" w:rsidRDefault="00000000">
      <w:r>
        <w:rPr>
          <w:b/>
          <w:color w:val="142850"/>
          <w:sz w:val="28"/>
        </w:rPr>
        <w:t xml:space="preserve">Writers </w:t>
      </w:r>
    </w:p>
    <w:p w14:paraId="2F6D6348" w14:textId="77777777" w:rsidR="006332A2" w:rsidRDefault="00000000">
      <w:r>
        <w:rPr>
          <w:b/>
          <w:color w:val="142850"/>
          <w:sz w:val="28"/>
        </w:rPr>
        <w:t xml:space="preserve">Digital Marketers </w:t>
      </w:r>
    </w:p>
    <w:p w14:paraId="12868B30" w14:textId="77777777" w:rsidR="006332A2" w:rsidRDefault="00000000">
      <w:r>
        <w:rPr>
          <w:b/>
          <w:color w:val="142850"/>
          <w:sz w:val="28"/>
        </w:rPr>
        <w:t xml:space="preserve">Recruiters </w:t>
      </w:r>
    </w:p>
    <w:p w14:paraId="4E967599" w14:textId="77777777" w:rsidR="006332A2" w:rsidRDefault="00000000">
      <w:r>
        <w:rPr>
          <w:b/>
          <w:color w:val="142850"/>
          <w:sz w:val="28"/>
        </w:rPr>
        <w:t xml:space="preserve">Sales Representatives </w:t>
      </w:r>
    </w:p>
    <w:p w14:paraId="7D2A3B28" w14:textId="77777777" w:rsidR="006332A2" w:rsidRDefault="00000000">
      <w:r>
        <w:rPr>
          <w:b/>
          <w:color w:val="142850"/>
          <w:sz w:val="28"/>
        </w:rPr>
        <w:t xml:space="preserve">Operations Specialists </w:t>
      </w:r>
    </w:p>
    <w:p w14:paraId="582C5FCC" w14:textId="77777777" w:rsidR="006332A2" w:rsidRDefault="00000000">
      <w:r>
        <w:t>The opportunity exists.</w:t>
      </w:r>
    </w:p>
    <w:p w14:paraId="3963EF19" w14:textId="77777777" w:rsidR="006332A2" w:rsidRDefault="00000000">
      <w:r>
        <w:t>The challenge is knowing how to position yourself.</w:t>
      </w:r>
    </w:p>
    <w:p w14:paraId="49D871B1" w14:textId="77777777" w:rsidR="006332A2" w:rsidRDefault="006332A2"/>
    <w:p w14:paraId="0F8E6474" w14:textId="77777777" w:rsidR="006332A2" w:rsidRDefault="00000000">
      <w:r>
        <w:t>What This Guide Is—and Isn't</w:t>
      </w:r>
    </w:p>
    <w:p w14:paraId="64B05EC0" w14:textId="77777777" w:rsidR="006332A2" w:rsidRDefault="00000000">
      <w:r>
        <w:t>This guide is not a magic formula.</w:t>
      </w:r>
    </w:p>
    <w:p w14:paraId="5D2FD6D2" w14:textId="77777777" w:rsidR="006332A2" w:rsidRDefault="00000000">
      <w:r>
        <w:t>It cannot guarantee anyone a job.</w:t>
      </w:r>
    </w:p>
    <w:p w14:paraId="0F5125C9" w14:textId="77777777" w:rsidR="006332A2" w:rsidRDefault="00000000">
      <w:r>
        <w:t>No honest career guide can.</w:t>
      </w:r>
    </w:p>
    <w:p w14:paraId="37234E49" w14:textId="77777777" w:rsidR="006332A2" w:rsidRDefault="00000000">
      <w:r>
        <w:t>Companies make hiring decisions based on many factors beyond your control.</w:t>
      </w:r>
    </w:p>
    <w:p w14:paraId="607F1E2F" w14:textId="77777777" w:rsidR="006332A2" w:rsidRDefault="00000000">
      <w:r>
        <w:t>What this guide can do is help you improve the parts you can control.</w:t>
      </w:r>
    </w:p>
    <w:p w14:paraId="07B5DED9" w14:textId="77777777" w:rsidR="006332A2" w:rsidRDefault="00000000">
      <w:r>
        <w:t>You'll learn how to:</w:t>
      </w:r>
    </w:p>
    <w:p w14:paraId="6732E247" w14:textId="77777777" w:rsidR="006332A2" w:rsidRDefault="00000000">
      <w:r>
        <w:t xml:space="preserve">Search smarter. </w:t>
      </w:r>
    </w:p>
    <w:p w14:paraId="261FA785" w14:textId="77777777" w:rsidR="006332A2" w:rsidRDefault="00000000">
      <w:r>
        <w:t xml:space="preserve">Avoid scams. </w:t>
      </w:r>
    </w:p>
    <w:p w14:paraId="276A581C" w14:textId="77777777" w:rsidR="006332A2" w:rsidRDefault="00000000">
      <w:r>
        <w:t xml:space="preserve">Present yourself professionally. </w:t>
      </w:r>
    </w:p>
    <w:p w14:paraId="35C2E5E4" w14:textId="77777777" w:rsidR="006332A2" w:rsidRDefault="00000000">
      <w:r>
        <w:lastRenderedPageBreak/>
        <w:t xml:space="preserve">Write stronger applications. </w:t>
      </w:r>
    </w:p>
    <w:p w14:paraId="10FA2CC1" w14:textId="77777777" w:rsidR="006332A2" w:rsidRDefault="00000000">
      <w:r>
        <w:t xml:space="preserve">Improve your interview preparation. </w:t>
      </w:r>
    </w:p>
    <w:p w14:paraId="6893A22E" w14:textId="77777777" w:rsidR="006332A2" w:rsidRDefault="00000000">
      <w:r>
        <w:t xml:space="preserve">Build systems that make your search more efficient. </w:t>
      </w:r>
    </w:p>
    <w:p w14:paraId="02C1B627" w14:textId="77777777" w:rsidR="006332A2" w:rsidRDefault="00000000">
      <w:r>
        <w:t>Those improvements can increase your chances of getting interviews and legitimate opportunities, but they are not guarantees of employment.</w:t>
      </w:r>
    </w:p>
    <w:p w14:paraId="5C7597CF" w14:textId="77777777" w:rsidR="006332A2" w:rsidRDefault="006332A2"/>
    <w:p w14:paraId="264DCF66" w14:textId="77777777" w:rsidR="006332A2" w:rsidRDefault="00000000">
      <w:r>
        <w:rPr>
          <w:b/>
          <w:color w:val="142850"/>
          <w:sz w:val="28"/>
        </w:rPr>
        <w:t>Why I Structured This Guide Differently</w:t>
      </w:r>
    </w:p>
    <w:p w14:paraId="121A3574" w14:textId="77777777" w:rsidR="006332A2" w:rsidRDefault="00000000">
      <w:r>
        <w:t>Most career guides dump information on you.</w:t>
      </w:r>
    </w:p>
    <w:p w14:paraId="12815BDD" w14:textId="77777777" w:rsidR="006332A2" w:rsidRDefault="00000000">
      <w:r>
        <w:t>This one gives you a process.</w:t>
      </w:r>
    </w:p>
    <w:p w14:paraId="07ADF405" w14:textId="77777777" w:rsidR="006332A2" w:rsidRDefault="00000000">
      <w:r>
        <w:t>Think of it like learning to cook.</w:t>
      </w:r>
    </w:p>
    <w:p w14:paraId="37772947" w14:textId="77777777" w:rsidR="006332A2" w:rsidRDefault="00000000">
      <w:r>
        <w:t>Someone can hand you ingredients.</w:t>
      </w:r>
    </w:p>
    <w:p w14:paraId="71774AE1" w14:textId="77777777" w:rsidR="006332A2" w:rsidRDefault="00000000">
      <w:r>
        <w:t>That doesn't mean you'll prepare a good meal.</w:t>
      </w:r>
    </w:p>
    <w:p w14:paraId="08807B86" w14:textId="77777777" w:rsidR="006332A2" w:rsidRDefault="00000000">
      <w:r>
        <w:t>You need the recipe.</w:t>
      </w:r>
    </w:p>
    <w:p w14:paraId="440F78CE" w14:textId="77777777" w:rsidR="006332A2" w:rsidRDefault="00000000">
      <w:r>
        <w:t>The timing.</w:t>
      </w:r>
    </w:p>
    <w:p w14:paraId="209A485C" w14:textId="77777777" w:rsidR="006332A2" w:rsidRDefault="00000000">
      <w:r>
        <w:t>The order.</w:t>
      </w:r>
    </w:p>
    <w:p w14:paraId="59D6BCE0" w14:textId="77777777" w:rsidR="006332A2" w:rsidRDefault="00000000">
      <w:r>
        <w:t>The method.</w:t>
      </w:r>
    </w:p>
    <w:p w14:paraId="1E18B3D8" w14:textId="77777777" w:rsidR="006332A2" w:rsidRDefault="00000000">
      <w:r>
        <w:t>Remote job searching works the same way.</w:t>
      </w:r>
    </w:p>
    <w:p w14:paraId="34B83079" w14:textId="77777777" w:rsidR="006332A2" w:rsidRDefault="00000000">
      <w:r>
        <w:t>The order matters.</w:t>
      </w:r>
    </w:p>
    <w:p w14:paraId="192864FB" w14:textId="77777777" w:rsidR="006332A2" w:rsidRDefault="00000000">
      <w:r>
        <w:t>That's why this guide follows one simple framework.</w:t>
      </w:r>
    </w:p>
    <w:p w14:paraId="3DB6AE8D" w14:textId="77777777" w:rsidR="006332A2" w:rsidRDefault="00000000">
      <w:r>
        <w:t>FIND</w:t>
      </w:r>
    </w:p>
    <w:p w14:paraId="245327FF" w14:textId="77777777" w:rsidR="006332A2" w:rsidRDefault="00000000">
      <w:r>
        <w:t>↓</w:t>
      </w:r>
    </w:p>
    <w:p w14:paraId="25323422" w14:textId="77777777" w:rsidR="006332A2" w:rsidRDefault="00000000">
      <w:r>
        <w:t>VET</w:t>
      </w:r>
    </w:p>
    <w:p w14:paraId="1206D5AB" w14:textId="77777777" w:rsidR="006332A2" w:rsidRDefault="00000000">
      <w:r>
        <w:t>↓</w:t>
      </w:r>
    </w:p>
    <w:p w14:paraId="2B3FC861" w14:textId="77777777" w:rsidR="006332A2" w:rsidRDefault="00000000">
      <w:r>
        <w:t>GET HIRED</w:t>
      </w:r>
    </w:p>
    <w:p w14:paraId="48F7011D" w14:textId="77777777" w:rsidR="006332A2" w:rsidRDefault="00000000">
      <w:r>
        <w:t>We'll build each step together.</w:t>
      </w:r>
    </w:p>
    <w:p w14:paraId="46F28123" w14:textId="77777777" w:rsidR="006332A2" w:rsidRDefault="006332A2"/>
    <w:p w14:paraId="6051001E" w14:textId="77777777" w:rsidR="006332A2" w:rsidRDefault="00000000">
      <w:r>
        <w:t>What You'll Learn</w:t>
      </w:r>
    </w:p>
    <w:p w14:paraId="1E7E6806" w14:textId="77777777" w:rsidR="006332A2" w:rsidRDefault="00000000">
      <w:r>
        <w:lastRenderedPageBreak/>
        <w:t>By the time you finish this guide you'll know how to:</w:t>
      </w:r>
    </w:p>
    <w:p w14:paraId="726981F2" w14:textId="77777777" w:rsidR="006332A2" w:rsidRDefault="00000000">
      <w:r>
        <w:t>✔ Find legitimate remote opportunities.</w:t>
      </w:r>
    </w:p>
    <w:p w14:paraId="54AB23F6" w14:textId="77777777" w:rsidR="006332A2" w:rsidRDefault="00000000">
      <w:r>
        <w:t>✔ Recognize warning signs before scammers waste your time or money.</w:t>
      </w:r>
    </w:p>
    <w:p w14:paraId="448F88BB" w14:textId="77777777" w:rsidR="006332A2" w:rsidRDefault="00000000">
      <w:r>
        <w:t>✔ Build an ATS-friendly CV.</w:t>
      </w:r>
    </w:p>
    <w:p w14:paraId="517D4B25" w14:textId="77777777" w:rsidR="006332A2" w:rsidRDefault="00000000">
      <w:r>
        <w:t>✔ Improve your LinkedIn profile.</w:t>
      </w:r>
    </w:p>
    <w:p w14:paraId="4EB8A2C8" w14:textId="77777777" w:rsidR="006332A2" w:rsidRDefault="00000000">
      <w:r>
        <w:t>✔ Write better cover letters.</w:t>
      </w:r>
    </w:p>
    <w:p w14:paraId="1C49B26B" w14:textId="77777777" w:rsidR="006332A2" w:rsidRDefault="00000000">
      <w:r>
        <w:t>✔ Prepare confidently for interviews.</w:t>
      </w:r>
    </w:p>
    <w:p w14:paraId="524E6B97" w14:textId="77777777" w:rsidR="006332A2" w:rsidRDefault="00000000">
      <w:r>
        <w:t>✔ Negotiate professionally.</w:t>
      </w:r>
    </w:p>
    <w:p w14:paraId="25826CF4" w14:textId="77777777" w:rsidR="006332A2" w:rsidRDefault="00000000">
      <w:r>
        <w:t>✔ Build a repeatable job-search routine.</w:t>
      </w:r>
    </w:p>
    <w:p w14:paraId="179A921A" w14:textId="77777777" w:rsidR="006332A2" w:rsidRDefault="00000000">
      <w:r>
        <w:t>You'll also receive practical tools you can begin using immediately, including:</w:t>
      </w:r>
    </w:p>
    <w:p w14:paraId="1FE3B189" w14:textId="77777777" w:rsidR="006332A2" w:rsidRDefault="00000000">
      <w:r>
        <w:rPr>
          <w:b/>
          <w:color w:val="142850"/>
          <w:sz w:val="28"/>
        </w:rPr>
        <w:t xml:space="preserve">Checklists </w:t>
      </w:r>
    </w:p>
    <w:p w14:paraId="7D1E902F" w14:textId="77777777" w:rsidR="006332A2" w:rsidRDefault="00000000">
      <w:r>
        <w:rPr>
          <w:b/>
          <w:color w:val="142850"/>
          <w:sz w:val="28"/>
        </w:rPr>
        <w:t xml:space="preserve">Templates </w:t>
      </w:r>
    </w:p>
    <w:p w14:paraId="188E5CDA" w14:textId="77777777" w:rsidR="006332A2" w:rsidRDefault="00000000">
      <w:r>
        <w:rPr>
          <w:b/>
          <w:color w:val="142850"/>
          <w:sz w:val="28"/>
        </w:rPr>
        <w:t xml:space="preserve">Scripts </w:t>
      </w:r>
    </w:p>
    <w:p w14:paraId="288CE1C0" w14:textId="77777777" w:rsidR="006332A2" w:rsidRDefault="00000000">
      <w:r>
        <w:rPr>
          <w:b/>
          <w:color w:val="142850"/>
          <w:sz w:val="28"/>
        </w:rPr>
        <w:t xml:space="preserve">Trackers </w:t>
      </w:r>
    </w:p>
    <w:p w14:paraId="3FBD5253" w14:textId="77777777" w:rsidR="006332A2" w:rsidRDefault="00000000">
      <w:r>
        <w:rPr>
          <w:b/>
          <w:color w:val="142850"/>
          <w:sz w:val="28"/>
        </w:rPr>
        <w:t xml:space="preserve">Worksheets </w:t>
      </w:r>
    </w:p>
    <w:p w14:paraId="5D0C103E" w14:textId="77777777" w:rsidR="006332A2" w:rsidRDefault="00000000">
      <w:r>
        <w:t xml:space="preserve">Action plans </w:t>
      </w:r>
    </w:p>
    <w:p w14:paraId="32D80F6A" w14:textId="77777777" w:rsidR="006332A2" w:rsidRDefault="006332A2"/>
    <w:p w14:paraId="25D416C6" w14:textId="77777777" w:rsidR="006332A2" w:rsidRDefault="00000000">
      <w:r>
        <w:rPr>
          <w:b/>
          <w:color w:val="142850"/>
          <w:sz w:val="28"/>
        </w:rPr>
        <w:t>A Small Promise</w:t>
      </w:r>
    </w:p>
    <w:p w14:paraId="547A656C" w14:textId="77777777" w:rsidR="006332A2" w:rsidRDefault="00000000">
      <w:r>
        <w:t>I want to make you one promise.</w:t>
      </w:r>
    </w:p>
    <w:p w14:paraId="7691C29D" w14:textId="77777777" w:rsidR="006332A2" w:rsidRDefault="00000000">
      <w:r>
        <w:t>I'm not promising you'll receive an offer next week.</w:t>
      </w:r>
    </w:p>
    <w:p w14:paraId="50E3EDD5" w14:textId="77777777" w:rsidR="006332A2" w:rsidRDefault="00000000">
      <w:r>
        <w:t>I'm not promising you'll earn dollars in 30 days.</w:t>
      </w:r>
    </w:p>
    <w:p w14:paraId="5327D454" w14:textId="77777777" w:rsidR="006332A2" w:rsidRDefault="00000000">
      <w:r>
        <w:t>What I am promising is this:</w:t>
      </w:r>
    </w:p>
    <w:p w14:paraId="3A096D16" w14:textId="77777777" w:rsidR="006332A2" w:rsidRDefault="00000000">
      <w:r>
        <w:t>If you genuinely apply the strategies in this guide, you'll stop guessing.</w:t>
      </w:r>
    </w:p>
    <w:p w14:paraId="16AAC547" w14:textId="77777777" w:rsidR="006332A2" w:rsidRDefault="00000000">
      <w:r>
        <w:t>You'll know what to do next.</w:t>
      </w:r>
    </w:p>
    <w:p w14:paraId="305EF7EE" w14:textId="77777777" w:rsidR="006332A2" w:rsidRDefault="00000000">
      <w:r>
        <w:t>Instead of waking up every morning wondering,</w:t>
      </w:r>
    </w:p>
    <w:p w14:paraId="465A35B6" w14:textId="77777777" w:rsidR="006332A2" w:rsidRDefault="00000000">
      <w:r>
        <w:lastRenderedPageBreak/>
        <w:t>"Where should I even start today?"</w:t>
      </w:r>
    </w:p>
    <w:p w14:paraId="0DCB4F34" w14:textId="77777777" w:rsidR="006332A2" w:rsidRDefault="00000000">
      <w:r>
        <w:t>you'll already have a clear roadmap.</w:t>
      </w:r>
    </w:p>
    <w:p w14:paraId="4BAA2753" w14:textId="77777777" w:rsidR="006332A2" w:rsidRDefault="00000000">
      <w:r>
        <w:t>And sometimes, that's the biggest difference between staying stuck and moving forward.</w:t>
      </w:r>
    </w:p>
    <w:p w14:paraId="59B38626" w14:textId="77777777" w:rsidR="006332A2" w:rsidRDefault="006332A2"/>
    <w:p w14:paraId="572E4854" w14:textId="77777777" w:rsidR="006332A2" w:rsidRDefault="00000000">
      <w:r>
        <w:t>Before You Turn the Page</w:t>
      </w:r>
    </w:p>
    <w:p w14:paraId="2599A744" w14:textId="77777777" w:rsidR="006332A2" w:rsidRDefault="00000000">
      <w:r>
        <w:t>Don't rush through this guide.</w:t>
      </w:r>
    </w:p>
    <w:p w14:paraId="12B2B2FF" w14:textId="77777777" w:rsidR="006332A2" w:rsidRDefault="00000000">
      <w:r>
        <w:t>Complete every worksheet.</w:t>
      </w:r>
    </w:p>
    <w:p w14:paraId="6C89AB90" w14:textId="77777777" w:rsidR="006332A2" w:rsidRDefault="00000000">
      <w:r>
        <w:t>Fill in every checklist.</w:t>
      </w:r>
    </w:p>
    <w:p w14:paraId="7887A5BA" w14:textId="77777777" w:rsidR="006332A2" w:rsidRDefault="00000000">
      <w:r>
        <w:t>Customize every template.</w:t>
      </w:r>
    </w:p>
    <w:p w14:paraId="06EDB880" w14:textId="77777777" w:rsidR="006332A2" w:rsidRDefault="00000000">
      <w:r>
        <w:t>Take action before moving to the next chapter.</w:t>
      </w:r>
    </w:p>
    <w:p w14:paraId="68CBB793" w14:textId="77777777" w:rsidR="006332A2" w:rsidRDefault="00000000">
      <w:r>
        <w:t>Reading won't change your life.</w:t>
      </w:r>
    </w:p>
    <w:p w14:paraId="6A4E81A1" w14:textId="77777777" w:rsidR="006332A2" w:rsidRDefault="00000000">
      <w:r>
        <w:t>Applying what you read might.</w:t>
      </w:r>
    </w:p>
    <w:p w14:paraId="60CFE7A9" w14:textId="77777777" w:rsidR="006332A2" w:rsidRDefault="00000000">
      <w:r>
        <w:t>So grab your notebook.</w:t>
      </w:r>
    </w:p>
    <w:p w14:paraId="22F726FF" w14:textId="77777777" w:rsidR="006332A2" w:rsidRDefault="00000000">
      <w:r>
        <w:t>Open your laptop.</w:t>
      </w:r>
    </w:p>
    <w:p w14:paraId="7E9FCDFD" w14:textId="77777777" w:rsidR="006332A2" w:rsidRDefault="00000000">
      <w:r>
        <w:t>And let's begin building a remote career the smart way—not the stressful way.</w:t>
      </w:r>
    </w:p>
    <w:p w14:paraId="53AE5C71" w14:textId="77777777" w:rsidR="006332A2" w:rsidRDefault="00000000">
      <w:r>
        <w:t>Turn the page.</w:t>
      </w:r>
    </w:p>
    <w:p w14:paraId="631D4CDD" w14:textId="77777777" w:rsidR="006332A2" w:rsidRDefault="00000000">
      <w:r>
        <w:t>Your journey starts now.</w:t>
      </w:r>
    </w:p>
    <w:p w14:paraId="761AB71D" w14:textId="77777777" w:rsidR="006332A2" w:rsidRDefault="006332A2"/>
    <w:p w14:paraId="79EFC4E6" w14:textId="77777777" w:rsidR="006332A2" w:rsidRDefault="006332A2"/>
    <w:p w14:paraId="7E61A503" w14:textId="77777777" w:rsidR="006332A2" w:rsidRDefault="006332A2"/>
    <w:p w14:paraId="03044EDE" w14:textId="77777777" w:rsidR="006332A2" w:rsidRDefault="006332A2"/>
    <w:p w14:paraId="575247FB" w14:textId="77777777" w:rsidR="006332A2" w:rsidRDefault="006332A2"/>
    <w:p w14:paraId="0AA03DE8" w14:textId="77777777" w:rsidR="006332A2" w:rsidRDefault="006332A2"/>
    <w:p w14:paraId="2C2EBC5F" w14:textId="77777777" w:rsidR="009F641B" w:rsidRPr="009F641B" w:rsidRDefault="009F641B" w:rsidP="009F641B">
      <w:pPr>
        <w:rPr>
          <w:b/>
          <w:bCs/>
        </w:rPr>
      </w:pPr>
      <w:r w:rsidRPr="009F641B">
        <w:rPr>
          <w:b/>
          <w:bCs/>
        </w:rPr>
        <w:t>CHAPTER ONE</w:t>
      </w:r>
      <w:r w:rsidRPr="009F641B">
        <w:rPr>
          <w:b/>
          <w:bCs/>
        </w:rPr>
        <w:br/>
        <w:t>Build Your Remote Job Foundation in 30 Minutes</w:t>
      </w:r>
    </w:p>
    <w:p w14:paraId="17FD4AE7" w14:textId="15D77201" w:rsidR="009F641B" w:rsidRPr="009F641B" w:rsidRDefault="009F641B" w:rsidP="009F641B">
      <w:r w:rsidRPr="009F641B">
        <w:lastRenderedPageBreak/>
        <w:drawing>
          <wp:inline distT="0" distB="0" distL="0" distR="0" wp14:anchorId="521935B8" wp14:editId="3244D621">
            <wp:extent cx="5669280" cy="3268980"/>
            <wp:effectExtent l="0" t="0" r="7620" b="7620"/>
            <wp:docPr id="1853251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F30D8" w14:textId="77777777" w:rsidR="009F641B" w:rsidRPr="009F641B" w:rsidRDefault="009F641B" w:rsidP="009F641B">
      <w:r w:rsidRPr="009F641B">
        <w:t>Build Your Remote Job Foundation in 30 Minutes</w:t>
      </w:r>
    </w:p>
    <w:p w14:paraId="0C71BFC4" w14:textId="77777777" w:rsidR="009F641B" w:rsidRPr="009F641B" w:rsidRDefault="009F641B" w:rsidP="009F641B">
      <w:r w:rsidRPr="009F641B">
        <w:t>Stop Applying for Jobs... Just for Today</w:t>
      </w:r>
    </w:p>
    <w:p w14:paraId="02D667E5" w14:textId="77777777" w:rsidR="009F641B" w:rsidRPr="009F641B" w:rsidRDefault="009F641B" w:rsidP="009F641B">
      <w:r w:rsidRPr="009F641B">
        <w:t>I know that sounds strange.</w:t>
      </w:r>
    </w:p>
    <w:p w14:paraId="765C7DAD" w14:textId="77777777" w:rsidR="009F641B" w:rsidRPr="009F641B" w:rsidRDefault="009F641B" w:rsidP="009F641B">
      <w:r w:rsidRPr="009F641B">
        <w:t xml:space="preserve">You've probably opened this guide because you want a remote job as quickly as possible. </w:t>
      </w:r>
      <w:proofErr w:type="gramStart"/>
      <w:r w:rsidRPr="009F641B">
        <w:t>So</w:t>
      </w:r>
      <w:proofErr w:type="gramEnd"/>
      <w:r w:rsidRPr="009F641B">
        <w:t xml:space="preserve"> telling you to pause before applying may seem like the wrong advice.</w:t>
      </w:r>
    </w:p>
    <w:p w14:paraId="554E4C9C" w14:textId="77777777" w:rsidR="009F641B" w:rsidRPr="009F641B" w:rsidRDefault="009F641B" w:rsidP="009F641B">
      <w:r w:rsidRPr="009F641B">
        <w:t>But hear me out.</w:t>
      </w:r>
    </w:p>
    <w:p w14:paraId="37DDE9B2" w14:textId="77777777" w:rsidR="009F641B" w:rsidRPr="009F641B" w:rsidRDefault="009F641B" w:rsidP="009F641B">
      <w:r w:rsidRPr="009F641B">
        <w:t>Imagine trying to build a house on soft sand. No matter how beautiful the walls look, they'll eventually crack because the foundation wasn't solid.</w:t>
      </w:r>
    </w:p>
    <w:p w14:paraId="575B1027" w14:textId="77777777" w:rsidR="009F641B" w:rsidRPr="009F641B" w:rsidRDefault="009F641B" w:rsidP="009F641B">
      <w:r w:rsidRPr="009F641B">
        <w:t>Your job search works the same way.</w:t>
      </w:r>
    </w:p>
    <w:p w14:paraId="5B8794BD" w14:textId="77777777" w:rsidR="009F641B" w:rsidRPr="009F641B" w:rsidRDefault="009F641B" w:rsidP="009F641B">
      <w:r w:rsidRPr="009F641B">
        <w:t>Many people spend months applying for jobs with:</w:t>
      </w:r>
    </w:p>
    <w:p w14:paraId="7B61F810" w14:textId="77777777" w:rsidR="009F641B" w:rsidRPr="009F641B" w:rsidRDefault="009F641B" w:rsidP="009F641B">
      <w:r w:rsidRPr="009F641B">
        <w:t xml:space="preserve">An outdated CV. </w:t>
      </w:r>
    </w:p>
    <w:p w14:paraId="7876831B" w14:textId="77777777" w:rsidR="009F641B" w:rsidRPr="009F641B" w:rsidRDefault="009F641B" w:rsidP="009F641B">
      <w:r w:rsidRPr="009F641B">
        <w:t xml:space="preserve">An incomplete LinkedIn profile. </w:t>
      </w:r>
    </w:p>
    <w:p w14:paraId="7590A867" w14:textId="77777777" w:rsidR="009F641B" w:rsidRPr="009F641B" w:rsidRDefault="009F641B" w:rsidP="009F641B">
      <w:r w:rsidRPr="009F641B">
        <w:t xml:space="preserve">No system for tracking applications. </w:t>
      </w:r>
    </w:p>
    <w:p w14:paraId="49997286" w14:textId="77777777" w:rsidR="009F641B" w:rsidRPr="009F641B" w:rsidRDefault="009F641B" w:rsidP="009F641B">
      <w:r w:rsidRPr="009F641B">
        <w:t xml:space="preserve">Documents scattered across different devices. </w:t>
      </w:r>
    </w:p>
    <w:p w14:paraId="1ECB694E" w14:textId="77777777" w:rsidR="009F641B" w:rsidRPr="009F641B" w:rsidRDefault="009F641B" w:rsidP="009F641B">
      <w:r w:rsidRPr="009F641B">
        <w:t xml:space="preserve">No clear idea which jobs they've already applied for. </w:t>
      </w:r>
    </w:p>
    <w:p w14:paraId="7C939B04" w14:textId="77777777" w:rsidR="009F641B" w:rsidRPr="009F641B" w:rsidRDefault="009F641B" w:rsidP="009F641B">
      <w:r w:rsidRPr="009F641B">
        <w:t>Then they wonder why everything feels chaotic.</w:t>
      </w:r>
    </w:p>
    <w:p w14:paraId="45AEE5CF" w14:textId="77777777" w:rsidR="009F641B" w:rsidRPr="009F641B" w:rsidRDefault="009F641B" w:rsidP="009F641B">
      <w:r w:rsidRPr="009F641B">
        <w:lastRenderedPageBreak/>
        <w:t>Before we start chasing opportunities, let's build a foundation that makes every future application stronger.</w:t>
      </w:r>
    </w:p>
    <w:p w14:paraId="61B30BB1" w14:textId="77777777" w:rsidR="009F641B" w:rsidRPr="009F641B" w:rsidRDefault="009F641B" w:rsidP="009F641B">
      <w:r w:rsidRPr="009F641B">
        <w:t>This is the first win I want you to experience.</w:t>
      </w:r>
    </w:p>
    <w:p w14:paraId="2CD468CF" w14:textId="77777777" w:rsidR="009F641B" w:rsidRPr="009F641B" w:rsidRDefault="009F641B" w:rsidP="009F641B"/>
    <w:p w14:paraId="6BC58911" w14:textId="77777777" w:rsidR="009F641B" w:rsidRPr="009F641B" w:rsidRDefault="009F641B" w:rsidP="009F641B">
      <w:r w:rsidRPr="009F641B">
        <w:t>Your First Quick Win</w:t>
      </w:r>
    </w:p>
    <w:p w14:paraId="1428300A" w14:textId="77777777" w:rsidR="009F641B" w:rsidRPr="009F641B" w:rsidRDefault="009F641B" w:rsidP="009F641B">
      <w:r w:rsidRPr="009F641B">
        <w:t>Here's my challenge for you:</w:t>
      </w:r>
    </w:p>
    <w:p w14:paraId="64C7A19C" w14:textId="77777777" w:rsidR="009F641B" w:rsidRPr="009F641B" w:rsidRDefault="009F641B" w:rsidP="009F641B">
      <w:r w:rsidRPr="009F641B">
        <w:t>Don't spend the next 30 minutes applying for jobs.</w:t>
      </w:r>
    </w:p>
    <w:p w14:paraId="598FBD6E" w14:textId="77777777" w:rsidR="009F641B" w:rsidRPr="009F641B" w:rsidRDefault="009F641B" w:rsidP="009F641B">
      <w:r w:rsidRPr="009F641B">
        <w:t>Instead, spend those 30 minutes preparing to apply better.</w:t>
      </w:r>
    </w:p>
    <w:p w14:paraId="7A63040B" w14:textId="77777777" w:rsidR="009F641B" w:rsidRPr="009F641B" w:rsidRDefault="009F641B" w:rsidP="009F641B">
      <w:r w:rsidRPr="009F641B">
        <w:t>By the time you're done, you'll have:</w:t>
      </w:r>
    </w:p>
    <w:p w14:paraId="439F0717" w14:textId="77777777" w:rsidR="009F641B" w:rsidRPr="009F641B" w:rsidRDefault="009F641B" w:rsidP="009F641B">
      <w:r w:rsidRPr="009F641B">
        <w:t xml:space="preserve">A professional job-search workspace. </w:t>
      </w:r>
    </w:p>
    <w:p w14:paraId="46DFE92D" w14:textId="77777777" w:rsidR="009F641B" w:rsidRPr="009F641B" w:rsidRDefault="009F641B" w:rsidP="009F641B">
      <w:r w:rsidRPr="009F641B">
        <w:t xml:space="preserve">A better online presence. </w:t>
      </w:r>
    </w:p>
    <w:p w14:paraId="17014BCD" w14:textId="77777777" w:rsidR="009F641B" w:rsidRPr="009F641B" w:rsidRDefault="009F641B" w:rsidP="009F641B">
      <w:r w:rsidRPr="009F641B">
        <w:t xml:space="preserve">Organized application documents. </w:t>
      </w:r>
    </w:p>
    <w:p w14:paraId="27C5B2E5" w14:textId="77777777" w:rsidR="009F641B" w:rsidRPr="009F641B" w:rsidRDefault="009F641B" w:rsidP="009F641B">
      <w:r w:rsidRPr="009F641B">
        <w:t xml:space="preserve">A system you'll use throughout this guide. </w:t>
      </w:r>
    </w:p>
    <w:p w14:paraId="666CB03D" w14:textId="77777777" w:rsidR="009F641B" w:rsidRPr="009F641B" w:rsidRDefault="009F641B" w:rsidP="009F641B">
      <w:r w:rsidRPr="009F641B">
        <w:t>You may not receive an interview today—but you'll remove many of the small problems that quietly sabotage job seekers.</w:t>
      </w:r>
    </w:p>
    <w:p w14:paraId="72B20513" w14:textId="77777777" w:rsidR="009F641B" w:rsidRPr="009F641B" w:rsidRDefault="009F641B" w:rsidP="009F641B"/>
    <w:p w14:paraId="32799FD7" w14:textId="77777777" w:rsidR="009F641B" w:rsidRPr="009F641B" w:rsidRDefault="009F641B" w:rsidP="009F641B">
      <w:r w:rsidRPr="009F641B">
        <w:t>Step 1: Create a Professional Email Address</w:t>
      </w:r>
    </w:p>
    <w:p w14:paraId="7EF5D158" w14:textId="77777777" w:rsidR="009F641B" w:rsidRPr="009F641B" w:rsidRDefault="009F641B" w:rsidP="009F641B">
      <w:r w:rsidRPr="009F641B">
        <w:t>Your email address is often the first thing a recruiter sees.</w:t>
      </w:r>
    </w:p>
    <w:p w14:paraId="376D1FCB" w14:textId="77777777" w:rsidR="009F641B" w:rsidRPr="009F641B" w:rsidRDefault="009F641B" w:rsidP="009F641B">
      <w:r w:rsidRPr="009F641B">
        <w:t>If yours looks like this:</w:t>
      </w:r>
    </w:p>
    <w:p w14:paraId="70698E47" w14:textId="77777777" w:rsidR="009F641B" w:rsidRPr="009F641B" w:rsidRDefault="009F641B" w:rsidP="009F641B">
      <w:r w:rsidRPr="009F641B">
        <w:t xml:space="preserve">coolboy123@email.com </w:t>
      </w:r>
    </w:p>
    <w:p w14:paraId="1C842A56" w14:textId="77777777" w:rsidR="009F641B" w:rsidRPr="009F641B" w:rsidRDefault="009F641B" w:rsidP="009F641B">
      <w:r w:rsidRPr="009F641B">
        <w:t xml:space="preserve">queen4life@email.com </w:t>
      </w:r>
    </w:p>
    <w:p w14:paraId="1558F87E" w14:textId="77777777" w:rsidR="009F641B" w:rsidRPr="009F641B" w:rsidRDefault="009F641B" w:rsidP="009F641B">
      <w:r w:rsidRPr="009F641B">
        <w:t xml:space="preserve">footballking@email.com </w:t>
      </w:r>
    </w:p>
    <w:p w14:paraId="1141A5AF" w14:textId="77777777" w:rsidR="009F641B" w:rsidRPr="009F641B" w:rsidRDefault="009F641B" w:rsidP="009F641B">
      <w:r w:rsidRPr="009F641B">
        <w:t>it's time for an upgrade.</w:t>
      </w:r>
    </w:p>
    <w:p w14:paraId="1E7DEEFC" w14:textId="77777777" w:rsidR="009F641B" w:rsidRPr="009F641B" w:rsidRDefault="009F641B" w:rsidP="009F641B">
      <w:r w:rsidRPr="009F641B">
        <w:t>Instead, use something simple and professional:</w:t>
      </w:r>
    </w:p>
    <w:p w14:paraId="60460D2A" w14:textId="77777777" w:rsidR="009F641B" w:rsidRPr="009F641B" w:rsidRDefault="009F641B" w:rsidP="009F641B">
      <w:r w:rsidRPr="009F641B">
        <w:t xml:space="preserve">firstname.lastname@email.com </w:t>
      </w:r>
    </w:p>
    <w:p w14:paraId="7A73F95E" w14:textId="77777777" w:rsidR="009F641B" w:rsidRPr="009F641B" w:rsidRDefault="009F641B" w:rsidP="009F641B">
      <w:r w:rsidRPr="009F641B">
        <w:t xml:space="preserve">firstnamelastname@email.com </w:t>
      </w:r>
    </w:p>
    <w:p w14:paraId="4E3287AE" w14:textId="77777777" w:rsidR="009F641B" w:rsidRPr="009F641B" w:rsidRDefault="009F641B" w:rsidP="009F641B">
      <w:r w:rsidRPr="009F641B">
        <w:t xml:space="preserve">firstname.lastname.work@email.com (if your preferred address is already taken) </w:t>
      </w:r>
    </w:p>
    <w:p w14:paraId="038BF3DC" w14:textId="77777777" w:rsidR="009F641B" w:rsidRPr="009F641B" w:rsidRDefault="009F641B" w:rsidP="009F641B">
      <w:r w:rsidRPr="009F641B">
        <w:lastRenderedPageBreak/>
        <w:t>Keep it clean. Keep it memorable.</w:t>
      </w:r>
    </w:p>
    <w:p w14:paraId="2B16E3A3" w14:textId="77777777" w:rsidR="009F641B" w:rsidRPr="009F641B" w:rsidRDefault="009F641B" w:rsidP="009F641B">
      <w:r w:rsidRPr="009F641B">
        <w:t>If you already have a professional email address, great. Move on to the next step.</w:t>
      </w:r>
    </w:p>
    <w:p w14:paraId="2827BE35" w14:textId="77777777" w:rsidR="009F641B" w:rsidRPr="009F641B" w:rsidRDefault="009F641B" w:rsidP="009F641B"/>
    <w:p w14:paraId="17B8B080" w14:textId="77777777" w:rsidR="009F641B" w:rsidRPr="009F641B" w:rsidRDefault="009F641B" w:rsidP="009F641B">
      <w:r w:rsidRPr="009F641B">
        <w:t>Step 2: Organize Your Job Search Folder</w:t>
      </w:r>
    </w:p>
    <w:p w14:paraId="2357EFA6" w14:textId="77777777" w:rsidR="009F641B" w:rsidRPr="009F641B" w:rsidRDefault="009F641B" w:rsidP="009F641B">
      <w:r w:rsidRPr="009F641B">
        <w:t>One habit separates organized job seekers from frustrated ones:</w:t>
      </w:r>
    </w:p>
    <w:p w14:paraId="7F918247" w14:textId="77777777" w:rsidR="009F641B" w:rsidRPr="009F641B" w:rsidRDefault="009F641B" w:rsidP="009F641B">
      <w:r w:rsidRPr="009F641B">
        <w:t>They know where everything is.</w:t>
      </w:r>
    </w:p>
    <w:p w14:paraId="0C3FC8DE" w14:textId="77777777" w:rsidR="009F641B" w:rsidRPr="009F641B" w:rsidRDefault="009F641B" w:rsidP="009F641B">
      <w:r w:rsidRPr="009F641B">
        <w:t>Create a folder on your computer called:</w:t>
      </w:r>
    </w:p>
    <w:p w14:paraId="0609B5DB" w14:textId="77777777" w:rsidR="009F641B" w:rsidRPr="009F641B" w:rsidRDefault="009F641B" w:rsidP="009F641B">
      <w:r w:rsidRPr="009F641B">
        <w:t>Remote Job Search</w:t>
      </w:r>
    </w:p>
    <w:p w14:paraId="3D9257CB" w14:textId="77777777" w:rsidR="009F641B" w:rsidRPr="009F641B" w:rsidRDefault="009F641B" w:rsidP="009F641B">
      <w:r w:rsidRPr="009F641B">
        <w:t>Inside it, create these folders:</w:t>
      </w:r>
    </w:p>
    <w:p w14:paraId="323EDA4B" w14:textId="77777777" w:rsidR="009F641B" w:rsidRPr="009F641B" w:rsidRDefault="009F641B" w:rsidP="009F641B">
      <w:r w:rsidRPr="009F641B">
        <w:t xml:space="preserve">CVs </w:t>
      </w:r>
    </w:p>
    <w:p w14:paraId="30493707" w14:textId="77777777" w:rsidR="009F641B" w:rsidRPr="009F641B" w:rsidRDefault="009F641B" w:rsidP="009F641B">
      <w:r w:rsidRPr="009F641B">
        <w:t xml:space="preserve">Cover Letters </w:t>
      </w:r>
    </w:p>
    <w:p w14:paraId="03D0E1D6" w14:textId="77777777" w:rsidR="009F641B" w:rsidRPr="009F641B" w:rsidRDefault="009F641B" w:rsidP="009F641B">
      <w:r w:rsidRPr="009F641B">
        <w:t xml:space="preserve">Certificates </w:t>
      </w:r>
    </w:p>
    <w:p w14:paraId="7F747D7E" w14:textId="77777777" w:rsidR="009F641B" w:rsidRPr="009F641B" w:rsidRDefault="009F641B" w:rsidP="009F641B">
      <w:r w:rsidRPr="009F641B">
        <w:t xml:space="preserve">Portfolio </w:t>
      </w:r>
    </w:p>
    <w:p w14:paraId="32FF582A" w14:textId="77777777" w:rsidR="009F641B" w:rsidRPr="009F641B" w:rsidRDefault="009F641B" w:rsidP="009F641B">
      <w:r w:rsidRPr="009F641B">
        <w:t xml:space="preserve">References </w:t>
      </w:r>
    </w:p>
    <w:p w14:paraId="08E613CF" w14:textId="77777777" w:rsidR="009F641B" w:rsidRPr="009F641B" w:rsidRDefault="009F641B" w:rsidP="009F641B">
      <w:r w:rsidRPr="009F641B">
        <w:t xml:space="preserve">Interview Notes </w:t>
      </w:r>
    </w:p>
    <w:p w14:paraId="7D92A9C9" w14:textId="77777777" w:rsidR="009F641B" w:rsidRPr="009F641B" w:rsidRDefault="009F641B" w:rsidP="009F641B">
      <w:r w:rsidRPr="009F641B">
        <w:t xml:space="preserve">Job Descriptions </w:t>
      </w:r>
    </w:p>
    <w:p w14:paraId="7E88900F" w14:textId="77777777" w:rsidR="009F641B" w:rsidRPr="009F641B" w:rsidRDefault="009F641B" w:rsidP="009F641B">
      <w:r w:rsidRPr="009F641B">
        <w:t xml:space="preserve">Offer Letters </w:t>
      </w:r>
    </w:p>
    <w:p w14:paraId="580B7C05" w14:textId="77777777" w:rsidR="009F641B" w:rsidRPr="009F641B" w:rsidRDefault="009F641B" w:rsidP="009F641B">
      <w:r w:rsidRPr="009F641B">
        <w:t>Why does this matter?</w:t>
      </w:r>
    </w:p>
    <w:p w14:paraId="4BA1AD4C" w14:textId="77777777" w:rsidR="009F641B" w:rsidRPr="009F641B" w:rsidRDefault="009F641B" w:rsidP="009F641B">
      <w:r w:rsidRPr="009F641B">
        <w:t>Because when a recruiter emails you asking for an updated CV or certificate, you shouldn't spend 20 minutes searching your Downloads folder.</w:t>
      </w:r>
    </w:p>
    <w:p w14:paraId="14822284" w14:textId="77777777" w:rsidR="009F641B" w:rsidRPr="009F641B" w:rsidRDefault="009F641B" w:rsidP="009F641B">
      <w:r w:rsidRPr="009F641B">
        <w:t>Being organized also reduces stress. You'll know exactly where every important document lives.</w:t>
      </w:r>
    </w:p>
    <w:p w14:paraId="5F72D6A0" w14:textId="77777777" w:rsidR="009F641B" w:rsidRPr="009F641B" w:rsidRDefault="009F641B" w:rsidP="009F641B"/>
    <w:p w14:paraId="53A0AC90" w14:textId="77777777" w:rsidR="009F641B" w:rsidRPr="009F641B" w:rsidRDefault="009F641B" w:rsidP="009F641B">
      <w:r w:rsidRPr="009F641B">
        <w:t>Step 3: Update Your Contact Information</w:t>
      </w:r>
    </w:p>
    <w:p w14:paraId="5608F47E" w14:textId="77777777" w:rsidR="009F641B" w:rsidRPr="009F641B" w:rsidRDefault="009F641B" w:rsidP="009F641B">
      <w:r w:rsidRPr="009F641B">
        <w:t>Open your CV.</w:t>
      </w:r>
    </w:p>
    <w:p w14:paraId="309859FE" w14:textId="77777777" w:rsidR="009F641B" w:rsidRPr="009F641B" w:rsidRDefault="009F641B" w:rsidP="009F641B">
      <w:r w:rsidRPr="009F641B">
        <w:t>Now check the basics:</w:t>
      </w:r>
    </w:p>
    <w:p w14:paraId="5FC14568" w14:textId="77777777" w:rsidR="009F641B" w:rsidRPr="009F641B" w:rsidRDefault="009F641B" w:rsidP="009F641B">
      <w:r w:rsidRPr="009F641B">
        <w:rPr>
          <w:rFonts w:ascii="Segoe UI Symbol" w:hAnsi="Segoe UI Symbol" w:cs="Segoe UI Symbol"/>
        </w:rPr>
        <w:t>✔</w:t>
      </w:r>
      <w:r w:rsidRPr="009F641B">
        <w:t xml:space="preserve"> Is your phone number correct?</w:t>
      </w:r>
    </w:p>
    <w:p w14:paraId="14908259" w14:textId="77777777" w:rsidR="009F641B" w:rsidRPr="009F641B" w:rsidRDefault="009F641B" w:rsidP="009F641B">
      <w:r w:rsidRPr="009F641B">
        <w:rPr>
          <w:rFonts w:ascii="Segoe UI Symbol" w:hAnsi="Segoe UI Symbol" w:cs="Segoe UI Symbol"/>
        </w:rPr>
        <w:t>✔</w:t>
      </w:r>
      <w:r w:rsidRPr="009F641B">
        <w:t xml:space="preserve"> Is your email address current?</w:t>
      </w:r>
    </w:p>
    <w:p w14:paraId="06E54276" w14:textId="77777777" w:rsidR="009F641B" w:rsidRPr="009F641B" w:rsidRDefault="009F641B" w:rsidP="009F641B">
      <w:r w:rsidRPr="009F641B">
        <w:rPr>
          <w:rFonts w:ascii="Segoe UI Symbol" w:hAnsi="Segoe UI Symbol" w:cs="Segoe UI Symbol"/>
        </w:rPr>
        <w:lastRenderedPageBreak/>
        <w:t>✔</w:t>
      </w:r>
      <w:r w:rsidRPr="009F641B">
        <w:t xml:space="preserve"> Does your LinkedIn URL work?</w:t>
      </w:r>
    </w:p>
    <w:p w14:paraId="24337033" w14:textId="77777777" w:rsidR="009F641B" w:rsidRPr="009F641B" w:rsidRDefault="009F641B" w:rsidP="009F641B">
      <w:r w:rsidRPr="009F641B">
        <w:rPr>
          <w:rFonts w:ascii="Segoe UI Symbol" w:hAnsi="Segoe UI Symbol" w:cs="Segoe UI Symbol"/>
        </w:rPr>
        <w:t>✔</w:t>
      </w:r>
      <w:r w:rsidRPr="009F641B">
        <w:t xml:space="preserve"> Are there spelling mistakes?</w:t>
      </w:r>
    </w:p>
    <w:p w14:paraId="64642B5E" w14:textId="77777777" w:rsidR="009F641B" w:rsidRPr="009F641B" w:rsidRDefault="009F641B" w:rsidP="009F641B">
      <w:r w:rsidRPr="009F641B">
        <w:rPr>
          <w:rFonts w:ascii="Segoe UI Symbol" w:hAnsi="Segoe UI Symbol" w:cs="Segoe UI Symbol"/>
        </w:rPr>
        <w:t>✔</w:t>
      </w:r>
      <w:r w:rsidRPr="009F641B">
        <w:t xml:space="preserve"> Is your location accurate?</w:t>
      </w:r>
    </w:p>
    <w:p w14:paraId="71E0A2FE" w14:textId="77777777" w:rsidR="009F641B" w:rsidRPr="009F641B" w:rsidRDefault="009F641B" w:rsidP="009F641B">
      <w:r w:rsidRPr="009F641B">
        <w:t>If you've moved recently or changed your number, update it now.</w:t>
      </w:r>
    </w:p>
    <w:p w14:paraId="51D9CF0D" w14:textId="77777777" w:rsidR="009F641B" w:rsidRPr="009F641B" w:rsidRDefault="009F641B" w:rsidP="009F641B">
      <w:r w:rsidRPr="009F641B">
        <w:t>It sounds obvious, but many qualified candidates miss opportunities because recruiters can't reach them.</w:t>
      </w:r>
    </w:p>
    <w:p w14:paraId="2BE90B67" w14:textId="77777777" w:rsidR="009F641B" w:rsidRPr="009F641B" w:rsidRDefault="009F641B" w:rsidP="009F641B"/>
    <w:p w14:paraId="2667348E" w14:textId="77777777" w:rsidR="009F641B" w:rsidRPr="009F641B" w:rsidRDefault="009F641B" w:rsidP="009F641B">
      <w:r w:rsidRPr="009F641B">
        <w:t>Step 4: Create a Master CV</w:t>
      </w:r>
    </w:p>
    <w:p w14:paraId="6057DFA9" w14:textId="77777777" w:rsidR="009F641B" w:rsidRPr="009F641B" w:rsidRDefault="009F641B" w:rsidP="009F641B">
      <w:r w:rsidRPr="009F641B">
        <w:t>This is one mistake I made myself.</w:t>
      </w:r>
    </w:p>
    <w:p w14:paraId="262C3974" w14:textId="77777777" w:rsidR="009F641B" w:rsidRPr="009F641B" w:rsidRDefault="009F641B" w:rsidP="009F641B">
      <w:r w:rsidRPr="009F641B">
        <w:t>I kept rewriting my only CV.</w:t>
      </w:r>
    </w:p>
    <w:p w14:paraId="09A4CF91" w14:textId="77777777" w:rsidR="009F641B" w:rsidRPr="009F641B" w:rsidRDefault="009F641B" w:rsidP="009F641B">
      <w:r w:rsidRPr="009F641B">
        <w:t>Eventually I couldn't remember which version contained my best achievements.</w:t>
      </w:r>
    </w:p>
    <w:p w14:paraId="12BB988A" w14:textId="77777777" w:rsidR="009F641B" w:rsidRPr="009F641B" w:rsidRDefault="009F641B" w:rsidP="009F641B">
      <w:r w:rsidRPr="009F641B">
        <w:t>Instead, create one Master CV.</w:t>
      </w:r>
    </w:p>
    <w:p w14:paraId="41D795B6" w14:textId="77777777" w:rsidR="009F641B" w:rsidRPr="009F641B" w:rsidRDefault="009F641B" w:rsidP="009F641B">
      <w:r w:rsidRPr="009F641B">
        <w:t>Think of it as your personal database.</w:t>
      </w:r>
    </w:p>
    <w:p w14:paraId="06974E13" w14:textId="77777777" w:rsidR="009F641B" w:rsidRPr="009F641B" w:rsidRDefault="009F641B" w:rsidP="009F641B">
      <w:r w:rsidRPr="009F641B">
        <w:t>Include:</w:t>
      </w:r>
    </w:p>
    <w:p w14:paraId="759AD20A" w14:textId="77777777" w:rsidR="009F641B" w:rsidRPr="009F641B" w:rsidRDefault="009F641B" w:rsidP="009F641B">
      <w:r w:rsidRPr="009F641B">
        <w:t xml:space="preserve">Every job you've held. </w:t>
      </w:r>
    </w:p>
    <w:p w14:paraId="4F78D11A" w14:textId="77777777" w:rsidR="009F641B" w:rsidRPr="009F641B" w:rsidRDefault="009F641B" w:rsidP="009F641B">
      <w:r w:rsidRPr="009F641B">
        <w:t xml:space="preserve">Every certification. </w:t>
      </w:r>
    </w:p>
    <w:p w14:paraId="68FABBDE" w14:textId="77777777" w:rsidR="009F641B" w:rsidRPr="009F641B" w:rsidRDefault="009F641B" w:rsidP="009F641B">
      <w:r w:rsidRPr="009F641B">
        <w:t xml:space="preserve">Every skill. </w:t>
      </w:r>
    </w:p>
    <w:p w14:paraId="7606234A" w14:textId="77777777" w:rsidR="009F641B" w:rsidRPr="009F641B" w:rsidRDefault="009F641B" w:rsidP="009F641B">
      <w:r w:rsidRPr="009F641B">
        <w:t xml:space="preserve">Every project. </w:t>
      </w:r>
    </w:p>
    <w:p w14:paraId="6484C072" w14:textId="77777777" w:rsidR="009F641B" w:rsidRPr="009F641B" w:rsidRDefault="009F641B" w:rsidP="009F641B">
      <w:r w:rsidRPr="009F641B">
        <w:t xml:space="preserve">Every measurable achievement. </w:t>
      </w:r>
    </w:p>
    <w:p w14:paraId="53D7CB46" w14:textId="77777777" w:rsidR="009F641B" w:rsidRPr="009F641B" w:rsidRDefault="009F641B" w:rsidP="009F641B">
      <w:r w:rsidRPr="009F641B">
        <w:t>Don't worry if it's long.</w:t>
      </w:r>
    </w:p>
    <w:p w14:paraId="189E31EC" w14:textId="77777777" w:rsidR="009F641B" w:rsidRPr="009F641B" w:rsidRDefault="009F641B" w:rsidP="009F641B">
      <w:r w:rsidRPr="009F641B">
        <w:t>This document isn't for employers.</w:t>
      </w:r>
    </w:p>
    <w:p w14:paraId="07EDD705" w14:textId="77777777" w:rsidR="009F641B" w:rsidRPr="009F641B" w:rsidRDefault="009F641B" w:rsidP="009F641B">
      <w:r w:rsidRPr="009F641B">
        <w:t>It's for you.</w:t>
      </w:r>
    </w:p>
    <w:p w14:paraId="4A5E9BB4" w14:textId="77777777" w:rsidR="009F641B" w:rsidRPr="009F641B" w:rsidRDefault="009F641B" w:rsidP="009F641B">
      <w:r w:rsidRPr="009F641B">
        <w:t>Whenever you apply for a specific role, you'll copy relevant information from your Master CV into a tailored version instead of starting from scratch.</w:t>
      </w:r>
    </w:p>
    <w:p w14:paraId="2A882DC5" w14:textId="77777777" w:rsidR="009F641B" w:rsidRPr="009F641B" w:rsidRDefault="009F641B" w:rsidP="009F641B">
      <w:r w:rsidRPr="009F641B">
        <w:t>You'll save hours over time.</w:t>
      </w:r>
    </w:p>
    <w:p w14:paraId="4550AF30" w14:textId="77777777" w:rsidR="009F641B" w:rsidRPr="009F641B" w:rsidRDefault="009F641B" w:rsidP="009F641B"/>
    <w:p w14:paraId="435DAF5C" w14:textId="77777777" w:rsidR="009F641B" w:rsidRPr="009F641B" w:rsidRDefault="009F641B" w:rsidP="009F641B">
      <w:r w:rsidRPr="009F641B">
        <w:t>Step 5: Clean Up Your LinkedIn Profile</w:t>
      </w:r>
    </w:p>
    <w:p w14:paraId="7C1D3DFA" w14:textId="77777777" w:rsidR="009F641B" w:rsidRPr="009F641B" w:rsidRDefault="009F641B" w:rsidP="009F641B">
      <w:r w:rsidRPr="009F641B">
        <w:lastRenderedPageBreak/>
        <w:t>If a recruiter searches your name today, what will they see?</w:t>
      </w:r>
    </w:p>
    <w:p w14:paraId="08DF8CB2" w14:textId="77777777" w:rsidR="009F641B" w:rsidRPr="009F641B" w:rsidRDefault="009F641B" w:rsidP="009F641B">
      <w:r w:rsidRPr="009F641B">
        <w:t>Take five minutes and review your profile.</w:t>
      </w:r>
    </w:p>
    <w:p w14:paraId="0325394C" w14:textId="77777777" w:rsidR="009F641B" w:rsidRPr="009F641B" w:rsidRDefault="009F641B" w:rsidP="009F641B">
      <w:r w:rsidRPr="009F641B">
        <w:t>Ask yourself:</w:t>
      </w:r>
    </w:p>
    <w:p w14:paraId="4613C7AA" w14:textId="77777777" w:rsidR="009F641B" w:rsidRPr="009F641B" w:rsidRDefault="009F641B" w:rsidP="009F641B">
      <w:r w:rsidRPr="009F641B">
        <w:t xml:space="preserve">Is my profile photo professional? </w:t>
      </w:r>
    </w:p>
    <w:p w14:paraId="7FDFA14B" w14:textId="77777777" w:rsidR="009F641B" w:rsidRPr="009F641B" w:rsidRDefault="009F641B" w:rsidP="009F641B">
      <w:r w:rsidRPr="009F641B">
        <w:t xml:space="preserve">Does my headline describe what I do? </w:t>
      </w:r>
    </w:p>
    <w:p w14:paraId="413BB79A" w14:textId="77777777" w:rsidR="009F641B" w:rsidRPr="009F641B" w:rsidRDefault="009F641B" w:rsidP="009F641B">
      <w:r w:rsidRPr="009F641B">
        <w:t xml:space="preserve">Have I completed my About section? </w:t>
      </w:r>
    </w:p>
    <w:p w14:paraId="2AFF6471" w14:textId="77777777" w:rsidR="009F641B" w:rsidRPr="009F641B" w:rsidRDefault="009F641B" w:rsidP="009F641B">
      <w:r w:rsidRPr="009F641B">
        <w:t xml:space="preserve">Does my experience match my CV? </w:t>
      </w:r>
    </w:p>
    <w:p w14:paraId="22BD0032" w14:textId="77777777" w:rsidR="009F641B" w:rsidRPr="009F641B" w:rsidRDefault="009F641B" w:rsidP="009F641B">
      <w:r w:rsidRPr="009F641B">
        <w:t xml:space="preserve">Have I listed my skills? </w:t>
      </w:r>
    </w:p>
    <w:p w14:paraId="47BD3A08" w14:textId="77777777" w:rsidR="009F641B" w:rsidRPr="009F641B" w:rsidRDefault="009F641B" w:rsidP="009F641B">
      <w:r w:rsidRPr="009F641B">
        <w:t>Don't try to make it perfect today.</w:t>
      </w:r>
    </w:p>
    <w:p w14:paraId="416823C4" w14:textId="77777777" w:rsidR="009F641B" w:rsidRPr="009F641B" w:rsidRDefault="009F641B" w:rsidP="009F641B">
      <w:r w:rsidRPr="009F641B">
        <w:t>The goal is simply to make it accurate and complete.</w:t>
      </w:r>
    </w:p>
    <w:p w14:paraId="5330EE65" w14:textId="77777777" w:rsidR="009F641B" w:rsidRPr="009F641B" w:rsidRDefault="009F641B" w:rsidP="009F641B">
      <w:r w:rsidRPr="009F641B">
        <w:t>We'll improve it further in a later chapter.</w:t>
      </w:r>
    </w:p>
    <w:p w14:paraId="17366A84" w14:textId="77777777" w:rsidR="009F641B" w:rsidRPr="009F641B" w:rsidRDefault="009F641B" w:rsidP="009F641B"/>
    <w:p w14:paraId="1DA10AEB" w14:textId="77777777" w:rsidR="009F641B" w:rsidRPr="009F641B" w:rsidRDefault="009F641B" w:rsidP="009F641B">
      <w:r w:rsidRPr="009F641B">
        <w:t>Step 6: Set Up Job Alerts</w:t>
      </w:r>
    </w:p>
    <w:p w14:paraId="462C9F5B" w14:textId="77777777" w:rsidR="009F641B" w:rsidRPr="009F641B" w:rsidRDefault="009F641B" w:rsidP="009F641B">
      <w:r w:rsidRPr="009F641B">
        <w:t>Many people waste hours refreshing job boards.</w:t>
      </w:r>
    </w:p>
    <w:p w14:paraId="38EA3290" w14:textId="77777777" w:rsidR="009F641B" w:rsidRPr="009F641B" w:rsidRDefault="009F641B" w:rsidP="009F641B">
      <w:r w:rsidRPr="009F641B">
        <w:t>Instead, let opportunities come to you.</w:t>
      </w:r>
    </w:p>
    <w:p w14:paraId="0BA28340" w14:textId="77777777" w:rsidR="009F641B" w:rsidRPr="009F641B" w:rsidRDefault="009F641B" w:rsidP="009F641B">
      <w:r w:rsidRPr="009F641B">
        <w:t>Visit your preferred job platforms and create alerts for roles that match your experience.</w:t>
      </w:r>
    </w:p>
    <w:p w14:paraId="7491E5EB" w14:textId="77777777" w:rsidR="009F641B" w:rsidRPr="009F641B" w:rsidRDefault="009F641B" w:rsidP="009F641B">
      <w:r w:rsidRPr="009F641B">
        <w:t>Examples include:</w:t>
      </w:r>
    </w:p>
    <w:p w14:paraId="1C2E6701" w14:textId="77777777" w:rsidR="009F641B" w:rsidRPr="009F641B" w:rsidRDefault="009F641B" w:rsidP="009F641B">
      <w:r w:rsidRPr="009F641B">
        <w:t xml:space="preserve">Customer Support </w:t>
      </w:r>
    </w:p>
    <w:p w14:paraId="3B3243F1" w14:textId="77777777" w:rsidR="009F641B" w:rsidRPr="009F641B" w:rsidRDefault="009F641B" w:rsidP="009F641B">
      <w:r w:rsidRPr="009F641B">
        <w:t xml:space="preserve">Virtual Assistant </w:t>
      </w:r>
    </w:p>
    <w:p w14:paraId="12653F55" w14:textId="77777777" w:rsidR="009F641B" w:rsidRPr="009F641B" w:rsidRDefault="009F641B" w:rsidP="009F641B">
      <w:r w:rsidRPr="009F641B">
        <w:t xml:space="preserve">Project Coordinator </w:t>
      </w:r>
    </w:p>
    <w:p w14:paraId="513B5DFE" w14:textId="77777777" w:rsidR="009F641B" w:rsidRPr="009F641B" w:rsidRDefault="009F641B" w:rsidP="009F641B">
      <w:r w:rsidRPr="009F641B">
        <w:t xml:space="preserve">Data Analyst </w:t>
      </w:r>
    </w:p>
    <w:p w14:paraId="6D91C95D" w14:textId="77777777" w:rsidR="009F641B" w:rsidRPr="009F641B" w:rsidRDefault="009F641B" w:rsidP="009F641B">
      <w:r w:rsidRPr="009F641B">
        <w:t xml:space="preserve">Content Writer </w:t>
      </w:r>
    </w:p>
    <w:p w14:paraId="0CE6EACD" w14:textId="77777777" w:rsidR="009F641B" w:rsidRPr="009F641B" w:rsidRDefault="009F641B" w:rsidP="009F641B">
      <w:r w:rsidRPr="009F641B">
        <w:t xml:space="preserve">Social Media Manager </w:t>
      </w:r>
    </w:p>
    <w:p w14:paraId="11CA7140" w14:textId="77777777" w:rsidR="009F641B" w:rsidRPr="009F641B" w:rsidRDefault="009F641B" w:rsidP="009F641B">
      <w:r w:rsidRPr="009F641B">
        <w:t>Use filters that fit your goals, such as:</w:t>
      </w:r>
    </w:p>
    <w:p w14:paraId="1E674F43" w14:textId="77777777" w:rsidR="009F641B" w:rsidRPr="009F641B" w:rsidRDefault="009F641B" w:rsidP="009F641B">
      <w:r w:rsidRPr="009F641B">
        <w:t xml:space="preserve">Remote </w:t>
      </w:r>
    </w:p>
    <w:p w14:paraId="7C587ADA" w14:textId="77777777" w:rsidR="009F641B" w:rsidRPr="009F641B" w:rsidRDefault="009F641B" w:rsidP="009F641B">
      <w:r w:rsidRPr="009F641B">
        <w:t xml:space="preserve">Full-Time </w:t>
      </w:r>
    </w:p>
    <w:p w14:paraId="696E0244" w14:textId="77777777" w:rsidR="009F641B" w:rsidRPr="009F641B" w:rsidRDefault="009F641B" w:rsidP="009F641B">
      <w:r w:rsidRPr="009F641B">
        <w:lastRenderedPageBreak/>
        <w:t xml:space="preserve">Contract </w:t>
      </w:r>
    </w:p>
    <w:p w14:paraId="3C59DB52" w14:textId="77777777" w:rsidR="009F641B" w:rsidRPr="009F641B" w:rsidRDefault="009F641B" w:rsidP="009F641B">
      <w:r w:rsidRPr="009F641B">
        <w:t xml:space="preserve">Entry-Level (if appropriate) </w:t>
      </w:r>
    </w:p>
    <w:p w14:paraId="5E3FB2DA" w14:textId="77777777" w:rsidR="009F641B" w:rsidRPr="009F641B" w:rsidRDefault="009F641B" w:rsidP="009F641B">
      <w:r w:rsidRPr="009F641B">
        <w:t>Once the alerts are active, you'll spend less time searching and more time applying strategically.</w:t>
      </w:r>
    </w:p>
    <w:p w14:paraId="4CBD3BC6" w14:textId="77777777" w:rsidR="009F641B" w:rsidRPr="009F641B" w:rsidRDefault="009F641B" w:rsidP="009F641B"/>
    <w:p w14:paraId="12AAE7F6" w14:textId="77777777" w:rsidR="009F641B" w:rsidRPr="009F641B" w:rsidRDefault="009F641B" w:rsidP="009F641B">
      <w:r w:rsidRPr="009F641B">
        <w:t>Tool 1: Remote Job Readiness Checklist</w:t>
      </w:r>
    </w:p>
    <w:p w14:paraId="4191715A" w14:textId="77777777" w:rsidR="009F641B" w:rsidRPr="009F641B" w:rsidRDefault="009F641B" w:rsidP="009F641B">
      <w:r w:rsidRPr="009F641B">
        <w:t>Before you move to Chapter Two, complete this checklist.</w:t>
      </w:r>
    </w:p>
    <w:p w14:paraId="03B67140" w14:textId="77777777" w:rsidR="009F641B" w:rsidRPr="009F641B" w:rsidRDefault="009F641B" w:rsidP="009F641B">
      <w:r w:rsidRPr="009F641B">
        <w:t>Don't tick a box because you intend to do it.</w:t>
      </w:r>
    </w:p>
    <w:p w14:paraId="092358C7" w14:textId="77777777" w:rsidR="009F641B" w:rsidRPr="009F641B" w:rsidRDefault="009F641B" w:rsidP="009F641B">
      <w:r w:rsidRPr="009F641B">
        <w:t>Tick it only after you've done it.</w:t>
      </w:r>
    </w:p>
    <w:p w14:paraId="2C118A6F" w14:textId="77777777" w:rsidR="009F641B" w:rsidRPr="009F641B" w:rsidRDefault="009F641B" w:rsidP="009F641B"/>
    <w:p w14:paraId="37F88A62" w14:textId="77777777" w:rsidR="009F641B" w:rsidRPr="009F641B" w:rsidRDefault="009F641B" w:rsidP="009F641B">
      <w:r w:rsidRPr="009F641B">
        <w:t>A Word Before You Continue</w:t>
      </w:r>
    </w:p>
    <w:p w14:paraId="54E1A512" w14:textId="77777777" w:rsidR="009F641B" w:rsidRPr="009F641B" w:rsidRDefault="009F641B" w:rsidP="009F641B">
      <w:r w:rsidRPr="009F641B">
        <w:t>At this point, you might feel like you haven't really "started" looking for a job.</w:t>
      </w:r>
    </w:p>
    <w:p w14:paraId="6F868AB6" w14:textId="77777777" w:rsidR="009F641B" w:rsidRPr="009F641B" w:rsidRDefault="009F641B" w:rsidP="009F641B">
      <w:r w:rsidRPr="009F641B">
        <w:t>In reality, you've done something more valuable.</w:t>
      </w:r>
    </w:p>
    <w:p w14:paraId="17846CE5" w14:textId="77777777" w:rsidR="009F641B" w:rsidRPr="009F641B" w:rsidRDefault="009F641B" w:rsidP="009F641B">
      <w:r w:rsidRPr="009F641B">
        <w:t>You've built the systems that will make every application from this point forward more organized, more professional, and easier to manage.</w:t>
      </w:r>
    </w:p>
    <w:p w14:paraId="4E523B92" w14:textId="77777777" w:rsidR="009F641B" w:rsidRPr="009F641B" w:rsidRDefault="009F641B" w:rsidP="009F641B">
      <w:r w:rsidRPr="009F641B">
        <w:t>Think of it this way:</w:t>
      </w:r>
    </w:p>
    <w:p w14:paraId="43C43A96" w14:textId="77777777" w:rsidR="009F641B" w:rsidRPr="009F641B" w:rsidRDefault="009F641B" w:rsidP="009F641B">
      <w:r w:rsidRPr="009F641B">
        <w:t>The person who spends 30 minutes building a strong foundation today often saves hours of frustration over the next few months.</w:t>
      </w:r>
    </w:p>
    <w:p w14:paraId="5A087192" w14:textId="77777777" w:rsidR="009F641B" w:rsidRPr="009F641B" w:rsidRDefault="009F641B" w:rsidP="009F641B">
      <w:r w:rsidRPr="009F641B">
        <w:t>And that's exactly the kind of progress we're aiming for—not shortcuts, but smarter habits that compound over time.</w:t>
      </w:r>
    </w:p>
    <w:p w14:paraId="10F9C928" w14:textId="77777777" w:rsidR="009F641B" w:rsidRPr="009F641B" w:rsidRDefault="009F641B" w:rsidP="009F641B"/>
    <w:p w14:paraId="59A6B236" w14:textId="77777777" w:rsidR="009F641B" w:rsidRPr="009F641B" w:rsidRDefault="009F641B" w:rsidP="009F641B"/>
    <w:p w14:paraId="6B0FA1AC" w14:textId="77777777" w:rsidR="009F641B" w:rsidRPr="009F641B" w:rsidRDefault="009F641B" w:rsidP="009F641B"/>
    <w:p w14:paraId="51BA3E71" w14:textId="77777777" w:rsidR="009F641B" w:rsidRPr="009F641B" w:rsidRDefault="009F641B" w:rsidP="009F641B"/>
    <w:p w14:paraId="70FA51BC" w14:textId="77777777" w:rsidR="009F641B" w:rsidRPr="009F641B" w:rsidRDefault="009F641B" w:rsidP="009F641B"/>
    <w:p w14:paraId="4E1E8D96" w14:textId="77777777" w:rsidR="009F641B" w:rsidRPr="009F641B" w:rsidRDefault="009F641B" w:rsidP="009F641B"/>
    <w:p w14:paraId="052A89BD" w14:textId="77777777" w:rsidR="009F641B" w:rsidRPr="009F641B" w:rsidRDefault="009F641B" w:rsidP="009F641B"/>
    <w:p w14:paraId="4BF2CDC2" w14:textId="77777777" w:rsidR="009F641B" w:rsidRPr="009F641B" w:rsidRDefault="009F641B" w:rsidP="009F641B"/>
    <w:p w14:paraId="3CCC6ADC" w14:textId="77777777" w:rsidR="009F641B" w:rsidRPr="009F641B" w:rsidRDefault="009F641B" w:rsidP="009F641B"/>
    <w:p w14:paraId="092C5C88" w14:textId="77777777" w:rsidR="009F641B" w:rsidRPr="009F641B" w:rsidRDefault="009F641B" w:rsidP="009F641B"/>
    <w:p w14:paraId="05E68262" w14:textId="77777777" w:rsidR="009F641B" w:rsidRPr="009F641B" w:rsidRDefault="009F641B" w:rsidP="009F641B"/>
    <w:p w14:paraId="7724AD2F" w14:textId="77777777" w:rsidR="009F641B" w:rsidRPr="009F641B" w:rsidRDefault="009F641B" w:rsidP="009F641B"/>
    <w:p w14:paraId="5514DE22" w14:textId="77777777" w:rsidR="009F641B" w:rsidRPr="009F641B" w:rsidRDefault="009F641B" w:rsidP="009F641B"/>
    <w:p w14:paraId="1C9A9426" w14:textId="77777777" w:rsidR="009F641B" w:rsidRPr="009F641B" w:rsidRDefault="009F641B" w:rsidP="009F641B"/>
    <w:p w14:paraId="71322874" w14:textId="77777777" w:rsidR="009F641B" w:rsidRPr="009F641B" w:rsidRDefault="009F641B" w:rsidP="009F641B"/>
    <w:p w14:paraId="2C46E241" w14:textId="77777777" w:rsidR="009F641B" w:rsidRPr="009F641B" w:rsidRDefault="009F641B" w:rsidP="009F641B"/>
    <w:p w14:paraId="366291AF" w14:textId="77777777" w:rsidR="009F641B" w:rsidRPr="009F641B" w:rsidRDefault="009F641B" w:rsidP="009F641B"/>
    <w:p w14:paraId="7E7BB7A5" w14:textId="77777777" w:rsidR="009F641B" w:rsidRPr="009F641B" w:rsidRDefault="009F641B" w:rsidP="009F641B">
      <w:r w:rsidRPr="009F641B">
        <w:t>Tool 2: Remote Job Readiness Scorecard</w:t>
      </w:r>
    </w:p>
    <w:p w14:paraId="6B41234F" w14:textId="77777777" w:rsidR="009F641B" w:rsidRPr="009F641B" w:rsidRDefault="009F641B" w:rsidP="009F641B">
      <w:r w:rsidRPr="009F641B">
        <w:t>Before moving to Chapter Two, take a few minutes to assess your current readiness. Be honest—this isn't a test. It's simply a way to identify areas that need attention.</w:t>
      </w:r>
    </w:p>
    <w:p w14:paraId="3CF47CF8" w14:textId="77777777" w:rsidR="009F641B" w:rsidRPr="009F641B" w:rsidRDefault="009F641B" w:rsidP="009F641B">
      <w:r w:rsidRPr="009F641B">
        <w:t>Give yourself:</w:t>
      </w:r>
    </w:p>
    <w:p w14:paraId="0A6B05E5" w14:textId="77777777" w:rsidR="009F641B" w:rsidRPr="009F641B" w:rsidRDefault="009F641B" w:rsidP="009F641B">
      <w:r w:rsidRPr="009F641B">
        <w:t xml:space="preserve">2 points if the statement is completely true. </w:t>
      </w:r>
    </w:p>
    <w:p w14:paraId="46CDE6D3" w14:textId="77777777" w:rsidR="009F641B" w:rsidRPr="009F641B" w:rsidRDefault="009F641B" w:rsidP="009F641B">
      <w:r w:rsidRPr="009F641B">
        <w:t xml:space="preserve">1 point if it's partly true. </w:t>
      </w:r>
    </w:p>
    <w:p w14:paraId="641D152D" w14:textId="77777777" w:rsidR="009F641B" w:rsidRPr="009F641B" w:rsidRDefault="009F641B" w:rsidP="009F641B">
      <w:r w:rsidRPr="009F641B">
        <w:t xml:space="preserve">0 points if it's not true. </w:t>
      </w:r>
    </w:p>
    <w:p w14:paraId="4AC24819" w14:textId="77777777" w:rsidR="009F641B" w:rsidRPr="009F641B" w:rsidRDefault="009F641B" w:rsidP="009F641B">
      <w:r w:rsidRPr="009F641B">
        <w:t>Total Score</w:t>
      </w:r>
    </w:p>
    <w:p w14:paraId="1A54BE60" w14:textId="77777777" w:rsidR="009F641B" w:rsidRPr="009F641B" w:rsidRDefault="009F641B" w:rsidP="009F641B">
      <w:r w:rsidRPr="009F641B">
        <w:t>16–20 points</w:t>
      </w:r>
      <w:r w:rsidRPr="009F641B">
        <w:br/>
        <w:t>Excellent foundation. You're ready to begin applying strategically.</w:t>
      </w:r>
    </w:p>
    <w:p w14:paraId="401833CE" w14:textId="77777777" w:rsidR="009F641B" w:rsidRPr="009F641B" w:rsidRDefault="009F641B" w:rsidP="009F641B">
      <w:r w:rsidRPr="009F641B">
        <w:t>10–15 points</w:t>
      </w:r>
      <w:r w:rsidRPr="009F641B">
        <w:br/>
        <w:t>Good start. Strengthen the weaker areas before increasing the number of applications you send.</w:t>
      </w:r>
    </w:p>
    <w:p w14:paraId="7B8831E3" w14:textId="77777777" w:rsidR="009F641B" w:rsidRPr="009F641B" w:rsidRDefault="009F641B" w:rsidP="009F641B">
      <w:r w:rsidRPr="009F641B">
        <w:t>0–9 points</w:t>
      </w:r>
      <w:r w:rsidRPr="009F641B">
        <w:br/>
        <w:t>Don't worry. You're exactly where many people begin. Use this guide to build your system one step at a time.</w:t>
      </w:r>
    </w:p>
    <w:p w14:paraId="32EEB951" w14:textId="77777777" w:rsidR="009F641B" w:rsidRPr="009F641B" w:rsidRDefault="009F641B" w:rsidP="009F641B"/>
    <w:p w14:paraId="0B4828FA" w14:textId="77777777" w:rsidR="009F641B" w:rsidRPr="009F641B" w:rsidRDefault="009F641B" w:rsidP="009F641B">
      <w:r w:rsidRPr="009F641B">
        <w:t>Tool 3: Weekly Job Search Planner</w:t>
      </w:r>
    </w:p>
    <w:p w14:paraId="6A58BC69" w14:textId="77777777" w:rsidR="009F641B" w:rsidRPr="009F641B" w:rsidRDefault="009F641B" w:rsidP="009F641B">
      <w:r w:rsidRPr="009F641B">
        <w:t>Many people think job searching means applying every day from morning until night.</w:t>
      </w:r>
    </w:p>
    <w:p w14:paraId="6940EDD2" w14:textId="77777777" w:rsidR="009F641B" w:rsidRPr="009F641B" w:rsidRDefault="009F641B" w:rsidP="009F641B">
      <w:r w:rsidRPr="009F641B">
        <w:t>In reality, structure beats randomness.</w:t>
      </w:r>
    </w:p>
    <w:p w14:paraId="7AF07DC8" w14:textId="77777777" w:rsidR="009F641B" w:rsidRPr="009F641B" w:rsidRDefault="009F641B" w:rsidP="009F641B">
      <w:r w:rsidRPr="009F641B">
        <w:t>Use this planner to stay focused without burning yourself out.</w:t>
      </w:r>
    </w:p>
    <w:p w14:paraId="77166274" w14:textId="77777777" w:rsidR="009F641B" w:rsidRPr="009F641B" w:rsidRDefault="009F641B" w:rsidP="009F641B">
      <w:r w:rsidRPr="009F641B">
        <w:lastRenderedPageBreak/>
        <w:t>Monday – Opportunity Day</w:t>
      </w:r>
    </w:p>
    <w:p w14:paraId="30CC05A3" w14:textId="77777777" w:rsidR="009F641B" w:rsidRPr="009F641B" w:rsidRDefault="009F641B" w:rsidP="009F641B">
      <w:r w:rsidRPr="009F641B">
        <w:t xml:space="preserve">Check your job alerts. </w:t>
      </w:r>
    </w:p>
    <w:p w14:paraId="1E00FDAE" w14:textId="77777777" w:rsidR="009F641B" w:rsidRPr="009F641B" w:rsidRDefault="009F641B" w:rsidP="009F641B">
      <w:r w:rsidRPr="009F641B">
        <w:t xml:space="preserve">Save interesting vacancies. </w:t>
      </w:r>
    </w:p>
    <w:p w14:paraId="2710D048" w14:textId="77777777" w:rsidR="009F641B" w:rsidRPr="009F641B" w:rsidRDefault="009F641B" w:rsidP="009F641B">
      <w:r w:rsidRPr="009F641B">
        <w:t xml:space="preserve">Read job descriptions carefully. </w:t>
      </w:r>
    </w:p>
    <w:p w14:paraId="4B132C5A" w14:textId="77777777" w:rsidR="009F641B" w:rsidRPr="009F641B" w:rsidRDefault="009F641B" w:rsidP="009F641B">
      <w:r w:rsidRPr="009F641B">
        <w:t xml:space="preserve">Research companies. </w:t>
      </w:r>
    </w:p>
    <w:p w14:paraId="39995C80" w14:textId="77777777" w:rsidR="009F641B" w:rsidRPr="009F641B" w:rsidRDefault="009F641B" w:rsidP="009F641B">
      <w:r w:rsidRPr="009F641B">
        <w:t>Goal: Find 5–10 quality opportunities.</w:t>
      </w:r>
    </w:p>
    <w:p w14:paraId="4B7E723E" w14:textId="77777777" w:rsidR="009F641B" w:rsidRPr="009F641B" w:rsidRDefault="009F641B" w:rsidP="009F641B"/>
    <w:p w14:paraId="4CF182E6" w14:textId="77777777" w:rsidR="009F641B" w:rsidRPr="009F641B" w:rsidRDefault="009F641B" w:rsidP="009F641B">
      <w:r w:rsidRPr="009F641B">
        <w:t>Tuesday – CV Day</w:t>
      </w:r>
    </w:p>
    <w:p w14:paraId="68378B3E" w14:textId="77777777" w:rsidR="009F641B" w:rsidRPr="009F641B" w:rsidRDefault="009F641B" w:rsidP="009F641B">
      <w:r w:rsidRPr="009F641B">
        <w:t>Tailor your CV for each role.</w:t>
      </w:r>
    </w:p>
    <w:p w14:paraId="35E5B39F" w14:textId="77777777" w:rsidR="009F641B" w:rsidRPr="009F641B" w:rsidRDefault="009F641B" w:rsidP="009F641B">
      <w:r w:rsidRPr="009F641B">
        <w:t>Don't change everything.</w:t>
      </w:r>
    </w:p>
    <w:p w14:paraId="4828BC65" w14:textId="77777777" w:rsidR="009F641B" w:rsidRPr="009F641B" w:rsidRDefault="009F641B" w:rsidP="009F641B">
      <w:r w:rsidRPr="009F641B">
        <w:t>Adjust:</w:t>
      </w:r>
    </w:p>
    <w:p w14:paraId="5DD03C2A" w14:textId="77777777" w:rsidR="009F641B" w:rsidRPr="009F641B" w:rsidRDefault="009F641B" w:rsidP="009F641B">
      <w:r w:rsidRPr="009F641B">
        <w:t xml:space="preserve">Professional summary. </w:t>
      </w:r>
    </w:p>
    <w:p w14:paraId="18A1106B" w14:textId="77777777" w:rsidR="009F641B" w:rsidRPr="009F641B" w:rsidRDefault="009F641B" w:rsidP="009F641B">
      <w:r w:rsidRPr="009F641B">
        <w:t xml:space="preserve">Skills section. </w:t>
      </w:r>
    </w:p>
    <w:p w14:paraId="75FFA7B1" w14:textId="77777777" w:rsidR="009F641B" w:rsidRPr="009F641B" w:rsidRDefault="009F641B" w:rsidP="009F641B">
      <w:r w:rsidRPr="009F641B">
        <w:t xml:space="preserve">Keywords. </w:t>
      </w:r>
    </w:p>
    <w:p w14:paraId="6BD134CC" w14:textId="77777777" w:rsidR="009F641B" w:rsidRPr="009F641B" w:rsidRDefault="009F641B" w:rsidP="009F641B">
      <w:r w:rsidRPr="009F641B">
        <w:t xml:space="preserve">Relevant achievements. </w:t>
      </w:r>
    </w:p>
    <w:p w14:paraId="53E36DEB" w14:textId="77777777" w:rsidR="009F641B" w:rsidRPr="009F641B" w:rsidRDefault="009F641B" w:rsidP="009F641B">
      <w:r w:rsidRPr="009F641B">
        <w:t>Goal: Prepare 3–5 tailored CVs.</w:t>
      </w:r>
    </w:p>
    <w:p w14:paraId="56FCBB4B" w14:textId="77777777" w:rsidR="009F641B" w:rsidRPr="009F641B" w:rsidRDefault="009F641B" w:rsidP="009F641B"/>
    <w:p w14:paraId="38AA0DCE" w14:textId="77777777" w:rsidR="009F641B" w:rsidRPr="009F641B" w:rsidRDefault="009F641B" w:rsidP="009F641B">
      <w:r w:rsidRPr="009F641B">
        <w:t>Wednesday – Application Day</w:t>
      </w:r>
    </w:p>
    <w:p w14:paraId="6EE05E57" w14:textId="77777777" w:rsidR="009F641B" w:rsidRPr="009F641B" w:rsidRDefault="009F641B" w:rsidP="009F641B">
      <w:r w:rsidRPr="009F641B">
        <w:t>Submit your applications.</w:t>
      </w:r>
    </w:p>
    <w:p w14:paraId="30902CE3" w14:textId="77777777" w:rsidR="009F641B" w:rsidRPr="009F641B" w:rsidRDefault="009F641B" w:rsidP="009F641B">
      <w:r w:rsidRPr="009F641B">
        <w:t>Double-check:</w:t>
      </w:r>
    </w:p>
    <w:p w14:paraId="2616CEEB" w14:textId="77777777" w:rsidR="009F641B" w:rsidRPr="009F641B" w:rsidRDefault="009F641B" w:rsidP="009F641B">
      <w:r w:rsidRPr="009F641B">
        <w:t xml:space="preserve">Attachments. </w:t>
      </w:r>
    </w:p>
    <w:p w14:paraId="540CC7AA" w14:textId="77777777" w:rsidR="009F641B" w:rsidRPr="009F641B" w:rsidRDefault="009F641B" w:rsidP="009F641B">
      <w:r w:rsidRPr="009F641B">
        <w:t xml:space="preserve">File names. </w:t>
      </w:r>
    </w:p>
    <w:p w14:paraId="0954AABD" w14:textId="77777777" w:rsidR="009F641B" w:rsidRPr="009F641B" w:rsidRDefault="009F641B" w:rsidP="009F641B">
      <w:r w:rsidRPr="009F641B">
        <w:t xml:space="preserve">Cover letter. </w:t>
      </w:r>
    </w:p>
    <w:p w14:paraId="1026D04E" w14:textId="77777777" w:rsidR="009F641B" w:rsidRPr="009F641B" w:rsidRDefault="009F641B" w:rsidP="009F641B">
      <w:r w:rsidRPr="009F641B">
        <w:t xml:space="preserve">Contact details. </w:t>
      </w:r>
    </w:p>
    <w:p w14:paraId="3C120A4A" w14:textId="77777777" w:rsidR="009F641B" w:rsidRPr="009F641B" w:rsidRDefault="009F641B" w:rsidP="009F641B">
      <w:r w:rsidRPr="009F641B">
        <w:t>Quality is more important than speed.</w:t>
      </w:r>
    </w:p>
    <w:p w14:paraId="1B219D70" w14:textId="77777777" w:rsidR="009F641B" w:rsidRPr="009F641B" w:rsidRDefault="009F641B" w:rsidP="009F641B"/>
    <w:p w14:paraId="73A1A262" w14:textId="77777777" w:rsidR="009F641B" w:rsidRPr="009F641B" w:rsidRDefault="009F641B" w:rsidP="009F641B">
      <w:r w:rsidRPr="009F641B">
        <w:lastRenderedPageBreak/>
        <w:t>Thursday – Networking Day</w:t>
      </w:r>
    </w:p>
    <w:p w14:paraId="1ADF7B7F" w14:textId="77777777" w:rsidR="009F641B" w:rsidRPr="009F641B" w:rsidRDefault="009F641B" w:rsidP="009F641B">
      <w:r w:rsidRPr="009F641B">
        <w:t>Spend at least 30 minutes:</w:t>
      </w:r>
    </w:p>
    <w:p w14:paraId="0A916E36" w14:textId="77777777" w:rsidR="009F641B" w:rsidRPr="009F641B" w:rsidRDefault="009F641B" w:rsidP="009F641B">
      <w:r w:rsidRPr="009F641B">
        <w:t xml:space="preserve">Connecting with recruiters. </w:t>
      </w:r>
    </w:p>
    <w:p w14:paraId="083DD481" w14:textId="77777777" w:rsidR="009F641B" w:rsidRPr="009F641B" w:rsidRDefault="009F641B" w:rsidP="009F641B">
      <w:r w:rsidRPr="009F641B">
        <w:t xml:space="preserve">Engaging with industry posts. </w:t>
      </w:r>
    </w:p>
    <w:p w14:paraId="470E05E5" w14:textId="77777777" w:rsidR="009F641B" w:rsidRPr="009F641B" w:rsidRDefault="009F641B" w:rsidP="009F641B">
      <w:r w:rsidRPr="009F641B">
        <w:t xml:space="preserve">Commenting professionally. </w:t>
      </w:r>
    </w:p>
    <w:p w14:paraId="00050267" w14:textId="77777777" w:rsidR="009F641B" w:rsidRPr="009F641B" w:rsidRDefault="009F641B" w:rsidP="009F641B">
      <w:r w:rsidRPr="009F641B">
        <w:t xml:space="preserve">Joining relevant LinkedIn groups. </w:t>
      </w:r>
    </w:p>
    <w:p w14:paraId="5B39E596" w14:textId="77777777" w:rsidR="009F641B" w:rsidRPr="009F641B" w:rsidRDefault="009F641B" w:rsidP="009F641B">
      <w:r w:rsidRPr="009F641B">
        <w:t>Networking isn't begging for jobs.</w:t>
      </w:r>
    </w:p>
    <w:p w14:paraId="57297FDD" w14:textId="77777777" w:rsidR="009F641B" w:rsidRPr="009F641B" w:rsidRDefault="009F641B" w:rsidP="009F641B">
      <w:r w:rsidRPr="009F641B">
        <w:t>It's making yourself visible.</w:t>
      </w:r>
    </w:p>
    <w:p w14:paraId="6E1B16DA" w14:textId="77777777" w:rsidR="009F641B" w:rsidRPr="009F641B" w:rsidRDefault="009F641B" w:rsidP="009F641B"/>
    <w:p w14:paraId="204893AC" w14:textId="77777777" w:rsidR="009F641B" w:rsidRPr="009F641B" w:rsidRDefault="009F641B" w:rsidP="009F641B">
      <w:r w:rsidRPr="009F641B">
        <w:t>Friday – Follow-Up Day</w:t>
      </w:r>
    </w:p>
    <w:p w14:paraId="1B55E54F" w14:textId="77777777" w:rsidR="009F641B" w:rsidRPr="009F641B" w:rsidRDefault="009F641B" w:rsidP="009F641B">
      <w:r w:rsidRPr="009F641B">
        <w:t>Review applications sent earlier.</w:t>
      </w:r>
    </w:p>
    <w:p w14:paraId="494AC78A" w14:textId="77777777" w:rsidR="009F641B" w:rsidRPr="009F641B" w:rsidRDefault="009F641B" w:rsidP="009F641B">
      <w:r w:rsidRPr="009F641B">
        <w:t>Send polite follow-up emails where appropriate.</w:t>
      </w:r>
    </w:p>
    <w:p w14:paraId="54D5C9AE" w14:textId="77777777" w:rsidR="009F641B" w:rsidRPr="009F641B" w:rsidRDefault="009F641B" w:rsidP="009F641B">
      <w:r w:rsidRPr="009F641B">
        <w:t>Update your tracker.</w:t>
      </w:r>
    </w:p>
    <w:p w14:paraId="28A6FC2B" w14:textId="77777777" w:rsidR="009F641B" w:rsidRPr="009F641B" w:rsidRDefault="009F641B" w:rsidP="009F641B">
      <w:r w:rsidRPr="009F641B">
        <w:t>Celebrate small wins—even if it's simply completing your weekly plan.</w:t>
      </w:r>
    </w:p>
    <w:p w14:paraId="2924BCF0" w14:textId="77777777" w:rsidR="009F641B" w:rsidRPr="009F641B" w:rsidRDefault="009F641B" w:rsidP="009F641B"/>
    <w:p w14:paraId="01710953" w14:textId="77777777" w:rsidR="009F641B" w:rsidRPr="009F641B" w:rsidRDefault="009F641B" w:rsidP="009F641B">
      <w:r w:rsidRPr="009F641B">
        <w:t>Saturday</w:t>
      </w:r>
    </w:p>
    <w:p w14:paraId="687F693A" w14:textId="77777777" w:rsidR="009F641B" w:rsidRPr="009F641B" w:rsidRDefault="009F641B" w:rsidP="009F641B">
      <w:r w:rsidRPr="009F641B">
        <w:t>Learn something new.</w:t>
      </w:r>
    </w:p>
    <w:p w14:paraId="7AF4B920" w14:textId="77777777" w:rsidR="009F641B" w:rsidRPr="009F641B" w:rsidRDefault="009F641B" w:rsidP="009F641B">
      <w:r w:rsidRPr="009F641B">
        <w:t>Examples:</w:t>
      </w:r>
    </w:p>
    <w:p w14:paraId="196EEAE0" w14:textId="77777777" w:rsidR="009F641B" w:rsidRPr="009F641B" w:rsidRDefault="009F641B" w:rsidP="009F641B">
      <w:r w:rsidRPr="009F641B">
        <w:t xml:space="preserve">Excel </w:t>
      </w:r>
    </w:p>
    <w:p w14:paraId="4F355CBB" w14:textId="77777777" w:rsidR="009F641B" w:rsidRPr="009F641B" w:rsidRDefault="009F641B" w:rsidP="009F641B">
      <w:r w:rsidRPr="009F641B">
        <w:t xml:space="preserve">Customer Support </w:t>
      </w:r>
    </w:p>
    <w:p w14:paraId="4D33451B" w14:textId="77777777" w:rsidR="009F641B" w:rsidRPr="009F641B" w:rsidRDefault="009F641B" w:rsidP="009F641B">
      <w:r w:rsidRPr="009F641B">
        <w:t xml:space="preserve">Google Workspace </w:t>
      </w:r>
    </w:p>
    <w:p w14:paraId="42EEE81D" w14:textId="77777777" w:rsidR="009F641B" w:rsidRPr="009F641B" w:rsidRDefault="009F641B" w:rsidP="009F641B">
      <w:r w:rsidRPr="009F641B">
        <w:t xml:space="preserve">Project Management </w:t>
      </w:r>
    </w:p>
    <w:p w14:paraId="624B6910" w14:textId="77777777" w:rsidR="009F641B" w:rsidRPr="009F641B" w:rsidRDefault="009F641B" w:rsidP="009F641B">
      <w:r w:rsidRPr="009F641B">
        <w:t xml:space="preserve">Communication Skills </w:t>
      </w:r>
    </w:p>
    <w:p w14:paraId="020A846D" w14:textId="77777777" w:rsidR="009F641B" w:rsidRPr="009F641B" w:rsidRDefault="009F641B" w:rsidP="009F641B">
      <w:r w:rsidRPr="009F641B">
        <w:t>Improving your skills increases your future opportunities.</w:t>
      </w:r>
    </w:p>
    <w:p w14:paraId="6886F581" w14:textId="77777777" w:rsidR="009F641B" w:rsidRPr="009F641B" w:rsidRDefault="009F641B" w:rsidP="009F641B"/>
    <w:p w14:paraId="1C8540A4" w14:textId="77777777" w:rsidR="009F641B" w:rsidRPr="009F641B" w:rsidRDefault="009F641B" w:rsidP="009F641B">
      <w:r w:rsidRPr="009F641B">
        <w:t>Sunday</w:t>
      </w:r>
    </w:p>
    <w:p w14:paraId="3F0D97D7" w14:textId="77777777" w:rsidR="009F641B" w:rsidRPr="009F641B" w:rsidRDefault="009F641B" w:rsidP="009F641B">
      <w:r w:rsidRPr="009F641B">
        <w:lastRenderedPageBreak/>
        <w:t>Rest.</w:t>
      </w:r>
    </w:p>
    <w:p w14:paraId="0786D8CB" w14:textId="77777777" w:rsidR="009F641B" w:rsidRPr="009F641B" w:rsidRDefault="009F641B" w:rsidP="009F641B">
      <w:r w:rsidRPr="009F641B">
        <w:t>Review the week.</w:t>
      </w:r>
    </w:p>
    <w:p w14:paraId="5B379460" w14:textId="77777777" w:rsidR="009F641B" w:rsidRPr="009F641B" w:rsidRDefault="009F641B" w:rsidP="009F641B">
      <w:r w:rsidRPr="009F641B">
        <w:t>Plan the next one.</w:t>
      </w:r>
    </w:p>
    <w:p w14:paraId="7E43FC4A" w14:textId="77777777" w:rsidR="009F641B" w:rsidRPr="009F641B" w:rsidRDefault="009F641B" w:rsidP="009F641B">
      <w:r w:rsidRPr="009F641B">
        <w:t>Consistency is easier when you leave room to recover.</w:t>
      </w:r>
    </w:p>
    <w:p w14:paraId="1132A5C9" w14:textId="77777777" w:rsidR="009F641B" w:rsidRPr="009F641B" w:rsidRDefault="009F641B" w:rsidP="009F641B"/>
    <w:p w14:paraId="5F0ED015" w14:textId="77777777" w:rsidR="009F641B" w:rsidRPr="009F641B" w:rsidRDefault="009F641B" w:rsidP="009F641B">
      <w:r w:rsidRPr="009F641B">
        <w:t>Tool 4: Daily Application Tracker</w:t>
      </w:r>
    </w:p>
    <w:p w14:paraId="56519B15" w14:textId="77777777" w:rsidR="009F641B" w:rsidRPr="009F641B" w:rsidRDefault="009F641B" w:rsidP="009F641B">
      <w:r w:rsidRPr="009F641B">
        <w:t>Create a table like this in a notebook or spreadsheet.</w:t>
      </w:r>
    </w:p>
    <w:p w14:paraId="13B74C39" w14:textId="77777777" w:rsidR="009F641B" w:rsidRPr="009F641B" w:rsidRDefault="009F641B" w:rsidP="009F641B">
      <w:r w:rsidRPr="009F641B">
        <w:t>Don't rely on memory.</w:t>
      </w:r>
    </w:p>
    <w:p w14:paraId="79F3E724" w14:textId="77777777" w:rsidR="009F641B" w:rsidRPr="009F641B" w:rsidRDefault="009F641B" w:rsidP="009F641B">
      <w:r w:rsidRPr="009F641B">
        <w:t>Tracking helps you:</w:t>
      </w:r>
    </w:p>
    <w:p w14:paraId="1CF75860" w14:textId="77777777" w:rsidR="009F641B" w:rsidRPr="009F641B" w:rsidRDefault="009F641B" w:rsidP="009F641B">
      <w:r w:rsidRPr="009F641B">
        <w:t xml:space="preserve">Avoid duplicate applications. </w:t>
      </w:r>
    </w:p>
    <w:p w14:paraId="58061DEF" w14:textId="77777777" w:rsidR="009F641B" w:rsidRPr="009F641B" w:rsidRDefault="009F641B" w:rsidP="009F641B">
      <w:r w:rsidRPr="009F641B">
        <w:t xml:space="preserve">Remember when to follow up. </w:t>
      </w:r>
    </w:p>
    <w:p w14:paraId="7DB74977" w14:textId="77777777" w:rsidR="009F641B" w:rsidRPr="009F641B" w:rsidRDefault="009F641B" w:rsidP="009F641B">
      <w:r w:rsidRPr="009F641B">
        <w:t xml:space="preserve">Spot patterns in your job search. </w:t>
      </w:r>
    </w:p>
    <w:p w14:paraId="7B8A4CCB" w14:textId="77777777" w:rsidR="009F641B" w:rsidRPr="009F641B" w:rsidRDefault="009F641B" w:rsidP="009F641B"/>
    <w:p w14:paraId="03B0FD9D" w14:textId="77777777" w:rsidR="009F641B" w:rsidRPr="009F641B" w:rsidRDefault="009F641B" w:rsidP="009F641B">
      <w:r w:rsidRPr="009F641B">
        <w:t>Your 30-Minute Action Challenge</w:t>
      </w:r>
    </w:p>
    <w:p w14:paraId="37FE18DF" w14:textId="77777777" w:rsidR="009F641B" w:rsidRPr="009F641B" w:rsidRDefault="009F641B" w:rsidP="009F641B">
      <w:r w:rsidRPr="009F641B">
        <w:t>Set a timer for 30 minutes.</w:t>
      </w:r>
    </w:p>
    <w:p w14:paraId="2A0CFCA1" w14:textId="77777777" w:rsidR="009F641B" w:rsidRPr="009F641B" w:rsidRDefault="009F641B" w:rsidP="009F641B">
      <w:r w:rsidRPr="009F641B">
        <w:t>Complete as many of these tasks as you can:</w:t>
      </w:r>
    </w:p>
    <w:p w14:paraId="4F446941" w14:textId="77777777" w:rsidR="009F641B" w:rsidRPr="009F641B" w:rsidRDefault="009F641B" w:rsidP="009F641B">
      <w:r w:rsidRPr="009F641B">
        <w:rPr>
          <w:rFonts w:ascii="Segoe UI Symbol" w:hAnsi="Segoe UI Symbol" w:cs="Segoe UI Symbol"/>
        </w:rPr>
        <w:t>☐</w:t>
      </w:r>
      <w:r w:rsidRPr="009F641B">
        <w:t xml:space="preserve"> Create a professional email address.</w:t>
      </w:r>
    </w:p>
    <w:p w14:paraId="0E86C85F" w14:textId="77777777" w:rsidR="009F641B" w:rsidRPr="009F641B" w:rsidRDefault="009F641B" w:rsidP="009F641B">
      <w:r w:rsidRPr="009F641B">
        <w:rPr>
          <w:rFonts w:ascii="Segoe UI Symbol" w:hAnsi="Segoe UI Symbol" w:cs="Segoe UI Symbol"/>
        </w:rPr>
        <w:t>☐</w:t>
      </w:r>
      <w:r w:rsidRPr="009F641B">
        <w:t xml:space="preserve"> Organize your job-search folders.</w:t>
      </w:r>
    </w:p>
    <w:p w14:paraId="63C18B3F" w14:textId="77777777" w:rsidR="009F641B" w:rsidRPr="009F641B" w:rsidRDefault="009F641B" w:rsidP="009F641B">
      <w:r w:rsidRPr="009F641B">
        <w:rPr>
          <w:rFonts w:ascii="Segoe UI Symbol" w:hAnsi="Segoe UI Symbol" w:cs="Segoe UI Symbol"/>
        </w:rPr>
        <w:t>☐</w:t>
      </w:r>
      <w:r w:rsidRPr="009F641B">
        <w:t xml:space="preserve"> Update your CV contact details.</w:t>
      </w:r>
    </w:p>
    <w:p w14:paraId="1307EC92" w14:textId="77777777" w:rsidR="009F641B" w:rsidRPr="009F641B" w:rsidRDefault="009F641B" w:rsidP="009F641B">
      <w:r w:rsidRPr="009F641B">
        <w:rPr>
          <w:rFonts w:ascii="Segoe UI Symbol" w:hAnsi="Segoe UI Symbol" w:cs="Segoe UI Symbol"/>
        </w:rPr>
        <w:t>☐</w:t>
      </w:r>
      <w:r w:rsidRPr="009F641B">
        <w:t xml:space="preserve"> Create a Master CV.</w:t>
      </w:r>
    </w:p>
    <w:p w14:paraId="320B5A1B" w14:textId="77777777" w:rsidR="009F641B" w:rsidRPr="009F641B" w:rsidRDefault="009F641B" w:rsidP="009F641B">
      <w:r w:rsidRPr="009F641B">
        <w:rPr>
          <w:rFonts w:ascii="Segoe UI Symbol" w:hAnsi="Segoe UI Symbol" w:cs="Segoe UI Symbol"/>
        </w:rPr>
        <w:t>☐</w:t>
      </w:r>
      <w:r w:rsidRPr="009F641B">
        <w:t xml:space="preserve"> Review your LinkedIn profile.</w:t>
      </w:r>
    </w:p>
    <w:p w14:paraId="788C9911" w14:textId="77777777" w:rsidR="009F641B" w:rsidRPr="009F641B" w:rsidRDefault="009F641B" w:rsidP="009F641B">
      <w:r w:rsidRPr="009F641B">
        <w:rPr>
          <w:rFonts w:ascii="Segoe UI Symbol" w:hAnsi="Segoe UI Symbol" w:cs="Segoe UI Symbol"/>
        </w:rPr>
        <w:t>☐</w:t>
      </w:r>
      <w:r w:rsidRPr="009F641B">
        <w:t xml:space="preserve"> Set up at least three job alerts.</w:t>
      </w:r>
    </w:p>
    <w:p w14:paraId="44D92A85" w14:textId="77777777" w:rsidR="009F641B" w:rsidRPr="009F641B" w:rsidRDefault="009F641B" w:rsidP="009F641B">
      <w:r w:rsidRPr="009F641B">
        <w:rPr>
          <w:rFonts w:ascii="Segoe UI Symbol" w:hAnsi="Segoe UI Symbol" w:cs="Segoe UI Symbol"/>
        </w:rPr>
        <w:t>☐</w:t>
      </w:r>
      <w:r w:rsidRPr="009F641B">
        <w:t xml:space="preserve"> Start your application tracker.</w:t>
      </w:r>
    </w:p>
    <w:p w14:paraId="5A410835" w14:textId="77777777" w:rsidR="009F641B" w:rsidRPr="009F641B" w:rsidRDefault="009F641B" w:rsidP="009F641B">
      <w:r w:rsidRPr="009F641B">
        <w:t>When the timer ends, stop.</w:t>
      </w:r>
    </w:p>
    <w:p w14:paraId="0BE4B592" w14:textId="77777777" w:rsidR="009F641B" w:rsidRPr="009F641B" w:rsidRDefault="009F641B" w:rsidP="009F641B">
      <w:r w:rsidRPr="009F641B">
        <w:t>The goal isn't perfection.</w:t>
      </w:r>
    </w:p>
    <w:p w14:paraId="60164D1F" w14:textId="77777777" w:rsidR="009F641B" w:rsidRPr="009F641B" w:rsidRDefault="009F641B" w:rsidP="009F641B">
      <w:r w:rsidRPr="009F641B">
        <w:t>The goal is momentum.</w:t>
      </w:r>
    </w:p>
    <w:p w14:paraId="5299891C" w14:textId="77777777" w:rsidR="009F641B" w:rsidRPr="009F641B" w:rsidRDefault="009F641B" w:rsidP="009F641B"/>
    <w:p w14:paraId="672DD1C2" w14:textId="77777777" w:rsidR="009F641B" w:rsidRPr="009F641B" w:rsidRDefault="009F641B" w:rsidP="009F641B">
      <w:r w:rsidRPr="009F641B">
        <w:t>Reflection Exercise</w:t>
      </w:r>
    </w:p>
    <w:p w14:paraId="63D4F077" w14:textId="77777777" w:rsidR="009F641B" w:rsidRPr="009F641B" w:rsidRDefault="009F641B" w:rsidP="009F641B">
      <w:r w:rsidRPr="009F641B">
        <w:t>Take five minutes to answer these questions honestly.</w:t>
      </w:r>
    </w:p>
    <w:p w14:paraId="7B1A0222" w14:textId="77777777" w:rsidR="009F641B" w:rsidRPr="009F641B" w:rsidRDefault="009F641B" w:rsidP="009F641B">
      <w:r w:rsidRPr="009F641B">
        <w:t>1. What has been your biggest challenge so far?</w:t>
      </w:r>
    </w:p>
    <w:p w14:paraId="2FD0CAB0" w14:textId="77777777" w:rsidR="009F641B" w:rsidRPr="009F641B" w:rsidRDefault="009F641B" w:rsidP="009F641B"/>
    <w:p w14:paraId="77FC90FC" w14:textId="77777777" w:rsidR="009F641B" w:rsidRPr="009F641B" w:rsidRDefault="009F641B" w:rsidP="009F641B"/>
    <w:p w14:paraId="2F530597" w14:textId="77777777" w:rsidR="009F641B" w:rsidRPr="009F641B" w:rsidRDefault="009F641B" w:rsidP="009F641B">
      <w:r w:rsidRPr="009F641B">
        <w:t>2. Which mistake do you think you've been making most often?</w:t>
      </w:r>
    </w:p>
    <w:p w14:paraId="1F0A3704" w14:textId="77777777" w:rsidR="009F641B" w:rsidRPr="009F641B" w:rsidRDefault="009F641B" w:rsidP="009F641B">
      <w:r w:rsidRPr="009F641B">
        <w:t>□ Applying randomly</w:t>
      </w:r>
    </w:p>
    <w:p w14:paraId="65ED6107" w14:textId="77777777" w:rsidR="009F641B" w:rsidRPr="009F641B" w:rsidRDefault="009F641B" w:rsidP="009F641B">
      <w:r w:rsidRPr="009F641B">
        <w:t>□ Using one CV for every job</w:t>
      </w:r>
    </w:p>
    <w:p w14:paraId="5EB03BCF" w14:textId="77777777" w:rsidR="009F641B" w:rsidRPr="009F641B" w:rsidRDefault="009F641B" w:rsidP="009F641B">
      <w:r w:rsidRPr="009F641B">
        <w:t>□ Falling for fake opportunities</w:t>
      </w:r>
    </w:p>
    <w:p w14:paraId="29F34E1D" w14:textId="77777777" w:rsidR="009F641B" w:rsidRPr="009F641B" w:rsidRDefault="009F641B" w:rsidP="009F641B">
      <w:r w:rsidRPr="009F641B">
        <w:t>□ Not networking</w:t>
      </w:r>
    </w:p>
    <w:p w14:paraId="7608872C" w14:textId="77777777" w:rsidR="009F641B" w:rsidRPr="009F641B" w:rsidRDefault="009F641B" w:rsidP="009F641B">
      <w:r w:rsidRPr="009F641B">
        <w:t>□ Giving up too quickly</w:t>
      </w:r>
    </w:p>
    <w:p w14:paraId="40369E9E" w14:textId="77777777" w:rsidR="009F641B" w:rsidRPr="009F641B" w:rsidRDefault="009F641B" w:rsidP="009F641B">
      <w:r w:rsidRPr="009F641B">
        <w:t>□ Other: ________________________</w:t>
      </w:r>
    </w:p>
    <w:p w14:paraId="0A6FE227" w14:textId="77777777" w:rsidR="009F641B" w:rsidRPr="009F641B" w:rsidRDefault="009F641B" w:rsidP="009F641B">
      <w:r w:rsidRPr="009F641B">
        <w:t xml:space="preserve">3. What will you do differently </w:t>
      </w:r>
      <w:proofErr w:type="gramStart"/>
      <w:r w:rsidRPr="009F641B">
        <w:t>starting</w:t>
      </w:r>
      <w:proofErr w:type="gramEnd"/>
      <w:r w:rsidRPr="009F641B">
        <w:t xml:space="preserve"> today?</w:t>
      </w:r>
    </w:p>
    <w:p w14:paraId="0143A1FA" w14:textId="77777777" w:rsidR="009F641B" w:rsidRPr="009F641B" w:rsidRDefault="009F641B" w:rsidP="009F641B"/>
    <w:p w14:paraId="1AA9A2F4" w14:textId="77777777" w:rsidR="009F641B" w:rsidRPr="009F641B" w:rsidRDefault="009F641B" w:rsidP="009F641B"/>
    <w:p w14:paraId="78DD27C8" w14:textId="77777777" w:rsidR="009F641B" w:rsidRPr="009F641B" w:rsidRDefault="009F641B" w:rsidP="009F641B">
      <w:r w:rsidRPr="009F641B">
        <w:t>4. What remote role are you targeting first?</w:t>
      </w:r>
    </w:p>
    <w:p w14:paraId="574C1163" w14:textId="77777777" w:rsidR="009F641B" w:rsidRPr="009F641B" w:rsidRDefault="009F641B" w:rsidP="009F641B"/>
    <w:p w14:paraId="1C43F096" w14:textId="77777777" w:rsidR="009F641B" w:rsidRPr="009F641B" w:rsidRDefault="009F641B" w:rsidP="009F641B">
      <w:r w:rsidRPr="009F641B">
        <w:t>5. Why is getting a remote job important to you?</w:t>
      </w:r>
    </w:p>
    <w:p w14:paraId="75717A5D" w14:textId="77777777" w:rsidR="009F641B" w:rsidRPr="009F641B" w:rsidRDefault="009F641B" w:rsidP="009F641B">
      <w:r w:rsidRPr="009F641B">
        <w:t>Write your answer in one sentence.</w:t>
      </w:r>
    </w:p>
    <w:p w14:paraId="1D7033C1" w14:textId="77777777" w:rsidR="009F641B" w:rsidRPr="009F641B" w:rsidRDefault="009F641B" w:rsidP="009F641B"/>
    <w:p w14:paraId="747E313A" w14:textId="77777777" w:rsidR="009F641B" w:rsidRPr="009F641B" w:rsidRDefault="009F641B" w:rsidP="009F641B">
      <w:r w:rsidRPr="009F641B">
        <w:t>Keep this page. Return to it whenever you feel discouraged. Your answer will remind you why you started.</w:t>
      </w:r>
    </w:p>
    <w:p w14:paraId="28336E2A" w14:textId="77777777" w:rsidR="009F641B" w:rsidRPr="009F641B" w:rsidRDefault="009F641B" w:rsidP="009F641B"/>
    <w:p w14:paraId="581610E8" w14:textId="77777777" w:rsidR="009F641B" w:rsidRPr="009F641B" w:rsidRDefault="009F641B" w:rsidP="009F641B">
      <w:r w:rsidRPr="009F641B">
        <w:t>Key Lessons from Chapter One</w:t>
      </w:r>
    </w:p>
    <w:p w14:paraId="61937157" w14:textId="77777777" w:rsidR="009F641B" w:rsidRPr="009F641B" w:rsidRDefault="009F641B" w:rsidP="009F641B">
      <w:r w:rsidRPr="009F641B">
        <w:t>Before you move on, remember these five principles:</w:t>
      </w:r>
    </w:p>
    <w:p w14:paraId="7070075F" w14:textId="77777777" w:rsidR="009F641B" w:rsidRPr="009F641B" w:rsidRDefault="009F641B" w:rsidP="009F641B">
      <w:r w:rsidRPr="009F641B">
        <w:t xml:space="preserve">Preparation beats panic. A well-organized system reduces stress and saves time. </w:t>
      </w:r>
    </w:p>
    <w:p w14:paraId="14D7AF84" w14:textId="77777777" w:rsidR="009F641B" w:rsidRPr="009F641B" w:rsidRDefault="009F641B" w:rsidP="009F641B">
      <w:r w:rsidRPr="009F641B">
        <w:lastRenderedPageBreak/>
        <w:t xml:space="preserve">Professionalism starts before the interview. Your email, documents, and online profile shape first impressions. </w:t>
      </w:r>
    </w:p>
    <w:p w14:paraId="317512ED" w14:textId="77777777" w:rsidR="009F641B" w:rsidRPr="009F641B" w:rsidRDefault="009F641B" w:rsidP="009F641B">
      <w:r w:rsidRPr="009F641B">
        <w:t xml:space="preserve">Quality beats quantity. Sending fewer, well-prepared applications is usually more effective than sending many generic ones. </w:t>
      </w:r>
    </w:p>
    <w:p w14:paraId="7363DBDF" w14:textId="77777777" w:rsidR="009F641B" w:rsidRPr="009F641B" w:rsidRDefault="009F641B" w:rsidP="009F641B">
      <w:r w:rsidRPr="009F641B">
        <w:t xml:space="preserve">Consistency wins. Small, regular actions build momentum over time. </w:t>
      </w:r>
    </w:p>
    <w:p w14:paraId="58F6E8AE" w14:textId="77777777" w:rsidR="009F641B" w:rsidRPr="009F641B" w:rsidRDefault="009F641B" w:rsidP="009F641B">
      <w:r w:rsidRPr="009F641B">
        <w:t xml:space="preserve">Systems create confidence. When you know what to do each day, job searching feels less overwhelming. </w:t>
      </w:r>
    </w:p>
    <w:p w14:paraId="13493FFE" w14:textId="77777777" w:rsidR="009F641B" w:rsidRPr="009F641B" w:rsidRDefault="009F641B" w:rsidP="009F641B"/>
    <w:p w14:paraId="7C28B282" w14:textId="77777777" w:rsidR="009F641B" w:rsidRPr="009F641B" w:rsidRDefault="009F641B" w:rsidP="009F641B">
      <w:r w:rsidRPr="009F641B">
        <w:t>Chapter One Challenge</w:t>
      </w:r>
    </w:p>
    <w:p w14:paraId="4055311E" w14:textId="77777777" w:rsidR="009F641B" w:rsidRPr="009F641B" w:rsidRDefault="009F641B" w:rsidP="009F641B">
      <w:r w:rsidRPr="009F641B">
        <w:t>Before you read Chapter Two, make this promise to yourself:</w:t>
      </w:r>
    </w:p>
    <w:p w14:paraId="1F4A2A89" w14:textId="77777777" w:rsidR="009F641B" w:rsidRPr="009F641B" w:rsidRDefault="009F641B" w:rsidP="009F641B">
      <w:r w:rsidRPr="009F641B">
        <w:t>"For the next 30 days, I will follow a structured job-search routine. I will improve my applications instead of simply increasing the number I send. I will stay organized, keep learning, and focus on steady progress rather than quick fixes."</w:t>
      </w:r>
    </w:p>
    <w:p w14:paraId="7B4E8D0D" w14:textId="77777777" w:rsidR="009F641B" w:rsidRPr="009F641B" w:rsidRDefault="009F641B" w:rsidP="009F641B">
      <w:r w:rsidRPr="009F641B">
        <w:t>Write today's date here:</w:t>
      </w:r>
    </w:p>
    <w:p w14:paraId="0F863046" w14:textId="77777777" w:rsidR="009F641B" w:rsidRPr="009F641B" w:rsidRDefault="009F641B" w:rsidP="009F641B">
      <w:r w:rsidRPr="009F641B">
        <w:t>Date: ___________________________</w:t>
      </w:r>
    </w:p>
    <w:p w14:paraId="29F6AD58" w14:textId="77777777" w:rsidR="009F641B" w:rsidRPr="009F641B" w:rsidRDefault="009F641B" w:rsidP="009F641B">
      <w:r w:rsidRPr="009F641B">
        <w:t>Sign your name:</w:t>
      </w:r>
    </w:p>
    <w:p w14:paraId="7764E07B" w14:textId="77777777" w:rsidR="009F641B" w:rsidRPr="009F641B" w:rsidRDefault="009F641B" w:rsidP="009F641B">
      <w:r w:rsidRPr="009F641B">
        <w:t>Signature: ______________________</w:t>
      </w:r>
    </w:p>
    <w:p w14:paraId="7404D4E1" w14:textId="77777777" w:rsidR="009F641B" w:rsidRPr="009F641B" w:rsidRDefault="009F641B" w:rsidP="009F641B">
      <w:r w:rsidRPr="009F641B">
        <w:t>This simple commitment marks the beginning of a more intentional approach to your job search.</w:t>
      </w:r>
    </w:p>
    <w:p w14:paraId="4073AFF8" w14:textId="77777777" w:rsidR="006332A2" w:rsidRDefault="006332A2"/>
    <w:p w14:paraId="313289E5" w14:textId="77777777" w:rsidR="006332A2" w:rsidRDefault="006332A2"/>
    <w:p w14:paraId="7AE0F6FF" w14:textId="77777777" w:rsidR="006332A2" w:rsidRDefault="006332A2"/>
    <w:p w14:paraId="2370888E" w14:textId="77777777" w:rsidR="006332A2" w:rsidRDefault="006332A2"/>
    <w:p w14:paraId="7A82F96A" w14:textId="77777777" w:rsidR="001C1766" w:rsidRDefault="001C1766"/>
    <w:p w14:paraId="6627C685" w14:textId="77777777" w:rsidR="001C1766" w:rsidRDefault="001C1766"/>
    <w:p w14:paraId="22F0ED3A" w14:textId="77777777" w:rsidR="001C1766" w:rsidRDefault="001C1766"/>
    <w:p w14:paraId="434EEE16" w14:textId="77777777" w:rsidR="001C1766" w:rsidRDefault="001C1766"/>
    <w:p w14:paraId="07819D2F" w14:textId="77777777" w:rsidR="001C1766" w:rsidRDefault="001C1766"/>
    <w:p w14:paraId="694D1D90" w14:textId="77777777" w:rsidR="001C1766" w:rsidRPr="001C1766" w:rsidRDefault="001C1766" w:rsidP="001C1766">
      <w:pPr>
        <w:rPr>
          <w:b/>
          <w:bCs/>
        </w:rPr>
      </w:pPr>
      <w:r w:rsidRPr="001C1766">
        <w:rPr>
          <w:b/>
          <w:bCs/>
        </w:rPr>
        <w:t>CHAPTER TWO</w:t>
      </w:r>
      <w:r w:rsidRPr="001C1766">
        <w:rPr>
          <w:b/>
          <w:bCs/>
        </w:rPr>
        <w:br/>
        <w:t>FIND: Where Legitimate Dollar-Paying Remote Jobs Are Actually Posted</w:t>
      </w:r>
    </w:p>
    <w:p w14:paraId="4E7415DF" w14:textId="0AFA8E65" w:rsidR="001C1766" w:rsidRPr="001C1766" w:rsidRDefault="001C1766" w:rsidP="001C1766">
      <w:r w:rsidRPr="001C1766">
        <w:lastRenderedPageBreak/>
        <w:drawing>
          <wp:inline distT="0" distB="0" distL="0" distR="0" wp14:anchorId="2897F98B" wp14:editId="7AD2FB2B">
            <wp:extent cx="5669280" cy="3268980"/>
            <wp:effectExtent l="0" t="0" r="7620" b="7620"/>
            <wp:docPr id="61354900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7EFD1" w14:textId="77777777" w:rsidR="001C1766" w:rsidRPr="001C1766" w:rsidRDefault="001C1766" w:rsidP="001C1766">
      <w:r w:rsidRPr="001C1766">
        <w:t>FIND: Where Legitimate Dollar-Paying Remote Jobs Are Actually Posted</w:t>
      </w:r>
    </w:p>
    <w:p w14:paraId="5237FCAB" w14:textId="77777777" w:rsidR="001C1766" w:rsidRPr="001C1766" w:rsidRDefault="001C1766" w:rsidP="001C1766">
      <w:r w:rsidRPr="001C1766">
        <w:t>Stop Looking Everywhere</w:t>
      </w:r>
    </w:p>
    <w:p w14:paraId="48E4FA7F" w14:textId="77777777" w:rsidR="001C1766" w:rsidRPr="001C1766" w:rsidRDefault="001C1766" w:rsidP="001C1766">
      <w:r w:rsidRPr="001C1766">
        <w:t>When I first started looking for remote jobs, I thought the internet worked like a giant supermarket.</w:t>
      </w:r>
    </w:p>
    <w:p w14:paraId="136AB3D4" w14:textId="77777777" w:rsidR="001C1766" w:rsidRPr="001C1766" w:rsidRDefault="001C1766" w:rsidP="001C1766">
      <w:r w:rsidRPr="001C1766">
        <w:t>I believed every website had the same opportunities.</w:t>
      </w:r>
    </w:p>
    <w:p w14:paraId="7F818FBF" w14:textId="77777777" w:rsidR="001C1766" w:rsidRPr="001C1766" w:rsidRDefault="001C1766" w:rsidP="001C1766">
      <w:proofErr w:type="gramStart"/>
      <w:r w:rsidRPr="001C1766">
        <w:t>So</w:t>
      </w:r>
      <w:proofErr w:type="gramEnd"/>
      <w:r w:rsidRPr="001C1766">
        <w:t xml:space="preserve"> every morning I opened ten tabs.</w:t>
      </w:r>
    </w:p>
    <w:p w14:paraId="28749A62" w14:textId="77777777" w:rsidR="001C1766" w:rsidRPr="001C1766" w:rsidRDefault="001C1766" w:rsidP="001C1766">
      <w:r w:rsidRPr="001C1766">
        <w:t>One after another.</w:t>
      </w:r>
    </w:p>
    <w:p w14:paraId="1C536F28" w14:textId="77777777" w:rsidR="001C1766" w:rsidRPr="001C1766" w:rsidRDefault="001C1766" w:rsidP="001C1766">
      <w:r w:rsidRPr="001C1766">
        <w:t>Refresh.</w:t>
      </w:r>
    </w:p>
    <w:p w14:paraId="47DC04EF" w14:textId="77777777" w:rsidR="001C1766" w:rsidRPr="001C1766" w:rsidRDefault="001C1766" w:rsidP="001C1766">
      <w:r w:rsidRPr="001C1766">
        <w:t>Refresh.</w:t>
      </w:r>
    </w:p>
    <w:p w14:paraId="5EB60F87" w14:textId="77777777" w:rsidR="001C1766" w:rsidRPr="001C1766" w:rsidRDefault="001C1766" w:rsidP="001C1766">
      <w:r w:rsidRPr="001C1766">
        <w:t>Refresh again.</w:t>
      </w:r>
    </w:p>
    <w:p w14:paraId="097E8B8F" w14:textId="77777777" w:rsidR="001C1766" w:rsidRPr="001C1766" w:rsidRDefault="001C1766" w:rsidP="001C1766">
      <w:r w:rsidRPr="001C1766">
        <w:t>Hours disappeared.</w:t>
      </w:r>
    </w:p>
    <w:p w14:paraId="56BC946F" w14:textId="77777777" w:rsidR="001C1766" w:rsidRPr="001C1766" w:rsidRDefault="001C1766" w:rsidP="001C1766">
      <w:r w:rsidRPr="001C1766">
        <w:t>At the end of the day, I had applied for plenty of jobs—but very few were actually good opportunities.</w:t>
      </w:r>
    </w:p>
    <w:p w14:paraId="1B975BF7" w14:textId="77777777" w:rsidR="001C1766" w:rsidRPr="001C1766" w:rsidRDefault="001C1766" w:rsidP="001C1766">
      <w:r w:rsidRPr="001C1766">
        <w:t>Some had already been filled.</w:t>
      </w:r>
    </w:p>
    <w:p w14:paraId="18AFCCF4" w14:textId="77777777" w:rsidR="001C1766" w:rsidRPr="001C1766" w:rsidRDefault="001C1766" w:rsidP="001C1766">
      <w:r w:rsidRPr="001C1766">
        <w:t>Some were reposted over and over.</w:t>
      </w:r>
    </w:p>
    <w:p w14:paraId="2B56654A" w14:textId="77777777" w:rsidR="001C1766" w:rsidRPr="001C1766" w:rsidRDefault="001C1766" w:rsidP="001C1766">
      <w:r w:rsidRPr="001C1766">
        <w:t>Some weren't even real.</w:t>
      </w:r>
    </w:p>
    <w:p w14:paraId="2C7887A6" w14:textId="77777777" w:rsidR="001C1766" w:rsidRPr="001C1766" w:rsidRDefault="001C1766" w:rsidP="001C1766">
      <w:r w:rsidRPr="001C1766">
        <w:lastRenderedPageBreak/>
        <w:t>I was busy.</w:t>
      </w:r>
    </w:p>
    <w:p w14:paraId="26F8B4E3" w14:textId="77777777" w:rsidR="001C1766" w:rsidRPr="001C1766" w:rsidRDefault="001C1766" w:rsidP="001C1766">
      <w:r w:rsidRPr="001C1766">
        <w:t>But I wasn't making progress.</w:t>
      </w:r>
    </w:p>
    <w:p w14:paraId="2E402A2E" w14:textId="77777777" w:rsidR="001C1766" w:rsidRPr="001C1766" w:rsidRDefault="001C1766" w:rsidP="001C1766">
      <w:r w:rsidRPr="001C1766">
        <w:t>That changed when I stopped asking:</w:t>
      </w:r>
    </w:p>
    <w:p w14:paraId="6E9EE5A6" w14:textId="77777777" w:rsidR="001C1766" w:rsidRPr="001C1766" w:rsidRDefault="001C1766" w:rsidP="001C1766">
      <w:r w:rsidRPr="001C1766">
        <w:t>"Where are the most jobs?"</w:t>
      </w:r>
    </w:p>
    <w:p w14:paraId="60DD0152" w14:textId="77777777" w:rsidR="001C1766" w:rsidRPr="001C1766" w:rsidRDefault="001C1766" w:rsidP="001C1766">
      <w:r w:rsidRPr="001C1766">
        <w:t>and started asking:</w:t>
      </w:r>
    </w:p>
    <w:p w14:paraId="198895E9" w14:textId="77777777" w:rsidR="001C1766" w:rsidRPr="001C1766" w:rsidRDefault="001C1766" w:rsidP="001C1766">
      <w:r w:rsidRPr="001C1766">
        <w:t>"Where are the right employers?"</w:t>
      </w:r>
    </w:p>
    <w:p w14:paraId="27EBCD6F" w14:textId="77777777" w:rsidR="001C1766" w:rsidRPr="001C1766" w:rsidRDefault="001C1766" w:rsidP="001C1766">
      <w:r w:rsidRPr="001C1766">
        <w:t>Those are two very different questions.</w:t>
      </w:r>
    </w:p>
    <w:p w14:paraId="1C34E13C" w14:textId="77777777" w:rsidR="001C1766" w:rsidRPr="001C1766" w:rsidRDefault="001C1766" w:rsidP="001C1766"/>
    <w:p w14:paraId="33B18055" w14:textId="77777777" w:rsidR="001C1766" w:rsidRPr="001C1766" w:rsidRDefault="001C1766" w:rsidP="001C1766">
      <w:r w:rsidRPr="001C1766">
        <w:t>Think Like a Recruiter</w:t>
      </w:r>
    </w:p>
    <w:p w14:paraId="3B9505EF" w14:textId="77777777" w:rsidR="001C1766" w:rsidRPr="001C1766" w:rsidRDefault="001C1766" w:rsidP="001C1766">
      <w:r w:rsidRPr="001C1766">
        <w:t>Here's something many job seekers forget.</w:t>
      </w:r>
    </w:p>
    <w:p w14:paraId="5F117F7C" w14:textId="77777777" w:rsidR="001C1766" w:rsidRPr="001C1766" w:rsidRDefault="001C1766" w:rsidP="001C1766">
      <w:r w:rsidRPr="001C1766">
        <w:t>Companies don't wake up every morning thinking,</w:t>
      </w:r>
    </w:p>
    <w:p w14:paraId="3D5493D6" w14:textId="77777777" w:rsidR="001C1766" w:rsidRPr="001C1766" w:rsidRDefault="001C1766" w:rsidP="001C1766">
      <w:r w:rsidRPr="001C1766">
        <w:t>"How can we make life easier for applicants?"</w:t>
      </w:r>
    </w:p>
    <w:p w14:paraId="70B83FC6" w14:textId="77777777" w:rsidR="001C1766" w:rsidRPr="001C1766" w:rsidRDefault="001C1766" w:rsidP="001C1766">
      <w:r w:rsidRPr="001C1766">
        <w:t>They simply want to hire the right person.</w:t>
      </w:r>
    </w:p>
    <w:p w14:paraId="67737042" w14:textId="77777777" w:rsidR="001C1766" w:rsidRPr="001C1766" w:rsidRDefault="001C1766" w:rsidP="001C1766">
      <w:r w:rsidRPr="001C1766">
        <w:t>Different companies recruit in different places.</w:t>
      </w:r>
    </w:p>
    <w:p w14:paraId="52A69261" w14:textId="77777777" w:rsidR="001C1766" w:rsidRPr="001C1766" w:rsidRDefault="001C1766" w:rsidP="001C1766">
      <w:r w:rsidRPr="001C1766">
        <w:t>Some only advertise on LinkedIn.</w:t>
      </w:r>
    </w:p>
    <w:p w14:paraId="5B4A7D7C" w14:textId="77777777" w:rsidR="001C1766" w:rsidRPr="001C1766" w:rsidRDefault="001C1766" w:rsidP="001C1766">
      <w:r w:rsidRPr="001C1766">
        <w:t>Others only use their own careers page.</w:t>
      </w:r>
    </w:p>
    <w:p w14:paraId="53BCED9D" w14:textId="77777777" w:rsidR="001C1766" w:rsidRPr="001C1766" w:rsidRDefault="001C1766" w:rsidP="001C1766">
      <w:r w:rsidRPr="001C1766">
        <w:t>Some recruit through trusted remote-job platforms.</w:t>
      </w:r>
    </w:p>
    <w:p w14:paraId="11F48BA3" w14:textId="77777777" w:rsidR="001C1766" w:rsidRPr="001C1766" w:rsidRDefault="001C1766" w:rsidP="001C1766">
      <w:r w:rsidRPr="001C1766">
        <w:t>A few never advertise publicly—they search LinkedIn instead.</w:t>
      </w:r>
    </w:p>
    <w:p w14:paraId="6D9D9965" w14:textId="77777777" w:rsidR="001C1766" w:rsidRPr="001C1766" w:rsidRDefault="001C1766" w:rsidP="001C1766">
      <w:r w:rsidRPr="001C1766">
        <w:t>That's why successful job seekers don't rely on one website.</w:t>
      </w:r>
    </w:p>
    <w:p w14:paraId="5212A5D6" w14:textId="77777777" w:rsidR="001C1766" w:rsidRPr="001C1766" w:rsidRDefault="001C1766" w:rsidP="001C1766">
      <w:r w:rsidRPr="001C1766">
        <w:t>They build a system.</w:t>
      </w:r>
    </w:p>
    <w:p w14:paraId="3070DD2F" w14:textId="77777777" w:rsidR="001C1766" w:rsidRPr="001C1766" w:rsidRDefault="001C1766" w:rsidP="001C1766"/>
    <w:p w14:paraId="74E210C3" w14:textId="77777777" w:rsidR="001C1766" w:rsidRPr="001C1766" w:rsidRDefault="001C1766" w:rsidP="001C1766">
      <w:r w:rsidRPr="001C1766">
        <w:t>Your Remote Job Search Pyramid</w:t>
      </w:r>
    </w:p>
    <w:p w14:paraId="1FAA0DFD" w14:textId="77777777" w:rsidR="001C1766" w:rsidRPr="001C1766" w:rsidRDefault="001C1766" w:rsidP="001C1766">
      <w:r w:rsidRPr="001C1766">
        <w:t>Instead of checking random websites every day, divide your search into four levels.</w:t>
      </w:r>
    </w:p>
    <w:p w14:paraId="59E77435" w14:textId="77777777" w:rsidR="001C1766" w:rsidRPr="001C1766" w:rsidRDefault="001C1766" w:rsidP="001C1766">
      <w:r w:rsidRPr="001C1766">
        <w:t>Level One: Company Career Pages</w:t>
      </w:r>
    </w:p>
    <w:p w14:paraId="1F61F22B" w14:textId="77777777" w:rsidR="001C1766" w:rsidRPr="001C1766" w:rsidRDefault="001C1766" w:rsidP="001C1766">
      <w:r w:rsidRPr="001C1766">
        <w:t>This should be your highest priority.</w:t>
      </w:r>
    </w:p>
    <w:p w14:paraId="0B941817" w14:textId="77777777" w:rsidR="001C1766" w:rsidRPr="001C1766" w:rsidRDefault="001C1766" w:rsidP="001C1766">
      <w:r w:rsidRPr="001C1766">
        <w:t>Many companies advertise openings on their own websites before—or instead of—posting them elsewhere.</w:t>
      </w:r>
    </w:p>
    <w:p w14:paraId="4B6CF43C" w14:textId="77777777" w:rsidR="001C1766" w:rsidRPr="001C1766" w:rsidRDefault="001C1766" w:rsidP="001C1766">
      <w:r w:rsidRPr="001C1766">
        <w:lastRenderedPageBreak/>
        <w:t>Why?</w:t>
      </w:r>
    </w:p>
    <w:p w14:paraId="2DE27F62" w14:textId="77777777" w:rsidR="001C1766" w:rsidRPr="001C1766" w:rsidRDefault="001C1766" w:rsidP="001C1766">
      <w:r w:rsidRPr="001C1766">
        <w:t>Because applicants who visit a company's careers page often show genuine interest in that organization.</w:t>
      </w:r>
    </w:p>
    <w:p w14:paraId="653DA76B" w14:textId="77777777" w:rsidR="001C1766" w:rsidRPr="001C1766" w:rsidRDefault="001C1766" w:rsidP="001C1766">
      <w:r w:rsidRPr="001C1766">
        <w:t>Create a list of companies you'd like to work for and check their careers page regularly.</w:t>
      </w:r>
    </w:p>
    <w:p w14:paraId="094CA564" w14:textId="77777777" w:rsidR="001C1766" w:rsidRPr="001C1766" w:rsidRDefault="001C1766" w:rsidP="001C1766"/>
    <w:p w14:paraId="5C71A7EC" w14:textId="77777777" w:rsidR="001C1766" w:rsidRPr="001C1766" w:rsidRDefault="001C1766" w:rsidP="001C1766">
      <w:r w:rsidRPr="001C1766">
        <w:t>Level Two: Professional Job Platforms</w:t>
      </w:r>
    </w:p>
    <w:p w14:paraId="0F43E43A" w14:textId="77777777" w:rsidR="001C1766" w:rsidRPr="001C1766" w:rsidRDefault="001C1766" w:rsidP="001C1766">
      <w:r w:rsidRPr="001C1766">
        <w:t>Use established job boards that allow you to search by location, job type, experience level, and remote status.</w:t>
      </w:r>
    </w:p>
    <w:p w14:paraId="3A97303B" w14:textId="77777777" w:rsidR="001C1766" w:rsidRPr="001C1766" w:rsidRDefault="001C1766" w:rsidP="001C1766">
      <w:r w:rsidRPr="001C1766">
        <w:t>Examples include:</w:t>
      </w:r>
    </w:p>
    <w:p w14:paraId="552212E3" w14:textId="77777777" w:rsidR="001C1766" w:rsidRPr="001C1766" w:rsidRDefault="001C1766" w:rsidP="001C1766">
      <w:r w:rsidRPr="001C1766">
        <w:t xml:space="preserve">LinkedIn Jobs </w:t>
      </w:r>
    </w:p>
    <w:p w14:paraId="173B64EF" w14:textId="77777777" w:rsidR="001C1766" w:rsidRPr="001C1766" w:rsidRDefault="001C1766" w:rsidP="001C1766">
      <w:r w:rsidRPr="001C1766">
        <w:t xml:space="preserve">Indeed </w:t>
      </w:r>
    </w:p>
    <w:p w14:paraId="5C9BEFD3" w14:textId="77777777" w:rsidR="001C1766" w:rsidRPr="001C1766" w:rsidRDefault="001C1766" w:rsidP="001C1766">
      <w:r w:rsidRPr="001C1766">
        <w:t xml:space="preserve">Wellfound </w:t>
      </w:r>
    </w:p>
    <w:p w14:paraId="654C6B09" w14:textId="77777777" w:rsidR="001C1766" w:rsidRPr="001C1766" w:rsidRDefault="001C1766" w:rsidP="001C1766">
      <w:r w:rsidRPr="001C1766">
        <w:t xml:space="preserve">We Work Remotely </w:t>
      </w:r>
    </w:p>
    <w:p w14:paraId="3FB31C00" w14:textId="77777777" w:rsidR="001C1766" w:rsidRPr="001C1766" w:rsidRDefault="001C1766" w:rsidP="001C1766">
      <w:r w:rsidRPr="001C1766">
        <w:t xml:space="preserve">Remote OK </w:t>
      </w:r>
    </w:p>
    <w:p w14:paraId="5545FCC6" w14:textId="77777777" w:rsidR="001C1766" w:rsidRPr="001C1766" w:rsidRDefault="001C1766" w:rsidP="001C1766">
      <w:r w:rsidRPr="001C1766">
        <w:t xml:space="preserve">Jobspresso </w:t>
      </w:r>
    </w:p>
    <w:p w14:paraId="78FF0A6C" w14:textId="77777777" w:rsidR="001C1766" w:rsidRPr="001C1766" w:rsidRDefault="001C1766" w:rsidP="001C1766">
      <w:r w:rsidRPr="001C1766">
        <w:t xml:space="preserve">Working Nomads </w:t>
      </w:r>
    </w:p>
    <w:p w14:paraId="6B3FD0E9" w14:textId="77777777" w:rsidR="001C1766" w:rsidRPr="001C1766" w:rsidRDefault="001C1766" w:rsidP="001C1766">
      <w:r w:rsidRPr="001C1766">
        <w:t>Don't feel pressured to use every platform.</w:t>
      </w:r>
    </w:p>
    <w:p w14:paraId="0A3E6845" w14:textId="77777777" w:rsidR="001C1766" w:rsidRPr="001C1766" w:rsidRDefault="001C1766" w:rsidP="001C1766">
      <w:r w:rsidRPr="001C1766">
        <w:t>Choose two or three that consistently match your target role.</w:t>
      </w:r>
    </w:p>
    <w:p w14:paraId="1732C8A8" w14:textId="77777777" w:rsidR="001C1766" w:rsidRPr="001C1766" w:rsidRDefault="001C1766" w:rsidP="001C1766">
      <w:r w:rsidRPr="001C1766">
        <w:t>Master those first.</w:t>
      </w:r>
    </w:p>
    <w:p w14:paraId="1248813E" w14:textId="77777777" w:rsidR="001C1766" w:rsidRPr="001C1766" w:rsidRDefault="001C1766" w:rsidP="001C1766"/>
    <w:p w14:paraId="0292E172" w14:textId="77777777" w:rsidR="001C1766" w:rsidRPr="001C1766" w:rsidRDefault="001C1766" w:rsidP="001C1766">
      <w:r w:rsidRPr="001C1766">
        <w:t>Level Three: Professional Networking</w:t>
      </w:r>
    </w:p>
    <w:p w14:paraId="57DF958C" w14:textId="77777777" w:rsidR="001C1766" w:rsidRPr="001C1766" w:rsidRDefault="001C1766" w:rsidP="001C1766">
      <w:r w:rsidRPr="001C1766">
        <w:t>Many jobs are filled because someone knew someone.</w:t>
      </w:r>
    </w:p>
    <w:p w14:paraId="37791279" w14:textId="77777777" w:rsidR="001C1766" w:rsidRPr="001C1766" w:rsidRDefault="001C1766" w:rsidP="001C1766">
      <w:r w:rsidRPr="001C1766">
        <w:t>That doesn't mean you need powerful connections.</w:t>
      </w:r>
    </w:p>
    <w:p w14:paraId="3AC68B0B" w14:textId="77777777" w:rsidR="001C1766" w:rsidRPr="001C1766" w:rsidRDefault="001C1766" w:rsidP="001C1766">
      <w:r w:rsidRPr="001C1766">
        <w:t>It means you need to become visible.</w:t>
      </w:r>
    </w:p>
    <w:p w14:paraId="6DD0EBBA" w14:textId="77777777" w:rsidR="001C1766" w:rsidRPr="001C1766" w:rsidRDefault="001C1766" w:rsidP="001C1766">
      <w:r w:rsidRPr="001C1766">
        <w:t>Start by:</w:t>
      </w:r>
    </w:p>
    <w:p w14:paraId="02F02A65" w14:textId="77777777" w:rsidR="001C1766" w:rsidRPr="001C1766" w:rsidRDefault="001C1766" w:rsidP="001C1766">
      <w:r w:rsidRPr="001C1766">
        <w:t xml:space="preserve">Following companies you admire. </w:t>
      </w:r>
    </w:p>
    <w:p w14:paraId="529726DA" w14:textId="77777777" w:rsidR="001C1766" w:rsidRPr="001C1766" w:rsidRDefault="001C1766" w:rsidP="001C1766">
      <w:r w:rsidRPr="001C1766">
        <w:t xml:space="preserve">Connecting with recruiters in your field. </w:t>
      </w:r>
    </w:p>
    <w:p w14:paraId="0BBA61F3" w14:textId="77777777" w:rsidR="001C1766" w:rsidRPr="001C1766" w:rsidRDefault="001C1766" w:rsidP="001C1766">
      <w:r w:rsidRPr="001C1766">
        <w:lastRenderedPageBreak/>
        <w:t xml:space="preserve">Engaging thoughtfully with industry posts. </w:t>
      </w:r>
    </w:p>
    <w:p w14:paraId="084C6F36" w14:textId="77777777" w:rsidR="001C1766" w:rsidRPr="001C1766" w:rsidRDefault="001C1766" w:rsidP="001C1766">
      <w:r w:rsidRPr="001C1766">
        <w:t xml:space="preserve">Sharing occasional updates about your learning or projects. </w:t>
      </w:r>
    </w:p>
    <w:p w14:paraId="77532C7A" w14:textId="77777777" w:rsidR="001C1766" w:rsidRPr="001C1766" w:rsidRDefault="001C1766" w:rsidP="001C1766">
      <w:r w:rsidRPr="001C1766">
        <w:t>The goal isn't to beg for work.</w:t>
      </w:r>
    </w:p>
    <w:p w14:paraId="4CDE378F" w14:textId="77777777" w:rsidR="001C1766" w:rsidRPr="001C1766" w:rsidRDefault="001C1766" w:rsidP="001C1766">
      <w:r w:rsidRPr="001C1766">
        <w:t>It's to build a professional presence over time.</w:t>
      </w:r>
    </w:p>
    <w:p w14:paraId="040650E1" w14:textId="77777777" w:rsidR="001C1766" w:rsidRPr="001C1766" w:rsidRDefault="001C1766" w:rsidP="001C1766"/>
    <w:p w14:paraId="015978BF" w14:textId="77777777" w:rsidR="001C1766" w:rsidRPr="001C1766" w:rsidRDefault="001C1766" w:rsidP="001C1766">
      <w:r w:rsidRPr="001C1766">
        <w:t>Level Four: Referrals</w:t>
      </w:r>
    </w:p>
    <w:p w14:paraId="6079E2EB" w14:textId="77777777" w:rsidR="001C1766" w:rsidRPr="001C1766" w:rsidRDefault="001C1766" w:rsidP="001C1766">
      <w:r w:rsidRPr="001C1766">
        <w:t>A referral doesn't guarantee an interview.</w:t>
      </w:r>
    </w:p>
    <w:p w14:paraId="3F033FAB" w14:textId="77777777" w:rsidR="001C1766" w:rsidRPr="001C1766" w:rsidRDefault="001C1766" w:rsidP="001C1766">
      <w:r w:rsidRPr="001C1766">
        <w:t>But it may help your application get noticed.</w:t>
      </w:r>
    </w:p>
    <w:p w14:paraId="7AAE5072" w14:textId="77777777" w:rsidR="001C1766" w:rsidRPr="001C1766" w:rsidRDefault="001C1766" w:rsidP="001C1766">
      <w:r w:rsidRPr="001C1766">
        <w:t>If someone you know works at a company you're interested in, ask respectfully if they can explain the hiring process or let you know about suitable openings.</w:t>
      </w:r>
    </w:p>
    <w:p w14:paraId="0C5110A4" w14:textId="77777777" w:rsidR="001C1766" w:rsidRPr="001C1766" w:rsidRDefault="001C1766" w:rsidP="001C1766">
      <w:r w:rsidRPr="001C1766">
        <w:t>Avoid asking strangers for referrals before you've built any relationship with them.</w:t>
      </w:r>
    </w:p>
    <w:p w14:paraId="1CF8145C" w14:textId="77777777" w:rsidR="001C1766" w:rsidRPr="001C1766" w:rsidRDefault="001C1766" w:rsidP="001C1766"/>
    <w:p w14:paraId="7431CA69" w14:textId="77777777" w:rsidR="001C1766" w:rsidRPr="001C1766" w:rsidRDefault="001C1766" w:rsidP="001C1766">
      <w:r w:rsidRPr="001C1766">
        <w:t>Don't Search Like Everyone Else</w:t>
      </w:r>
    </w:p>
    <w:p w14:paraId="352F18CE" w14:textId="77777777" w:rsidR="001C1766" w:rsidRPr="001C1766" w:rsidRDefault="001C1766" w:rsidP="001C1766">
      <w:r w:rsidRPr="001C1766">
        <w:t>Most people search like this:</w:t>
      </w:r>
    </w:p>
    <w:p w14:paraId="6AD757A6" w14:textId="77777777" w:rsidR="001C1766" w:rsidRPr="001C1766" w:rsidRDefault="001C1766" w:rsidP="001C1766">
      <w:r w:rsidRPr="001C1766">
        <w:t>Remote Job</w:t>
      </w:r>
    </w:p>
    <w:p w14:paraId="624A59B6" w14:textId="77777777" w:rsidR="001C1766" w:rsidRPr="001C1766" w:rsidRDefault="001C1766" w:rsidP="001C1766">
      <w:r w:rsidRPr="001C1766">
        <w:t>That's too broad.</w:t>
      </w:r>
    </w:p>
    <w:p w14:paraId="59609639" w14:textId="77777777" w:rsidR="001C1766" w:rsidRPr="001C1766" w:rsidRDefault="001C1766" w:rsidP="001C1766">
      <w:r w:rsidRPr="001C1766">
        <w:t>Instead, search for your specific role.</w:t>
      </w:r>
    </w:p>
    <w:p w14:paraId="696FF341" w14:textId="77777777" w:rsidR="001C1766" w:rsidRPr="001C1766" w:rsidRDefault="001C1766" w:rsidP="001C1766">
      <w:r w:rsidRPr="001C1766">
        <w:t>Examples:</w:t>
      </w:r>
    </w:p>
    <w:p w14:paraId="06D3E9B2" w14:textId="77777777" w:rsidR="001C1766" w:rsidRPr="001C1766" w:rsidRDefault="001C1766" w:rsidP="001C1766">
      <w:r w:rsidRPr="001C1766">
        <w:t>Remote Customer Support</w:t>
      </w:r>
    </w:p>
    <w:p w14:paraId="0AB9066B" w14:textId="77777777" w:rsidR="001C1766" w:rsidRPr="001C1766" w:rsidRDefault="001C1766" w:rsidP="001C1766">
      <w:r w:rsidRPr="001C1766">
        <w:t>Remote Executive Assistant</w:t>
      </w:r>
    </w:p>
    <w:p w14:paraId="7737E58C" w14:textId="77777777" w:rsidR="001C1766" w:rsidRPr="001C1766" w:rsidRDefault="001C1766" w:rsidP="001C1766">
      <w:r w:rsidRPr="001C1766">
        <w:t>Remote Data Entry</w:t>
      </w:r>
    </w:p>
    <w:p w14:paraId="366E3248" w14:textId="77777777" w:rsidR="001C1766" w:rsidRPr="001C1766" w:rsidRDefault="001C1766" w:rsidP="001C1766">
      <w:r w:rsidRPr="001C1766">
        <w:t>Remote Virtual Assistant</w:t>
      </w:r>
    </w:p>
    <w:p w14:paraId="3C8BC8E7" w14:textId="77777777" w:rsidR="001C1766" w:rsidRPr="001C1766" w:rsidRDefault="001C1766" w:rsidP="001C1766">
      <w:r w:rsidRPr="001C1766">
        <w:t>Remote Bookkeeper</w:t>
      </w:r>
    </w:p>
    <w:p w14:paraId="59A70A1A" w14:textId="77777777" w:rsidR="001C1766" w:rsidRPr="001C1766" w:rsidRDefault="001C1766" w:rsidP="001C1766">
      <w:r w:rsidRPr="001C1766">
        <w:t>Remote Graphic Designer</w:t>
      </w:r>
    </w:p>
    <w:p w14:paraId="783B6C85" w14:textId="77777777" w:rsidR="001C1766" w:rsidRPr="001C1766" w:rsidRDefault="001C1766" w:rsidP="001C1766">
      <w:r w:rsidRPr="001C1766">
        <w:t>Remote Content Writer</w:t>
      </w:r>
    </w:p>
    <w:p w14:paraId="1ABF2BCC" w14:textId="77777777" w:rsidR="001C1766" w:rsidRPr="001C1766" w:rsidRDefault="001C1766" w:rsidP="001C1766">
      <w:r w:rsidRPr="001C1766">
        <w:t>The more specific your search, the more relevant your results tend to be.</w:t>
      </w:r>
    </w:p>
    <w:p w14:paraId="32FFDFCA" w14:textId="77777777" w:rsidR="001C1766" w:rsidRPr="001C1766" w:rsidRDefault="001C1766" w:rsidP="001C1766"/>
    <w:p w14:paraId="1D392871" w14:textId="77777777" w:rsidR="001C1766" w:rsidRPr="001C1766" w:rsidRDefault="001C1766" w:rsidP="001C1766">
      <w:r w:rsidRPr="001C1766">
        <w:lastRenderedPageBreak/>
        <w:t>Learn to Read Job Descriptions</w:t>
      </w:r>
    </w:p>
    <w:p w14:paraId="34D14BA5" w14:textId="77777777" w:rsidR="001C1766" w:rsidRPr="001C1766" w:rsidRDefault="001C1766" w:rsidP="001C1766">
      <w:r w:rsidRPr="001C1766">
        <w:t>Many applicants skim job descriptions for ten seconds.</w:t>
      </w:r>
    </w:p>
    <w:p w14:paraId="5C4FD58D" w14:textId="77777777" w:rsidR="001C1766" w:rsidRPr="001C1766" w:rsidRDefault="001C1766" w:rsidP="001C1766">
      <w:r w:rsidRPr="001C1766">
        <w:t>Don't make that mistake.</w:t>
      </w:r>
    </w:p>
    <w:p w14:paraId="7DC06F8A" w14:textId="77777777" w:rsidR="001C1766" w:rsidRPr="001C1766" w:rsidRDefault="001C1766" w:rsidP="001C1766">
      <w:r w:rsidRPr="001C1766">
        <w:t>Read carefully.</w:t>
      </w:r>
    </w:p>
    <w:p w14:paraId="5A8401DC" w14:textId="77777777" w:rsidR="001C1766" w:rsidRPr="001C1766" w:rsidRDefault="001C1766" w:rsidP="001C1766">
      <w:r w:rsidRPr="001C1766">
        <w:t>Look for:</w:t>
      </w:r>
    </w:p>
    <w:p w14:paraId="15483129" w14:textId="77777777" w:rsidR="001C1766" w:rsidRPr="001C1766" w:rsidRDefault="001C1766" w:rsidP="001C1766">
      <w:r w:rsidRPr="001C1766">
        <w:t>Responsibilities</w:t>
      </w:r>
    </w:p>
    <w:p w14:paraId="0D92BC60" w14:textId="77777777" w:rsidR="001C1766" w:rsidRPr="001C1766" w:rsidRDefault="001C1766" w:rsidP="001C1766">
      <w:r w:rsidRPr="001C1766">
        <w:t>What will you actually be doing?</w:t>
      </w:r>
    </w:p>
    <w:p w14:paraId="5151777B" w14:textId="77777777" w:rsidR="001C1766" w:rsidRPr="001C1766" w:rsidRDefault="001C1766" w:rsidP="001C1766">
      <w:r w:rsidRPr="001C1766">
        <w:t>Required Skills</w:t>
      </w:r>
    </w:p>
    <w:p w14:paraId="3D6183E6" w14:textId="77777777" w:rsidR="001C1766" w:rsidRPr="001C1766" w:rsidRDefault="001C1766" w:rsidP="001C1766">
      <w:r w:rsidRPr="001C1766">
        <w:t>Which skills are essential?</w:t>
      </w:r>
    </w:p>
    <w:p w14:paraId="610DDCB4" w14:textId="77777777" w:rsidR="001C1766" w:rsidRPr="001C1766" w:rsidRDefault="001C1766" w:rsidP="001C1766">
      <w:r w:rsidRPr="001C1766">
        <w:t>Preferred Skills</w:t>
      </w:r>
    </w:p>
    <w:p w14:paraId="6BD8D089" w14:textId="77777777" w:rsidR="001C1766" w:rsidRPr="001C1766" w:rsidRDefault="001C1766" w:rsidP="001C1766">
      <w:r w:rsidRPr="001C1766">
        <w:t>Which skills can you develop over time?</w:t>
      </w:r>
    </w:p>
    <w:p w14:paraId="77C50E3A" w14:textId="77777777" w:rsidR="001C1766" w:rsidRPr="001C1766" w:rsidRDefault="001C1766" w:rsidP="001C1766">
      <w:r w:rsidRPr="001C1766">
        <w:t>Time Zone Requirements</w:t>
      </w:r>
    </w:p>
    <w:p w14:paraId="5DBFCE04" w14:textId="77777777" w:rsidR="001C1766" w:rsidRPr="001C1766" w:rsidRDefault="001C1766" w:rsidP="001C1766">
      <w:r w:rsidRPr="001C1766">
        <w:t>Some remote jobs expect you to work specific hours.</w:t>
      </w:r>
    </w:p>
    <w:p w14:paraId="224F4E8A" w14:textId="77777777" w:rsidR="001C1766" w:rsidRPr="001C1766" w:rsidRDefault="001C1766" w:rsidP="001C1766">
      <w:r w:rsidRPr="001C1766">
        <w:t>Employment Type</w:t>
      </w:r>
    </w:p>
    <w:p w14:paraId="5784CADD" w14:textId="77777777" w:rsidR="001C1766" w:rsidRPr="001C1766" w:rsidRDefault="001C1766" w:rsidP="001C1766">
      <w:r w:rsidRPr="001C1766">
        <w:t xml:space="preserve">Full-time </w:t>
      </w:r>
    </w:p>
    <w:p w14:paraId="1C676C1C" w14:textId="77777777" w:rsidR="001C1766" w:rsidRPr="001C1766" w:rsidRDefault="001C1766" w:rsidP="001C1766">
      <w:r w:rsidRPr="001C1766">
        <w:t xml:space="preserve">Part-time </w:t>
      </w:r>
    </w:p>
    <w:p w14:paraId="46AB3042" w14:textId="77777777" w:rsidR="001C1766" w:rsidRPr="001C1766" w:rsidRDefault="001C1766" w:rsidP="001C1766">
      <w:r w:rsidRPr="001C1766">
        <w:t xml:space="preserve">Contract </w:t>
      </w:r>
    </w:p>
    <w:p w14:paraId="306735C2" w14:textId="77777777" w:rsidR="001C1766" w:rsidRPr="001C1766" w:rsidRDefault="001C1766" w:rsidP="001C1766">
      <w:r w:rsidRPr="001C1766">
        <w:t xml:space="preserve">Freelance </w:t>
      </w:r>
    </w:p>
    <w:p w14:paraId="02862EE5" w14:textId="77777777" w:rsidR="001C1766" w:rsidRPr="001C1766" w:rsidRDefault="001C1766" w:rsidP="001C1766">
      <w:r w:rsidRPr="001C1766">
        <w:t>Understanding these details helps you decide whether the role genuinely fits your situation.</w:t>
      </w:r>
    </w:p>
    <w:p w14:paraId="70C1AB61" w14:textId="77777777" w:rsidR="001C1766" w:rsidRPr="001C1766" w:rsidRDefault="001C1766" w:rsidP="001C1766"/>
    <w:p w14:paraId="50D89E2D" w14:textId="77777777" w:rsidR="001C1766" w:rsidRPr="001C1766" w:rsidRDefault="001C1766" w:rsidP="001C1766">
      <w:r w:rsidRPr="001C1766">
        <w:t>Don't Ignore Smaller Companies</w:t>
      </w:r>
    </w:p>
    <w:p w14:paraId="21391185" w14:textId="77777777" w:rsidR="001C1766" w:rsidRPr="001C1766" w:rsidRDefault="001C1766" w:rsidP="001C1766">
      <w:r w:rsidRPr="001C1766">
        <w:t>Many people only apply to famous companies.</w:t>
      </w:r>
    </w:p>
    <w:p w14:paraId="2561E7BF" w14:textId="77777777" w:rsidR="001C1766" w:rsidRPr="001C1766" w:rsidRDefault="001C1766" w:rsidP="001C1766">
      <w:r w:rsidRPr="001C1766">
        <w:t>That creates enormous competition.</w:t>
      </w:r>
    </w:p>
    <w:p w14:paraId="3804485A" w14:textId="77777777" w:rsidR="001C1766" w:rsidRPr="001C1766" w:rsidRDefault="001C1766" w:rsidP="001C1766">
      <w:r w:rsidRPr="001C1766">
        <w:t>Smaller businesses, startups, and growing remote-first companies may also offer rewarding opportunities.</w:t>
      </w:r>
    </w:p>
    <w:p w14:paraId="175886DB" w14:textId="77777777" w:rsidR="001C1766" w:rsidRPr="001C1766" w:rsidRDefault="001C1766" w:rsidP="001C1766">
      <w:r w:rsidRPr="001C1766">
        <w:t>They often value practical skills, flexibility, and a willingness to learn.</w:t>
      </w:r>
    </w:p>
    <w:p w14:paraId="3A3A3116" w14:textId="77777777" w:rsidR="001C1766" w:rsidRPr="001C1766" w:rsidRDefault="001C1766" w:rsidP="001C1766">
      <w:r w:rsidRPr="001C1766">
        <w:t>Keep an open mind.</w:t>
      </w:r>
    </w:p>
    <w:p w14:paraId="6579F54D" w14:textId="77777777" w:rsidR="001C1766" w:rsidRPr="001C1766" w:rsidRDefault="001C1766" w:rsidP="001C1766"/>
    <w:p w14:paraId="12C482C9" w14:textId="77777777" w:rsidR="001C1766" w:rsidRPr="001C1766" w:rsidRDefault="001C1766" w:rsidP="001C1766">
      <w:r w:rsidRPr="001C1766">
        <w:t>Set Up Job Alerts</w:t>
      </w:r>
    </w:p>
    <w:p w14:paraId="17DA1D82" w14:textId="77777777" w:rsidR="001C1766" w:rsidRPr="001C1766" w:rsidRDefault="001C1766" w:rsidP="001C1766">
      <w:r w:rsidRPr="001C1766">
        <w:t>Don't rely on memory.</w:t>
      </w:r>
    </w:p>
    <w:p w14:paraId="25AAB874" w14:textId="77777777" w:rsidR="001C1766" w:rsidRPr="001C1766" w:rsidRDefault="001C1766" w:rsidP="001C1766">
      <w:r w:rsidRPr="001C1766">
        <w:t>Let technology help you.</w:t>
      </w:r>
    </w:p>
    <w:p w14:paraId="217304C5" w14:textId="77777777" w:rsidR="001C1766" w:rsidRPr="001C1766" w:rsidRDefault="001C1766" w:rsidP="001C1766">
      <w:r w:rsidRPr="001C1766">
        <w:t>Create alerts for roles that match your interests.</w:t>
      </w:r>
    </w:p>
    <w:p w14:paraId="548AD01C" w14:textId="77777777" w:rsidR="001C1766" w:rsidRPr="001C1766" w:rsidRDefault="001C1766" w:rsidP="001C1766">
      <w:r w:rsidRPr="001C1766">
        <w:t>For example:</w:t>
      </w:r>
    </w:p>
    <w:p w14:paraId="6C5E9424" w14:textId="77777777" w:rsidR="001C1766" w:rsidRPr="001C1766" w:rsidRDefault="001C1766" w:rsidP="001C1766">
      <w:r w:rsidRPr="001C1766">
        <w:t>Keywords</w:t>
      </w:r>
    </w:p>
    <w:p w14:paraId="03661E58" w14:textId="77777777" w:rsidR="001C1766" w:rsidRPr="001C1766" w:rsidRDefault="001C1766" w:rsidP="001C1766">
      <w:r w:rsidRPr="001C1766">
        <w:t xml:space="preserve">Customer Support </w:t>
      </w:r>
    </w:p>
    <w:p w14:paraId="7FA6D3C8" w14:textId="77777777" w:rsidR="001C1766" w:rsidRPr="001C1766" w:rsidRDefault="001C1766" w:rsidP="001C1766">
      <w:r w:rsidRPr="001C1766">
        <w:t xml:space="preserve">Virtual Assistant </w:t>
      </w:r>
    </w:p>
    <w:p w14:paraId="3E179A3D" w14:textId="77777777" w:rsidR="001C1766" w:rsidRPr="001C1766" w:rsidRDefault="001C1766" w:rsidP="001C1766">
      <w:r w:rsidRPr="001C1766">
        <w:t xml:space="preserve">Content Writer </w:t>
      </w:r>
    </w:p>
    <w:p w14:paraId="2A84F64B" w14:textId="77777777" w:rsidR="001C1766" w:rsidRPr="001C1766" w:rsidRDefault="001C1766" w:rsidP="001C1766">
      <w:r w:rsidRPr="001C1766">
        <w:t xml:space="preserve">Project Coordinator </w:t>
      </w:r>
    </w:p>
    <w:p w14:paraId="49E976CF" w14:textId="77777777" w:rsidR="001C1766" w:rsidRPr="001C1766" w:rsidRDefault="001C1766" w:rsidP="001C1766">
      <w:r w:rsidRPr="001C1766">
        <w:t>Location</w:t>
      </w:r>
    </w:p>
    <w:p w14:paraId="1C7FBBB1" w14:textId="77777777" w:rsidR="001C1766" w:rsidRPr="001C1766" w:rsidRDefault="001C1766" w:rsidP="001C1766">
      <w:r w:rsidRPr="001C1766">
        <w:t>Remote</w:t>
      </w:r>
    </w:p>
    <w:p w14:paraId="6B503CA1" w14:textId="77777777" w:rsidR="001C1766" w:rsidRPr="001C1766" w:rsidRDefault="001C1766" w:rsidP="001C1766">
      <w:r w:rsidRPr="001C1766">
        <w:t>Experience</w:t>
      </w:r>
    </w:p>
    <w:p w14:paraId="0032E9B3" w14:textId="77777777" w:rsidR="001C1766" w:rsidRPr="001C1766" w:rsidRDefault="001C1766" w:rsidP="001C1766">
      <w:r w:rsidRPr="001C1766">
        <w:t>Entry-Level (if appropriate)</w:t>
      </w:r>
    </w:p>
    <w:p w14:paraId="3C3C1939" w14:textId="77777777" w:rsidR="001C1766" w:rsidRPr="001C1766" w:rsidRDefault="001C1766" w:rsidP="001C1766">
      <w:r w:rsidRPr="001C1766">
        <w:t>When new vacancies are posted, you'll receive notifications instead of spending hours searching manually.</w:t>
      </w:r>
    </w:p>
    <w:p w14:paraId="68A06517" w14:textId="77777777" w:rsidR="001C1766" w:rsidRPr="001C1766" w:rsidRDefault="001C1766" w:rsidP="001C1766"/>
    <w:p w14:paraId="6C531339" w14:textId="77777777" w:rsidR="001C1766" w:rsidRPr="001C1766" w:rsidRDefault="001C1766" w:rsidP="001C1766">
      <w:r w:rsidRPr="001C1766">
        <w:t>Tool 1: The FIND Map</w:t>
      </w:r>
    </w:p>
    <w:p w14:paraId="4A1552D0" w14:textId="77777777" w:rsidR="001C1766" w:rsidRPr="001C1766" w:rsidRDefault="001C1766" w:rsidP="001C1766">
      <w:r w:rsidRPr="001C1766">
        <w:t>Complete this table.</w:t>
      </w:r>
    </w:p>
    <w:p w14:paraId="2F16DEFD" w14:textId="77777777" w:rsidR="001C1766" w:rsidRPr="001C1766" w:rsidRDefault="001C1766" w:rsidP="001C1766">
      <w:r w:rsidRPr="001C1766">
        <w:t>My Target Roles</w:t>
      </w:r>
    </w:p>
    <w:p w14:paraId="1B755931" w14:textId="77777777" w:rsidR="001C1766" w:rsidRPr="001C1766" w:rsidRDefault="001C1766" w:rsidP="001C1766"/>
    <w:p w14:paraId="7FEB7900" w14:textId="77777777" w:rsidR="001C1766" w:rsidRPr="001C1766" w:rsidRDefault="001C1766" w:rsidP="001C1766"/>
    <w:p w14:paraId="078DEACB" w14:textId="77777777" w:rsidR="001C1766" w:rsidRPr="001C1766" w:rsidRDefault="001C1766" w:rsidP="001C1766"/>
    <w:p w14:paraId="6A750F89" w14:textId="77777777" w:rsidR="001C1766" w:rsidRPr="001C1766" w:rsidRDefault="001C1766" w:rsidP="001C1766"/>
    <w:p w14:paraId="27E1F7E7" w14:textId="77777777" w:rsidR="001C1766" w:rsidRPr="001C1766" w:rsidRDefault="001C1766" w:rsidP="001C1766">
      <w:r w:rsidRPr="001C1766">
        <w:t>My Preferred Industries</w:t>
      </w:r>
    </w:p>
    <w:p w14:paraId="22F0196F" w14:textId="77777777" w:rsidR="001C1766" w:rsidRPr="001C1766" w:rsidRDefault="001C1766" w:rsidP="001C1766">
      <w:r w:rsidRPr="001C1766">
        <w:rPr>
          <w:rFonts w:ascii="Segoe UI Symbol" w:hAnsi="Segoe UI Symbol" w:cs="Segoe UI Symbol"/>
        </w:rPr>
        <w:t>☐</w:t>
      </w:r>
      <w:r w:rsidRPr="001C1766">
        <w:t xml:space="preserve"> Technology</w:t>
      </w:r>
    </w:p>
    <w:p w14:paraId="700C79DC" w14:textId="77777777" w:rsidR="001C1766" w:rsidRPr="001C1766" w:rsidRDefault="001C1766" w:rsidP="001C1766">
      <w:r w:rsidRPr="001C1766">
        <w:rPr>
          <w:rFonts w:ascii="Segoe UI Symbol" w:hAnsi="Segoe UI Symbol" w:cs="Segoe UI Symbol"/>
        </w:rPr>
        <w:lastRenderedPageBreak/>
        <w:t>☐</w:t>
      </w:r>
      <w:r w:rsidRPr="001C1766">
        <w:t xml:space="preserve"> Finance</w:t>
      </w:r>
    </w:p>
    <w:p w14:paraId="29ABD227" w14:textId="77777777" w:rsidR="001C1766" w:rsidRPr="001C1766" w:rsidRDefault="001C1766" w:rsidP="001C1766">
      <w:r w:rsidRPr="001C1766">
        <w:rPr>
          <w:rFonts w:ascii="Segoe UI Symbol" w:hAnsi="Segoe UI Symbol" w:cs="Segoe UI Symbol"/>
        </w:rPr>
        <w:t>☐</w:t>
      </w:r>
      <w:r w:rsidRPr="001C1766">
        <w:t xml:space="preserve"> Education</w:t>
      </w:r>
    </w:p>
    <w:p w14:paraId="3FA9E4EE" w14:textId="77777777" w:rsidR="001C1766" w:rsidRPr="001C1766" w:rsidRDefault="001C1766" w:rsidP="001C1766">
      <w:r w:rsidRPr="001C1766">
        <w:rPr>
          <w:rFonts w:ascii="Segoe UI Symbol" w:hAnsi="Segoe UI Symbol" w:cs="Segoe UI Symbol"/>
        </w:rPr>
        <w:t>☐</w:t>
      </w:r>
      <w:r w:rsidRPr="001C1766">
        <w:t xml:space="preserve"> Healthcare</w:t>
      </w:r>
    </w:p>
    <w:p w14:paraId="73C0523A" w14:textId="77777777" w:rsidR="001C1766" w:rsidRPr="001C1766" w:rsidRDefault="001C1766" w:rsidP="001C1766">
      <w:r w:rsidRPr="001C1766">
        <w:rPr>
          <w:rFonts w:ascii="Segoe UI Symbol" w:hAnsi="Segoe UI Symbol" w:cs="Segoe UI Symbol"/>
        </w:rPr>
        <w:t>☐</w:t>
      </w:r>
      <w:r w:rsidRPr="001C1766">
        <w:t xml:space="preserve"> Marketing</w:t>
      </w:r>
    </w:p>
    <w:p w14:paraId="341F7E1F" w14:textId="77777777" w:rsidR="001C1766" w:rsidRPr="001C1766" w:rsidRDefault="001C1766" w:rsidP="001C1766">
      <w:r w:rsidRPr="001C1766">
        <w:rPr>
          <w:rFonts w:ascii="Segoe UI Symbol" w:hAnsi="Segoe UI Symbol" w:cs="Segoe UI Symbol"/>
        </w:rPr>
        <w:t>☐</w:t>
      </w:r>
      <w:r w:rsidRPr="001C1766">
        <w:t xml:space="preserve"> E-commerce</w:t>
      </w:r>
    </w:p>
    <w:p w14:paraId="37363943" w14:textId="77777777" w:rsidR="001C1766" w:rsidRPr="001C1766" w:rsidRDefault="001C1766" w:rsidP="001C1766">
      <w:r w:rsidRPr="001C1766">
        <w:rPr>
          <w:rFonts w:ascii="Segoe UI Symbol" w:hAnsi="Segoe UI Symbol" w:cs="Segoe UI Symbol"/>
        </w:rPr>
        <w:t>☐</w:t>
      </w:r>
      <w:r w:rsidRPr="001C1766">
        <w:t xml:space="preserve"> Customer Service</w:t>
      </w:r>
    </w:p>
    <w:p w14:paraId="363F9C8D" w14:textId="77777777" w:rsidR="001C1766" w:rsidRPr="001C1766" w:rsidRDefault="001C1766" w:rsidP="001C1766">
      <w:r w:rsidRPr="001C1766">
        <w:rPr>
          <w:rFonts w:ascii="Segoe UI Symbol" w:hAnsi="Segoe UI Symbol" w:cs="Segoe UI Symbol"/>
        </w:rPr>
        <w:t>☐</w:t>
      </w:r>
      <w:r w:rsidRPr="001C1766">
        <w:t xml:space="preserve"> Other:</w:t>
      </w:r>
    </w:p>
    <w:p w14:paraId="4165A590" w14:textId="77777777" w:rsidR="001C1766" w:rsidRPr="001C1766" w:rsidRDefault="001C1766" w:rsidP="001C1766"/>
    <w:p w14:paraId="738D6511" w14:textId="77777777" w:rsidR="001C1766" w:rsidRPr="001C1766" w:rsidRDefault="001C1766" w:rsidP="001C1766"/>
    <w:p w14:paraId="126B42A0" w14:textId="77777777" w:rsidR="001C1766" w:rsidRPr="001C1766" w:rsidRDefault="001C1766" w:rsidP="001C1766">
      <w:r w:rsidRPr="001C1766">
        <w:t>Companies I Want to Work For</w:t>
      </w:r>
    </w:p>
    <w:p w14:paraId="37E7BAEF" w14:textId="77777777" w:rsidR="001C1766" w:rsidRPr="001C1766" w:rsidRDefault="001C1766" w:rsidP="001C1766">
      <w:r w:rsidRPr="001C1766">
        <w:t>Write ten companies you'd genuinely like to join.</w:t>
      </w:r>
    </w:p>
    <w:p w14:paraId="4FFB2F40" w14:textId="77777777" w:rsidR="001C1766" w:rsidRPr="001C1766" w:rsidRDefault="001C1766" w:rsidP="001C1766"/>
    <w:p w14:paraId="72508E94" w14:textId="77777777" w:rsidR="001C1766" w:rsidRPr="001C1766" w:rsidRDefault="001C1766" w:rsidP="001C1766"/>
    <w:p w14:paraId="177AA5ED" w14:textId="77777777" w:rsidR="001C1766" w:rsidRPr="001C1766" w:rsidRDefault="001C1766" w:rsidP="001C1766"/>
    <w:p w14:paraId="573C26C6" w14:textId="77777777" w:rsidR="001C1766" w:rsidRPr="001C1766" w:rsidRDefault="001C1766" w:rsidP="001C1766"/>
    <w:p w14:paraId="39A8642E" w14:textId="77777777" w:rsidR="001C1766" w:rsidRPr="001C1766" w:rsidRDefault="001C1766" w:rsidP="001C1766"/>
    <w:p w14:paraId="0C1801EB" w14:textId="77777777" w:rsidR="001C1766" w:rsidRPr="001C1766" w:rsidRDefault="001C1766" w:rsidP="001C1766"/>
    <w:p w14:paraId="100E599C" w14:textId="77777777" w:rsidR="001C1766" w:rsidRPr="001C1766" w:rsidRDefault="001C1766" w:rsidP="001C1766"/>
    <w:p w14:paraId="119062DB" w14:textId="77777777" w:rsidR="001C1766" w:rsidRPr="001C1766" w:rsidRDefault="001C1766" w:rsidP="001C1766"/>
    <w:p w14:paraId="6B2D3356" w14:textId="77777777" w:rsidR="001C1766" w:rsidRPr="001C1766" w:rsidRDefault="001C1766" w:rsidP="001C1766"/>
    <w:p w14:paraId="40176AE5" w14:textId="77777777" w:rsidR="001C1766" w:rsidRPr="001C1766" w:rsidRDefault="001C1766" w:rsidP="001C1766"/>
    <w:p w14:paraId="5D6CA862" w14:textId="77777777" w:rsidR="001C1766" w:rsidRPr="001C1766" w:rsidRDefault="001C1766" w:rsidP="001C1766">
      <w:r w:rsidRPr="001C1766">
        <w:t>This list becomes your "watch list."</w:t>
      </w:r>
    </w:p>
    <w:p w14:paraId="2C84A599" w14:textId="77777777" w:rsidR="001C1766" w:rsidRPr="001C1766" w:rsidRDefault="001C1766" w:rsidP="001C1766">
      <w:r w:rsidRPr="001C1766">
        <w:t>Review it regularly for new openings.</w:t>
      </w:r>
    </w:p>
    <w:p w14:paraId="77D1AAEE" w14:textId="77777777" w:rsidR="001C1766" w:rsidRPr="001C1766" w:rsidRDefault="001C1766" w:rsidP="001C1766"/>
    <w:p w14:paraId="4197702F" w14:textId="77777777" w:rsidR="001C1766" w:rsidRPr="001C1766" w:rsidRDefault="001C1766" w:rsidP="001C1766">
      <w:r w:rsidRPr="001C1766">
        <w:t>Tool 2: Weekly Opportunity Tracker</w:t>
      </w:r>
    </w:p>
    <w:p w14:paraId="69B7A180" w14:textId="77777777" w:rsidR="001C1766" w:rsidRPr="001C1766" w:rsidRDefault="001C1766" w:rsidP="001C1766">
      <w:r w:rsidRPr="001C1766">
        <w:t>Use this table every week.</w:t>
      </w:r>
    </w:p>
    <w:p w14:paraId="44BB90F4" w14:textId="77777777" w:rsidR="001C1766" w:rsidRPr="001C1766" w:rsidRDefault="001C1766" w:rsidP="001C1766">
      <w:r w:rsidRPr="001C1766">
        <w:lastRenderedPageBreak/>
        <w:t>Your goal isn't to apply for everything.</w:t>
      </w:r>
    </w:p>
    <w:p w14:paraId="6AB4B83B" w14:textId="77777777" w:rsidR="001C1766" w:rsidRPr="001C1766" w:rsidRDefault="001C1766" w:rsidP="001C1766">
      <w:r w:rsidRPr="001C1766">
        <w:t>Your goal is to identify quality opportunities.</w:t>
      </w:r>
    </w:p>
    <w:p w14:paraId="320C963D" w14:textId="77777777" w:rsidR="001C1766" w:rsidRPr="001C1766" w:rsidRDefault="001C1766" w:rsidP="001C1766"/>
    <w:p w14:paraId="27EC5DBB" w14:textId="77777777" w:rsidR="001C1766" w:rsidRPr="001C1766" w:rsidRDefault="001C1766" w:rsidP="001C1766">
      <w:r w:rsidRPr="001C1766">
        <w:t>The 70/20/10 Rule</w:t>
      </w:r>
    </w:p>
    <w:p w14:paraId="31D491EC" w14:textId="77777777" w:rsidR="001C1766" w:rsidRPr="001C1766" w:rsidRDefault="001C1766" w:rsidP="001C1766">
      <w:r w:rsidRPr="001C1766">
        <w:t>To avoid putting all your effort into one type of job search, try dividing your weekly activities:</w:t>
      </w:r>
    </w:p>
    <w:p w14:paraId="42EECD0C" w14:textId="77777777" w:rsidR="001C1766" w:rsidRPr="001C1766" w:rsidRDefault="001C1766" w:rsidP="001C1766">
      <w:r w:rsidRPr="001C1766">
        <w:t>70% — Apply for suitable advertised roles.</w:t>
      </w:r>
    </w:p>
    <w:p w14:paraId="5E3D15AE" w14:textId="77777777" w:rsidR="001C1766" w:rsidRPr="001C1766" w:rsidRDefault="001C1766" w:rsidP="001C1766">
      <w:r w:rsidRPr="001C1766">
        <w:t>20% — Build your professional network by connecting with people in your field and engaging with relevant content.</w:t>
      </w:r>
    </w:p>
    <w:p w14:paraId="6875A99F" w14:textId="77777777" w:rsidR="001C1766" w:rsidRPr="001C1766" w:rsidRDefault="001C1766" w:rsidP="001C1766">
      <w:r w:rsidRPr="001C1766">
        <w:t>10% — Learn a new skill or improve an existing one.</w:t>
      </w:r>
    </w:p>
    <w:p w14:paraId="04F92ACE" w14:textId="77777777" w:rsidR="001C1766" w:rsidRPr="001C1766" w:rsidRDefault="001C1766" w:rsidP="001C1766">
      <w:r w:rsidRPr="001C1766">
        <w:t>This balance helps you keep progressing even if applications are slow.</w:t>
      </w:r>
    </w:p>
    <w:p w14:paraId="65EBE5D8" w14:textId="77777777" w:rsidR="001C1766" w:rsidRPr="001C1766" w:rsidRDefault="001C1766" w:rsidP="001C1766"/>
    <w:p w14:paraId="25DD7479" w14:textId="77777777" w:rsidR="001C1766" w:rsidRPr="001C1766" w:rsidRDefault="001C1766" w:rsidP="001C1766">
      <w:r w:rsidRPr="001C1766">
        <w:t>Common Mistakes to Avoid</w:t>
      </w:r>
    </w:p>
    <w:p w14:paraId="3BCA1A1A" w14:textId="77777777" w:rsidR="001C1766" w:rsidRPr="001C1766" w:rsidRDefault="001C1766" w:rsidP="001C1766">
      <w:r w:rsidRPr="001C1766">
        <w:t>As you build your FIND system, watch out for these habits:</w:t>
      </w:r>
    </w:p>
    <w:p w14:paraId="5358309C" w14:textId="77777777" w:rsidR="001C1766" w:rsidRPr="001C1766" w:rsidRDefault="001C1766" w:rsidP="001C1766">
      <w:r w:rsidRPr="001C1766">
        <w:t xml:space="preserve">Applying for every remote job you see, regardless of fit. </w:t>
      </w:r>
    </w:p>
    <w:p w14:paraId="794DB05A" w14:textId="77777777" w:rsidR="001C1766" w:rsidRPr="001C1766" w:rsidRDefault="001C1766" w:rsidP="001C1766">
      <w:r w:rsidRPr="001C1766">
        <w:t xml:space="preserve">Ignoring the full job description. </w:t>
      </w:r>
    </w:p>
    <w:p w14:paraId="34736B2D" w14:textId="77777777" w:rsidR="001C1766" w:rsidRPr="001C1766" w:rsidRDefault="001C1766" w:rsidP="001C1766">
      <w:r w:rsidRPr="001C1766">
        <w:t xml:space="preserve">Relying only on social media job posts. </w:t>
      </w:r>
    </w:p>
    <w:p w14:paraId="4AE36833" w14:textId="77777777" w:rsidR="001C1766" w:rsidRPr="001C1766" w:rsidRDefault="001C1766" w:rsidP="001C1766">
      <w:r w:rsidRPr="001C1766">
        <w:t xml:space="preserve">Using the same search terms every day. </w:t>
      </w:r>
    </w:p>
    <w:p w14:paraId="112157FA" w14:textId="77777777" w:rsidR="001C1766" w:rsidRPr="001C1766" w:rsidRDefault="001C1766" w:rsidP="001C1766">
      <w:r w:rsidRPr="001C1766">
        <w:t xml:space="preserve">Failing to track where you've applied. </w:t>
      </w:r>
    </w:p>
    <w:p w14:paraId="4738D76E" w14:textId="77777777" w:rsidR="001C1766" w:rsidRPr="001C1766" w:rsidRDefault="001C1766" w:rsidP="001C1766">
      <w:r w:rsidRPr="001C1766">
        <w:t xml:space="preserve">Assuming every remote job is legitimate. </w:t>
      </w:r>
    </w:p>
    <w:p w14:paraId="6AAD66FB" w14:textId="77777777" w:rsidR="001C1766" w:rsidRPr="001C1766" w:rsidRDefault="001C1766" w:rsidP="001C1766"/>
    <w:p w14:paraId="1954AB17" w14:textId="77777777" w:rsidR="001C1766" w:rsidRPr="001C1766" w:rsidRDefault="001C1766" w:rsidP="001C1766">
      <w:r w:rsidRPr="001C1766">
        <w:t>Chapter Two Challenge</w:t>
      </w:r>
    </w:p>
    <w:p w14:paraId="60344727" w14:textId="77777777" w:rsidR="001C1766" w:rsidRPr="001C1766" w:rsidRDefault="001C1766" w:rsidP="001C1766">
      <w:r w:rsidRPr="001C1766">
        <w:t>Over the next 48 hours:</w:t>
      </w:r>
    </w:p>
    <w:p w14:paraId="509A8D0A" w14:textId="77777777" w:rsidR="001C1766" w:rsidRPr="001C1766" w:rsidRDefault="001C1766" w:rsidP="001C1766">
      <w:r w:rsidRPr="001C1766">
        <w:rPr>
          <w:rFonts w:ascii="Segoe UI Symbol" w:hAnsi="Segoe UI Symbol" w:cs="Segoe UI Symbol"/>
        </w:rPr>
        <w:t>☐</w:t>
      </w:r>
      <w:r w:rsidRPr="001C1766">
        <w:t xml:space="preserve"> Create a list of 10 companies you'd like to work for.</w:t>
      </w:r>
    </w:p>
    <w:p w14:paraId="5421ABB9" w14:textId="77777777" w:rsidR="001C1766" w:rsidRPr="001C1766" w:rsidRDefault="001C1766" w:rsidP="001C1766">
      <w:r w:rsidRPr="001C1766">
        <w:rPr>
          <w:rFonts w:ascii="Segoe UI Symbol" w:hAnsi="Segoe UI Symbol" w:cs="Segoe UI Symbol"/>
        </w:rPr>
        <w:t>☐</w:t>
      </w:r>
      <w:r w:rsidRPr="001C1766">
        <w:t xml:space="preserve"> Set up job alerts for three target roles.</w:t>
      </w:r>
    </w:p>
    <w:p w14:paraId="2AC5B20C" w14:textId="77777777" w:rsidR="001C1766" w:rsidRPr="001C1766" w:rsidRDefault="001C1766" w:rsidP="001C1766">
      <w:r w:rsidRPr="001C1766">
        <w:rPr>
          <w:rFonts w:ascii="Segoe UI Symbol" w:hAnsi="Segoe UI Symbol" w:cs="Segoe UI Symbol"/>
        </w:rPr>
        <w:t>☐</w:t>
      </w:r>
      <w:r w:rsidRPr="001C1766">
        <w:t xml:space="preserve"> Save five high-quality vacancies, even if you don't apply immediately.</w:t>
      </w:r>
    </w:p>
    <w:p w14:paraId="7D4C4807" w14:textId="77777777" w:rsidR="001C1766" w:rsidRPr="001C1766" w:rsidRDefault="001C1766" w:rsidP="001C1766">
      <w:r w:rsidRPr="001C1766">
        <w:rPr>
          <w:rFonts w:ascii="Segoe UI Symbol" w:hAnsi="Segoe UI Symbol" w:cs="Segoe UI Symbol"/>
        </w:rPr>
        <w:t>☐</w:t>
      </w:r>
      <w:r w:rsidRPr="001C1766">
        <w:t xml:space="preserve"> Complete your Weekly Opportunity Tracker.</w:t>
      </w:r>
    </w:p>
    <w:p w14:paraId="7274344B" w14:textId="77777777" w:rsidR="001C1766" w:rsidRPr="001C1766" w:rsidRDefault="001C1766" w:rsidP="001C1766">
      <w:r w:rsidRPr="001C1766">
        <w:rPr>
          <w:rFonts w:ascii="Segoe UI Symbol" w:hAnsi="Segoe UI Symbol" w:cs="Segoe UI Symbol"/>
        </w:rPr>
        <w:lastRenderedPageBreak/>
        <w:t>☐</w:t>
      </w:r>
      <w:r w:rsidRPr="001C1766">
        <w:t xml:space="preserve"> Read at least three job descriptions from start to finish.</w:t>
      </w:r>
    </w:p>
    <w:p w14:paraId="6F0715E8" w14:textId="77777777" w:rsidR="001C1766" w:rsidRPr="001C1766" w:rsidRDefault="001C1766" w:rsidP="001C1766">
      <w:r w:rsidRPr="001C1766">
        <w:t>Don't worry about applying yet.</w:t>
      </w:r>
    </w:p>
    <w:p w14:paraId="7DE05E70" w14:textId="77777777" w:rsidR="001C1766" w:rsidRPr="001C1766" w:rsidRDefault="001C1766" w:rsidP="001C1766">
      <w:r w:rsidRPr="001C1766">
        <w:t>Your goal is to become skilled at identifying good opportunities.</w:t>
      </w:r>
    </w:p>
    <w:p w14:paraId="2393E3F4" w14:textId="77777777" w:rsidR="001C1766" w:rsidRPr="001C1766" w:rsidRDefault="001C1766" w:rsidP="001C1766">
      <w:r w:rsidRPr="001C1766">
        <w:t>That's the foundation of a smarter job search.</w:t>
      </w:r>
    </w:p>
    <w:p w14:paraId="7B9CC574" w14:textId="77777777" w:rsidR="001C1766" w:rsidRPr="001C1766" w:rsidRDefault="001C1766" w:rsidP="001C1766"/>
    <w:p w14:paraId="484FEDB9" w14:textId="77777777" w:rsidR="001C1766" w:rsidRPr="001C1766" w:rsidRDefault="001C1766" w:rsidP="001C1766">
      <w:r w:rsidRPr="001C1766">
        <w:t>Key Lessons from Chapter Two</w:t>
      </w:r>
    </w:p>
    <w:p w14:paraId="3D5FB257" w14:textId="77777777" w:rsidR="001C1766" w:rsidRPr="001C1766" w:rsidRDefault="001C1766" w:rsidP="001C1766">
      <w:r w:rsidRPr="001C1766">
        <w:t>By now you should understand that finding remote jobs isn't about checking every website on the internet.</w:t>
      </w:r>
    </w:p>
    <w:p w14:paraId="1B498F2C" w14:textId="77777777" w:rsidR="001C1766" w:rsidRPr="001C1766" w:rsidRDefault="001C1766" w:rsidP="001C1766">
      <w:r w:rsidRPr="001C1766">
        <w:t>It's about creating a focused system.</w:t>
      </w:r>
    </w:p>
    <w:p w14:paraId="70063D1C" w14:textId="77777777" w:rsidR="001C1766" w:rsidRPr="001C1766" w:rsidRDefault="001C1766" w:rsidP="001C1766">
      <w:r w:rsidRPr="001C1766">
        <w:t>Remember these principles:</w:t>
      </w:r>
    </w:p>
    <w:p w14:paraId="3A6348DE" w14:textId="77777777" w:rsidR="001C1766" w:rsidRPr="001C1766" w:rsidRDefault="001C1766" w:rsidP="001C1766">
      <w:r w:rsidRPr="001C1766">
        <w:t xml:space="preserve">Search intentionally. A smaller number of relevant opportunities is more valuable than hundreds of random listings. </w:t>
      </w:r>
    </w:p>
    <w:p w14:paraId="0DEF437E" w14:textId="77777777" w:rsidR="001C1766" w:rsidRPr="001C1766" w:rsidRDefault="001C1766" w:rsidP="001C1766">
      <w:r w:rsidRPr="001C1766">
        <w:t xml:space="preserve">Prioritize quality sources. Company career pages and established job platforms are generally more reliable than forwarded messages or unverified posts. </w:t>
      </w:r>
    </w:p>
    <w:p w14:paraId="2EFD0042" w14:textId="77777777" w:rsidR="001C1766" w:rsidRPr="001C1766" w:rsidRDefault="001C1766" w:rsidP="001C1766">
      <w:r w:rsidRPr="001C1766">
        <w:t xml:space="preserve">Stay organized. Tracking opportunities helps you avoid confusion and follow up effectively. </w:t>
      </w:r>
    </w:p>
    <w:p w14:paraId="3AFFA264" w14:textId="77777777" w:rsidR="001C1766" w:rsidRPr="001C1766" w:rsidRDefault="001C1766" w:rsidP="001C1766">
      <w:r w:rsidRPr="001C1766">
        <w:t>Think long-term. Networking and skill development are part of the job search—not separate activities.</w:t>
      </w:r>
    </w:p>
    <w:p w14:paraId="7C05BBED" w14:textId="77777777" w:rsidR="001C1766" w:rsidRPr="001C1766" w:rsidRDefault="001C1766" w:rsidP="001C1766"/>
    <w:p w14:paraId="1B4207B3" w14:textId="5A30458F" w:rsidR="00535E53" w:rsidRPr="00535E53" w:rsidRDefault="00535E53" w:rsidP="00535E53">
      <w:r w:rsidRPr="00535E53">
        <w:lastRenderedPageBreak/>
        <w:drawing>
          <wp:inline distT="0" distB="0" distL="0" distR="0" wp14:anchorId="495349C6" wp14:editId="31FD36E9">
            <wp:extent cx="5669280" cy="3268980"/>
            <wp:effectExtent l="0" t="0" r="7620" b="7620"/>
            <wp:docPr id="176789977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2E1E8A" w14:textId="77777777" w:rsidR="00535E53" w:rsidRPr="00535E53" w:rsidRDefault="00535E53" w:rsidP="00535E53">
      <w:pPr>
        <w:rPr>
          <w:b/>
          <w:bCs/>
        </w:rPr>
      </w:pPr>
      <w:r w:rsidRPr="00535E53">
        <w:rPr>
          <w:b/>
          <w:bCs/>
        </w:rPr>
        <w:t>CHAPTER THREE</w:t>
      </w:r>
    </w:p>
    <w:p w14:paraId="37567D09" w14:textId="77777777" w:rsidR="00535E53" w:rsidRPr="00535E53" w:rsidRDefault="00535E53" w:rsidP="00535E53">
      <w:r w:rsidRPr="00535E53">
        <w:t>VET: How to Spot Fake Recruiters Before They Scam You</w:t>
      </w:r>
    </w:p>
    <w:p w14:paraId="57EDE238" w14:textId="53216BCE" w:rsidR="00535E53" w:rsidRPr="00535E53" w:rsidRDefault="00535E53" w:rsidP="00535E53">
      <w:r w:rsidRPr="00535E53">
        <w:t>The Most Expensive Mistake I Ever Made</w:t>
      </w:r>
      <w:r>
        <w:t xml:space="preserve">. </w:t>
      </w:r>
      <w:r w:rsidRPr="00535E53">
        <w:t>I still remember the message.</w:t>
      </w:r>
      <w:r>
        <w:t xml:space="preserve"> </w:t>
      </w:r>
      <w:r w:rsidRPr="00535E53">
        <w:t>It looked professional.</w:t>
      </w:r>
    </w:p>
    <w:p w14:paraId="5C0C5F26" w14:textId="77777777" w:rsidR="00535E53" w:rsidRPr="00535E53" w:rsidRDefault="00535E53" w:rsidP="00535E53">
      <w:r w:rsidRPr="00535E53">
        <w:t>The company logo was there.</w:t>
      </w:r>
    </w:p>
    <w:p w14:paraId="61AB28B8" w14:textId="77777777" w:rsidR="00535E53" w:rsidRPr="00535E53" w:rsidRDefault="00535E53" w:rsidP="00535E53">
      <w:r w:rsidRPr="00535E53">
        <w:t>The salary sounded amazing.</w:t>
      </w:r>
    </w:p>
    <w:p w14:paraId="7E45F49B" w14:textId="77777777" w:rsidR="00535E53" w:rsidRPr="00535E53" w:rsidRDefault="00535E53" w:rsidP="00535E53">
      <w:r w:rsidRPr="00535E53">
        <w:t>The recruiter spoke confidently.</w:t>
      </w:r>
    </w:p>
    <w:p w14:paraId="5CC5CF60" w14:textId="77777777" w:rsidR="00535E53" w:rsidRPr="00535E53" w:rsidRDefault="00535E53" w:rsidP="00535E53">
      <w:r w:rsidRPr="00535E53">
        <w:t>Everything looked real.</w:t>
      </w:r>
    </w:p>
    <w:p w14:paraId="2BB17376" w14:textId="77777777" w:rsidR="00535E53" w:rsidRPr="00535E53" w:rsidRDefault="00535E53" w:rsidP="00535E53">
      <w:r w:rsidRPr="00535E53">
        <w:t>Then came one sentence.</w:t>
      </w:r>
    </w:p>
    <w:p w14:paraId="51A74AAF" w14:textId="77777777" w:rsidR="00535E53" w:rsidRPr="00535E53" w:rsidRDefault="00535E53" w:rsidP="00535E53">
      <w:r w:rsidRPr="00535E53">
        <w:t>"To secure your interview slot, kindly pay a refundable processing fee."</w:t>
      </w:r>
    </w:p>
    <w:p w14:paraId="19E90D18" w14:textId="77777777" w:rsidR="00535E53" w:rsidRPr="00535E53" w:rsidRDefault="00535E53" w:rsidP="00535E53">
      <w:r w:rsidRPr="00535E53">
        <w:t>I wanted the job badly.</w:t>
      </w:r>
    </w:p>
    <w:p w14:paraId="1CA80C51" w14:textId="77777777" w:rsidR="00535E53" w:rsidRPr="00535E53" w:rsidRDefault="00535E53" w:rsidP="00535E53">
      <w:proofErr w:type="gramStart"/>
      <w:r w:rsidRPr="00535E53">
        <w:t>So</w:t>
      </w:r>
      <w:proofErr w:type="gramEnd"/>
      <w:r w:rsidRPr="00535E53">
        <w:t xml:space="preserve"> I convinced myself it made sense.</w:t>
      </w:r>
    </w:p>
    <w:p w14:paraId="75ED348C" w14:textId="77777777" w:rsidR="00535E53" w:rsidRPr="00535E53" w:rsidRDefault="00535E53" w:rsidP="00535E53">
      <w:r w:rsidRPr="00535E53">
        <w:t>Maybe this company was different.</w:t>
      </w:r>
    </w:p>
    <w:p w14:paraId="2805D6BF" w14:textId="77777777" w:rsidR="00535E53" w:rsidRPr="00535E53" w:rsidRDefault="00535E53" w:rsidP="00535E53">
      <w:r w:rsidRPr="00535E53">
        <w:t>Maybe international companies really charged processing fees.</w:t>
      </w:r>
    </w:p>
    <w:p w14:paraId="030C28D8" w14:textId="77777777" w:rsidR="00535E53" w:rsidRPr="00535E53" w:rsidRDefault="00535E53" w:rsidP="00535E53">
      <w:r w:rsidRPr="00535E53">
        <w:t>Maybe this was normal.</w:t>
      </w:r>
    </w:p>
    <w:p w14:paraId="04879694" w14:textId="77777777" w:rsidR="00535E53" w:rsidRPr="00535E53" w:rsidRDefault="00535E53" w:rsidP="00535E53">
      <w:r w:rsidRPr="00535E53">
        <w:t>It wasn't.</w:t>
      </w:r>
    </w:p>
    <w:p w14:paraId="60A85068" w14:textId="77777777" w:rsidR="00535E53" w:rsidRPr="00535E53" w:rsidRDefault="00535E53" w:rsidP="00535E53">
      <w:r w:rsidRPr="00535E53">
        <w:lastRenderedPageBreak/>
        <w:t>The money disappeared.</w:t>
      </w:r>
    </w:p>
    <w:p w14:paraId="34218FCC" w14:textId="77777777" w:rsidR="00535E53" w:rsidRPr="00535E53" w:rsidRDefault="00535E53" w:rsidP="00535E53">
      <w:r w:rsidRPr="00535E53">
        <w:t>The recruiter disappeared.</w:t>
      </w:r>
    </w:p>
    <w:p w14:paraId="0696507E" w14:textId="77777777" w:rsidR="00535E53" w:rsidRPr="00535E53" w:rsidRDefault="00535E53" w:rsidP="00535E53">
      <w:r w:rsidRPr="00535E53">
        <w:t>The phone number stopped working.</w:t>
      </w:r>
    </w:p>
    <w:p w14:paraId="4F9A9AE9" w14:textId="77777777" w:rsidR="00535E53" w:rsidRPr="00535E53" w:rsidRDefault="00535E53" w:rsidP="00535E53">
      <w:r w:rsidRPr="00535E53">
        <w:rPr>
          <w:b/>
        </w:rPr>
        <w:t>And I was left with two painful lessons:</w:t>
      </w:r>
    </w:p>
    <w:p w14:paraId="7935ABC4" w14:textId="77777777" w:rsidR="00535E53" w:rsidRPr="00535E53" w:rsidRDefault="00535E53" w:rsidP="00535E53">
      <w:r w:rsidRPr="00535E53">
        <w:t>First, losing money hurts.</w:t>
      </w:r>
    </w:p>
    <w:p w14:paraId="1B0B7737" w14:textId="77777777" w:rsidR="00535E53" w:rsidRPr="00535E53" w:rsidRDefault="00535E53" w:rsidP="00535E53">
      <w:r w:rsidRPr="00535E53">
        <w:t>Second, losing trust hurts even more.</w:t>
      </w:r>
    </w:p>
    <w:p w14:paraId="21E939F2" w14:textId="77777777" w:rsidR="00535E53" w:rsidRPr="00535E53" w:rsidRDefault="00535E53" w:rsidP="00535E53">
      <w:r w:rsidRPr="00535E53">
        <w:t>If you've ever fallen for a fake opportunity, you're not foolish.</w:t>
      </w:r>
    </w:p>
    <w:p w14:paraId="0B60BEE7" w14:textId="77777777" w:rsidR="00535E53" w:rsidRPr="00535E53" w:rsidRDefault="00535E53" w:rsidP="00535E53">
      <w:r w:rsidRPr="00535E53">
        <w:t>Scammers succeed because they're skilled at creating urgency and making fake opportunities look genuine.</w:t>
      </w:r>
    </w:p>
    <w:p w14:paraId="19884A0F" w14:textId="77777777" w:rsidR="00535E53" w:rsidRPr="00535E53" w:rsidRDefault="00535E53" w:rsidP="00535E53">
      <w:r w:rsidRPr="00535E53">
        <w:t>The good news is that many scams follow predictable patterns.</w:t>
      </w:r>
    </w:p>
    <w:p w14:paraId="1C8DE663" w14:textId="77777777" w:rsidR="00535E53" w:rsidRPr="00535E53" w:rsidRDefault="00535E53" w:rsidP="00535E53">
      <w:r w:rsidRPr="00535E53">
        <w:t>Once you know what to look for, you'll become much harder to deceive.</w:t>
      </w:r>
    </w:p>
    <w:p w14:paraId="0ACC1BA4" w14:textId="77777777" w:rsidR="00535E53" w:rsidRPr="00535E53" w:rsidRDefault="00535E53" w:rsidP="00535E53">
      <w:r w:rsidRPr="00535E53">
        <w:t>________________________________________</w:t>
      </w:r>
    </w:p>
    <w:p w14:paraId="534D147B" w14:textId="77777777" w:rsidR="00535E53" w:rsidRPr="00535E53" w:rsidRDefault="00535E53" w:rsidP="00535E53">
      <w:r w:rsidRPr="00535E53">
        <w:t>Why Job Seekers Are Easy Targets</w:t>
      </w:r>
    </w:p>
    <w:p w14:paraId="4F178B79" w14:textId="77777777" w:rsidR="00535E53" w:rsidRPr="00535E53" w:rsidRDefault="00535E53" w:rsidP="00535E53">
      <w:r w:rsidRPr="00535E53">
        <w:t>Think about the emotions many job seekers carry.</w:t>
      </w:r>
    </w:p>
    <w:p w14:paraId="554E8429" w14:textId="77777777" w:rsidR="00535E53" w:rsidRPr="00535E53" w:rsidRDefault="00535E53" w:rsidP="00535E53">
      <w:r w:rsidRPr="00535E53">
        <w:t>Hope.</w:t>
      </w:r>
    </w:p>
    <w:p w14:paraId="4031059E" w14:textId="77777777" w:rsidR="00535E53" w:rsidRPr="00535E53" w:rsidRDefault="00535E53" w:rsidP="00535E53">
      <w:r w:rsidRPr="00535E53">
        <w:t>Pressure.</w:t>
      </w:r>
    </w:p>
    <w:p w14:paraId="33B14761" w14:textId="77777777" w:rsidR="00535E53" w:rsidRPr="00535E53" w:rsidRDefault="00535E53" w:rsidP="00535E53">
      <w:r w:rsidRPr="00535E53">
        <w:t>Bills.</w:t>
      </w:r>
    </w:p>
    <w:p w14:paraId="330C2AEE" w14:textId="77777777" w:rsidR="00535E53" w:rsidRPr="00535E53" w:rsidRDefault="00535E53" w:rsidP="00535E53">
      <w:r w:rsidRPr="00535E53">
        <w:t>Family expectations.</w:t>
      </w:r>
    </w:p>
    <w:p w14:paraId="74D7CC5E" w14:textId="77777777" w:rsidR="00535E53" w:rsidRPr="00535E53" w:rsidRDefault="00535E53" w:rsidP="00535E53">
      <w:r w:rsidRPr="00535E53">
        <w:t>Fear of missing out.</w:t>
      </w:r>
    </w:p>
    <w:p w14:paraId="15C81F2C" w14:textId="77777777" w:rsidR="00535E53" w:rsidRPr="00535E53" w:rsidRDefault="00535E53" w:rsidP="00535E53">
      <w:r w:rsidRPr="00535E53">
        <w:t>Scammers understand this.</w:t>
      </w:r>
    </w:p>
    <w:p w14:paraId="3960998D" w14:textId="77777777" w:rsidR="00535E53" w:rsidRPr="00535E53" w:rsidRDefault="00535E53" w:rsidP="00535E53">
      <w:r w:rsidRPr="00535E53">
        <w:t>They know someone who has been unemployed for months may ignore warning signs because they desperately want good news.</w:t>
      </w:r>
    </w:p>
    <w:p w14:paraId="49EF8366" w14:textId="77777777" w:rsidR="00535E53" w:rsidRPr="00535E53" w:rsidRDefault="00535E53" w:rsidP="00535E53">
      <w:r w:rsidRPr="00535E53">
        <w:t>That's why your first job isn't applying.</w:t>
      </w:r>
    </w:p>
    <w:p w14:paraId="0490BD58" w14:textId="77777777" w:rsidR="00535E53" w:rsidRPr="00535E53" w:rsidRDefault="00535E53" w:rsidP="00535E53">
      <w:r w:rsidRPr="00535E53">
        <w:t>Your first job is verifying.</w:t>
      </w:r>
    </w:p>
    <w:p w14:paraId="3FBC91EA" w14:textId="77777777" w:rsidR="00535E53" w:rsidRPr="00535E53" w:rsidRDefault="00535E53" w:rsidP="00535E53">
      <w:r w:rsidRPr="00535E53">
        <w:t>________________________________________</w:t>
      </w:r>
    </w:p>
    <w:p w14:paraId="403699A5" w14:textId="77777777" w:rsidR="00535E53" w:rsidRPr="00535E53" w:rsidRDefault="00535E53" w:rsidP="00535E53">
      <w:r w:rsidRPr="00535E53">
        <w:t>Rule Number One</w:t>
      </w:r>
    </w:p>
    <w:p w14:paraId="09B12E67" w14:textId="77777777" w:rsidR="00535E53" w:rsidRPr="00535E53" w:rsidRDefault="00535E53" w:rsidP="00535E53">
      <w:r w:rsidRPr="00535E53">
        <w:t>No Legitimate Employer Can Guarantee You a Job</w:t>
      </w:r>
    </w:p>
    <w:p w14:paraId="6D4DE8A0" w14:textId="77777777" w:rsidR="00535E53" w:rsidRPr="00535E53" w:rsidRDefault="00535E53" w:rsidP="00535E53">
      <w:r w:rsidRPr="00535E53">
        <w:rPr>
          <w:b/>
        </w:rPr>
        <w:lastRenderedPageBreak/>
        <w:t>Be careful whenever someone says:</w:t>
      </w:r>
    </w:p>
    <w:p w14:paraId="60E23FB4" w14:textId="77777777" w:rsidR="00535E53" w:rsidRPr="00535E53" w:rsidRDefault="00535E53" w:rsidP="00535E53">
      <w:r w:rsidRPr="00535E53">
        <w:t>"100% guaranteed employment."</w:t>
      </w:r>
    </w:p>
    <w:p w14:paraId="62B2C6B6" w14:textId="77777777" w:rsidR="00535E53" w:rsidRPr="00535E53" w:rsidRDefault="00535E53" w:rsidP="00535E53">
      <w:r w:rsidRPr="00535E53">
        <w:t>"Pay first."</w:t>
      </w:r>
    </w:p>
    <w:p w14:paraId="7F7E2AA6" w14:textId="77777777" w:rsidR="00535E53" w:rsidRPr="00535E53" w:rsidRDefault="00535E53" w:rsidP="00535E53">
      <w:r w:rsidRPr="00535E53">
        <w:t>"Only today."</w:t>
      </w:r>
    </w:p>
    <w:p w14:paraId="26373025" w14:textId="77777777" w:rsidR="00535E53" w:rsidRPr="00535E53" w:rsidRDefault="00535E53" w:rsidP="00535E53">
      <w:r w:rsidRPr="00535E53">
        <w:t>"Limited interview slots."</w:t>
      </w:r>
    </w:p>
    <w:p w14:paraId="2E3ECF70" w14:textId="77777777" w:rsidR="00535E53" w:rsidRPr="00535E53" w:rsidRDefault="00535E53" w:rsidP="00535E53">
      <w:r w:rsidRPr="00535E53">
        <w:t>Professional employers hire people through a recruitment process.</w:t>
      </w:r>
    </w:p>
    <w:p w14:paraId="3AA8C6EB" w14:textId="77777777" w:rsidR="00535E53" w:rsidRPr="00535E53" w:rsidRDefault="00535E53" w:rsidP="00535E53">
      <w:r w:rsidRPr="00535E53">
        <w:t>No honest recruiter can promise you'll get the role before evaluating your qualifications.</w:t>
      </w:r>
    </w:p>
    <w:p w14:paraId="77E3E6EE" w14:textId="77777777" w:rsidR="00535E53" w:rsidRPr="00535E53" w:rsidRDefault="00535E53" w:rsidP="00535E53">
      <w:r w:rsidRPr="00535E53">
        <w:t>________________________________________</w:t>
      </w:r>
    </w:p>
    <w:p w14:paraId="7D1F3630" w14:textId="77777777" w:rsidR="00535E53" w:rsidRPr="00535E53" w:rsidRDefault="00535E53" w:rsidP="00535E53">
      <w:r w:rsidRPr="00535E53">
        <w:t>Rule Number Two</w:t>
      </w:r>
    </w:p>
    <w:p w14:paraId="316EC7D9" w14:textId="77777777" w:rsidR="00535E53" w:rsidRPr="00535E53" w:rsidRDefault="00535E53" w:rsidP="00535E53">
      <w:r w:rsidRPr="00535E53">
        <w:t>Never Pay to Get Hired</w:t>
      </w:r>
    </w:p>
    <w:p w14:paraId="01F5A5C7" w14:textId="77777777" w:rsidR="00535E53" w:rsidRPr="00535E53" w:rsidRDefault="00535E53" w:rsidP="00535E53">
      <w:r w:rsidRPr="00535E53">
        <w:t>This rule is simple.</w:t>
      </w:r>
    </w:p>
    <w:p w14:paraId="47E583E2" w14:textId="77777777" w:rsidR="00535E53" w:rsidRPr="00535E53" w:rsidRDefault="00535E53" w:rsidP="00535E53">
      <w:r w:rsidRPr="00535E53">
        <w:t>If someone asks you to pay money before you can start working, stop and investigate carefully.</w:t>
      </w:r>
    </w:p>
    <w:p w14:paraId="4B013E9C" w14:textId="77777777" w:rsidR="00535E53" w:rsidRPr="00535E53" w:rsidRDefault="00535E53" w:rsidP="00535E53">
      <w:r w:rsidRPr="00535E53">
        <w:rPr>
          <w:b/>
        </w:rPr>
        <w:t>Examples include requests for:</w:t>
      </w:r>
    </w:p>
    <w:p w14:paraId="09CBB86C" w14:textId="77777777" w:rsidR="00535E53" w:rsidRPr="00535E53" w:rsidRDefault="00535E53" w:rsidP="00535E53">
      <w:r w:rsidRPr="00535E53">
        <w:t>•</w:t>
      </w:r>
      <w:r w:rsidRPr="00535E53">
        <w:tab/>
        <w:t xml:space="preserve">Registration fees </w:t>
      </w:r>
    </w:p>
    <w:p w14:paraId="676EC13A" w14:textId="77777777" w:rsidR="00535E53" w:rsidRPr="00535E53" w:rsidRDefault="00535E53" w:rsidP="00535E53">
      <w:r w:rsidRPr="00535E53">
        <w:t>•</w:t>
      </w:r>
      <w:r w:rsidRPr="00535E53">
        <w:tab/>
        <w:t xml:space="preserve">Processing fees </w:t>
      </w:r>
    </w:p>
    <w:p w14:paraId="1EF7BE8A" w14:textId="77777777" w:rsidR="00535E53" w:rsidRPr="00535E53" w:rsidRDefault="00535E53" w:rsidP="00535E53">
      <w:r w:rsidRPr="00535E53">
        <w:t>•</w:t>
      </w:r>
      <w:r w:rsidRPr="00535E53">
        <w:tab/>
        <w:t xml:space="preserve">Interview fees </w:t>
      </w:r>
    </w:p>
    <w:p w14:paraId="21558043" w14:textId="77777777" w:rsidR="00535E53" w:rsidRPr="00535E53" w:rsidRDefault="00535E53" w:rsidP="00535E53">
      <w:r w:rsidRPr="00535E53">
        <w:t>•</w:t>
      </w:r>
      <w:r w:rsidRPr="00535E53">
        <w:tab/>
        <w:t xml:space="preserve">Equipment deposits </w:t>
      </w:r>
    </w:p>
    <w:p w14:paraId="682652CB" w14:textId="77777777" w:rsidR="00535E53" w:rsidRPr="00535E53" w:rsidRDefault="00535E53" w:rsidP="00535E53">
      <w:r w:rsidRPr="00535E53">
        <w:t>•</w:t>
      </w:r>
      <w:r w:rsidRPr="00535E53">
        <w:tab/>
        <w:t xml:space="preserve">Security payments </w:t>
      </w:r>
    </w:p>
    <w:p w14:paraId="21432863" w14:textId="77777777" w:rsidR="00535E53" w:rsidRPr="00535E53" w:rsidRDefault="00535E53" w:rsidP="00535E53">
      <w:r w:rsidRPr="00535E53">
        <w:t>•</w:t>
      </w:r>
      <w:r w:rsidRPr="00535E53">
        <w:tab/>
        <w:t xml:space="preserve">Training fees that must be paid before employment </w:t>
      </w:r>
    </w:p>
    <w:p w14:paraId="2871345C" w14:textId="77777777" w:rsidR="00535E53" w:rsidRPr="00535E53" w:rsidRDefault="00535E53" w:rsidP="00535E53">
      <w:r w:rsidRPr="00535E53">
        <w:t>Some legitimate employers may ask employees to provide certain documents or complete background checks, but requests for upfront payments should always be treated with caution and verified independently.</w:t>
      </w:r>
    </w:p>
    <w:p w14:paraId="19F27176" w14:textId="77777777" w:rsidR="00535E53" w:rsidRPr="00535E53" w:rsidRDefault="00535E53" w:rsidP="00535E53">
      <w:r w:rsidRPr="00535E53">
        <w:t>________________________________________</w:t>
      </w:r>
    </w:p>
    <w:p w14:paraId="04F76CA6" w14:textId="77777777" w:rsidR="00535E53" w:rsidRPr="00535E53" w:rsidRDefault="00535E53" w:rsidP="00535E53">
      <w:r w:rsidRPr="00535E53">
        <w:t>Rule Number Three</w:t>
      </w:r>
    </w:p>
    <w:p w14:paraId="230FD94C" w14:textId="77777777" w:rsidR="00535E53" w:rsidRPr="00535E53" w:rsidRDefault="00535E53" w:rsidP="00535E53">
      <w:r w:rsidRPr="00535E53">
        <w:t>Verify the Company</w:t>
      </w:r>
    </w:p>
    <w:p w14:paraId="32100CE8" w14:textId="77777777" w:rsidR="00535E53" w:rsidRPr="00535E53" w:rsidRDefault="00535E53" w:rsidP="00535E53">
      <w:r w:rsidRPr="00535E53">
        <w:t>Before you apply—or respond to a recruiter—spend ten minutes researching.</w:t>
      </w:r>
    </w:p>
    <w:p w14:paraId="2CCBE105" w14:textId="77777777" w:rsidR="00535E53" w:rsidRPr="00535E53" w:rsidRDefault="00535E53" w:rsidP="00535E53">
      <w:r w:rsidRPr="00535E53">
        <w:t>Visit the company's official website.</w:t>
      </w:r>
    </w:p>
    <w:p w14:paraId="24845442" w14:textId="77777777" w:rsidR="00535E53" w:rsidRPr="00535E53" w:rsidRDefault="00535E53" w:rsidP="00535E53">
      <w:r w:rsidRPr="00535E53">
        <w:lastRenderedPageBreak/>
        <w:t>Does it look complete?</w:t>
      </w:r>
    </w:p>
    <w:p w14:paraId="03A140D8" w14:textId="77777777" w:rsidR="00535E53" w:rsidRPr="00535E53" w:rsidRDefault="00535E53" w:rsidP="00535E53">
      <w:r w:rsidRPr="00535E53">
        <w:t>Is there a careers page?</w:t>
      </w:r>
    </w:p>
    <w:p w14:paraId="5C416247" w14:textId="77777777" w:rsidR="00535E53" w:rsidRPr="00535E53" w:rsidRDefault="00535E53" w:rsidP="00535E53">
      <w:r w:rsidRPr="00535E53">
        <w:t>Does the company explain what it does?</w:t>
      </w:r>
    </w:p>
    <w:p w14:paraId="53642664" w14:textId="77777777" w:rsidR="00535E53" w:rsidRPr="00535E53" w:rsidRDefault="00535E53" w:rsidP="00535E53">
      <w:r w:rsidRPr="00535E53">
        <w:t>Can you find contact information?</w:t>
      </w:r>
    </w:p>
    <w:p w14:paraId="4421BA0C" w14:textId="77777777" w:rsidR="00535E53" w:rsidRPr="00535E53" w:rsidRDefault="00535E53" w:rsidP="00535E53">
      <w:r w:rsidRPr="00535E53">
        <w:t>Then search for the company on LinkedIn.</w:t>
      </w:r>
    </w:p>
    <w:p w14:paraId="5CEB3187" w14:textId="77777777" w:rsidR="00535E53" w:rsidRPr="00535E53" w:rsidRDefault="00535E53" w:rsidP="00535E53">
      <w:r w:rsidRPr="00535E53">
        <w:rPr>
          <w:b/>
        </w:rPr>
        <w:t>Look for:</w:t>
      </w:r>
    </w:p>
    <w:p w14:paraId="45D7F9B6" w14:textId="77777777" w:rsidR="00535E53" w:rsidRPr="00535E53" w:rsidRDefault="00535E53" w:rsidP="00535E53">
      <w:r w:rsidRPr="00535E53">
        <w:t>•</w:t>
      </w:r>
      <w:r w:rsidRPr="00535E53">
        <w:tab/>
        <w:t xml:space="preserve">Company profile </w:t>
      </w:r>
    </w:p>
    <w:p w14:paraId="099383A7" w14:textId="77777777" w:rsidR="00535E53" w:rsidRPr="00535E53" w:rsidRDefault="00535E53" w:rsidP="00535E53">
      <w:r w:rsidRPr="00535E53">
        <w:t>•</w:t>
      </w:r>
      <w:r w:rsidRPr="00535E53">
        <w:tab/>
        <w:t xml:space="preserve">Employees </w:t>
      </w:r>
    </w:p>
    <w:p w14:paraId="7B2E4A8C" w14:textId="77777777" w:rsidR="00535E53" w:rsidRPr="00535E53" w:rsidRDefault="00535E53" w:rsidP="00535E53">
      <w:r w:rsidRPr="00535E53">
        <w:t>•</w:t>
      </w:r>
      <w:r w:rsidRPr="00535E53">
        <w:tab/>
        <w:t xml:space="preserve">Recent posts </w:t>
      </w:r>
    </w:p>
    <w:p w14:paraId="39EED57F" w14:textId="77777777" w:rsidR="00535E53" w:rsidRPr="00535E53" w:rsidRDefault="00535E53" w:rsidP="00535E53">
      <w:r w:rsidRPr="00535E53">
        <w:t>•</w:t>
      </w:r>
      <w:r w:rsidRPr="00535E53">
        <w:tab/>
        <w:t xml:space="preserve">Business activity </w:t>
      </w:r>
    </w:p>
    <w:p w14:paraId="1A812DB3" w14:textId="77777777" w:rsidR="00535E53" w:rsidRPr="00535E53" w:rsidRDefault="00535E53" w:rsidP="00535E53">
      <w:r w:rsidRPr="00535E53">
        <w:t>An active online presence doesn't automatically prove legitimacy, but it can help you evaluate whether the organization appears established.</w:t>
      </w:r>
    </w:p>
    <w:p w14:paraId="68C2E738" w14:textId="77777777" w:rsidR="00535E53" w:rsidRPr="00535E53" w:rsidRDefault="00535E53" w:rsidP="00535E53">
      <w:r w:rsidRPr="00535E53">
        <w:t>________________________________________</w:t>
      </w:r>
    </w:p>
    <w:p w14:paraId="182D3C38" w14:textId="77777777" w:rsidR="00535E53" w:rsidRPr="00535E53" w:rsidRDefault="00535E53" w:rsidP="00535E53">
      <w:r w:rsidRPr="00535E53">
        <w:t>Rule Number Four</w:t>
      </w:r>
    </w:p>
    <w:p w14:paraId="1A6BE0E6" w14:textId="77777777" w:rsidR="00535E53" w:rsidRPr="00535E53" w:rsidRDefault="00535E53" w:rsidP="00535E53">
      <w:r w:rsidRPr="00535E53">
        <w:t>Check the Recruiter's Email Address</w:t>
      </w:r>
    </w:p>
    <w:p w14:paraId="379FA601" w14:textId="77777777" w:rsidR="00535E53" w:rsidRPr="00535E53" w:rsidRDefault="00535E53" w:rsidP="00535E53">
      <w:r w:rsidRPr="00535E53">
        <w:t>Scammers often use free email accounts that resemble company names.</w:t>
      </w:r>
    </w:p>
    <w:p w14:paraId="02B05506" w14:textId="77777777" w:rsidR="00535E53" w:rsidRPr="00535E53" w:rsidRDefault="00535E53" w:rsidP="00535E53">
      <w:r w:rsidRPr="00535E53">
        <w:rPr>
          <w:b/>
        </w:rPr>
        <w:t>For example:</w:t>
      </w:r>
    </w:p>
    <w:p w14:paraId="41BA86CB" w14:textId="77777777" w:rsidR="00535E53" w:rsidRPr="00535E53" w:rsidRDefault="00535E53" w:rsidP="00535E53">
      <w:r w:rsidRPr="00535E53">
        <w:t>companyrecruitment@gmail.com</w:t>
      </w:r>
    </w:p>
    <w:p w14:paraId="2BD1FBC2" w14:textId="77777777" w:rsidR="00535E53" w:rsidRPr="00535E53" w:rsidRDefault="00535E53" w:rsidP="00535E53">
      <w:r w:rsidRPr="00535E53">
        <w:t>instead of</w:t>
      </w:r>
    </w:p>
    <w:p w14:paraId="31B3FC12" w14:textId="77777777" w:rsidR="00535E53" w:rsidRPr="00535E53" w:rsidRDefault="00535E53" w:rsidP="00535E53">
      <w:r w:rsidRPr="00535E53">
        <w:t>careers@company.com</w:t>
      </w:r>
    </w:p>
    <w:p w14:paraId="60DA1A06" w14:textId="77777777" w:rsidR="00535E53" w:rsidRPr="00535E53" w:rsidRDefault="00535E53" w:rsidP="00535E53">
      <w:r w:rsidRPr="00535E53">
        <w:t>This doesn't automatically mean the opportunity is fake, but it should encourage you to verify the recruiter through the company's official website before sharing sensitive information.</w:t>
      </w:r>
    </w:p>
    <w:p w14:paraId="2A255011" w14:textId="77777777" w:rsidR="00535E53" w:rsidRPr="00535E53" w:rsidRDefault="00535E53" w:rsidP="00535E53">
      <w:r w:rsidRPr="00535E53">
        <w:t>________________________________________</w:t>
      </w:r>
    </w:p>
    <w:p w14:paraId="747D67A0" w14:textId="77777777" w:rsidR="00535E53" w:rsidRPr="00535E53" w:rsidRDefault="00535E53" w:rsidP="00535E53">
      <w:r w:rsidRPr="00535E53">
        <w:t>Rule Number Five</w:t>
      </w:r>
    </w:p>
    <w:p w14:paraId="09FD61F6" w14:textId="77777777" w:rsidR="00535E53" w:rsidRPr="00535E53" w:rsidRDefault="00535E53" w:rsidP="00535E53">
      <w:r w:rsidRPr="00535E53">
        <w:t>Read the Job Description Carefully</w:t>
      </w:r>
    </w:p>
    <w:p w14:paraId="58A3BF28" w14:textId="77777777" w:rsidR="00535E53" w:rsidRPr="00535E53" w:rsidRDefault="00535E53" w:rsidP="00535E53">
      <w:r w:rsidRPr="00535E53">
        <w:t>Some fake vacancies reveal themselves through poor details.</w:t>
      </w:r>
    </w:p>
    <w:p w14:paraId="1CE9427E" w14:textId="77777777" w:rsidR="00535E53" w:rsidRPr="00535E53" w:rsidRDefault="00535E53" w:rsidP="00535E53">
      <w:r w:rsidRPr="00535E53">
        <w:rPr>
          <w:b/>
        </w:rPr>
        <w:t>Watch for:</w:t>
      </w:r>
    </w:p>
    <w:p w14:paraId="3BA890E6" w14:textId="77777777" w:rsidR="00535E53" w:rsidRPr="00535E53" w:rsidRDefault="00535E53" w:rsidP="00535E53">
      <w:r w:rsidRPr="00535E53">
        <w:lastRenderedPageBreak/>
        <w:t>•</w:t>
      </w:r>
      <w:r w:rsidRPr="00535E53">
        <w:tab/>
        <w:t xml:space="preserve">Extremely vague responsibilities. </w:t>
      </w:r>
    </w:p>
    <w:p w14:paraId="4CCB9914" w14:textId="77777777" w:rsidR="00535E53" w:rsidRPr="00535E53" w:rsidRDefault="00535E53" w:rsidP="00535E53">
      <w:r w:rsidRPr="00535E53">
        <w:t>•</w:t>
      </w:r>
      <w:r w:rsidRPr="00535E53">
        <w:tab/>
        <w:t xml:space="preserve">Unrealistic salaries with little explanation. </w:t>
      </w:r>
    </w:p>
    <w:p w14:paraId="39BC5FB8" w14:textId="77777777" w:rsidR="00535E53" w:rsidRPr="00535E53" w:rsidRDefault="00535E53" w:rsidP="00535E53">
      <w:r w:rsidRPr="00535E53">
        <w:t>•</w:t>
      </w:r>
      <w:r w:rsidRPr="00535E53">
        <w:tab/>
        <w:t xml:space="preserve">Poor spelling and grammar throughout the posting. </w:t>
      </w:r>
    </w:p>
    <w:p w14:paraId="0AB0EC51" w14:textId="77777777" w:rsidR="00535E53" w:rsidRPr="00535E53" w:rsidRDefault="00535E53" w:rsidP="00535E53">
      <w:r w:rsidRPr="00535E53">
        <w:t>•</w:t>
      </w:r>
      <w:r w:rsidRPr="00535E53">
        <w:tab/>
        <w:t xml:space="preserve">Pressure to respond immediately. </w:t>
      </w:r>
    </w:p>
    <w:p w14:paraId="40668411" w14:textId="77777777" w:rsidR="00535E53" w:rsidRPr="00535E53" w:rsidRDefault="00535E53" w:rsidP="00535E53">
      <w:r w:rsidRPr="00535E53">
        <w:t>•</w:t>
      </w:r>
      <w:r w:rsidRPr="00535E53">
        <w:tab/>
        <w:t xml:space="preserve">Missing company information. </w:t>
      </w:r>
    </w:p>
    <w:p w14:paraId="37E55332" w14:textId="77777777" w:rsidR="00535E53" w:rsidRPr="00535E53" w:rsidRDefault="00535E53" w:rsidP="00535E53">
      <w:r w:rsidRPr="00535E53">
        <w:t>•</w:t>
      </w:r>
      <w:r w:rsidRPr="00535E53">
        <w:tab/>
        <w:t xml:space="preserve">No interview process described. </w:t>
      </w:r>
    </w:p>
    <w:p w14:paraId="73B588E4" w14:textId="77777777" w:rsidR="00535E53" w:rsidRPr="00535E53" w:rsidRDefault="00535E53" w:rsidP="00535E53">
      <w:r w:rsidRPr="00535E53">
        <w:t>A professional employer usually explains the role, responsibilities, qualifications, and application process clearly.</w:t>
      </w:r>
    </w:p>
    <w:p w14:paraId="165189F8" w14:textId="77777777" w:rsidR="00535E53" w:rsidRPr="00535E53" w:rsidRDefault="00535E53" w:rsidP="00535E53">
      <w:r w:rsidRPr="00535E53">
        <w:t>________________________________________</w:t>
      </w:r>
    </w:p>
    <w:p w14:paraId="51269B60" w14:textId="77777777" w:rsidR="00535E53" w:rsidRPr="00535E53" w:rsidRDefault="00535E53" w:rsidP="00535E53">
      <w:r w:rsidRPr="00535E53">
        <w:t>When an Offer Sounds Too Good</w:t>
      </w:r>
    </w:p>
    <w:p w14:paraId="51239920" w14:textId="77777777" w:rsidR="00535E53" w:rsidRPr="00535E53" w:rsidRDefault="00535E53" w:rsidP="00535E53">
      <w:r w:rsidRPr="00535E53">
        <w:rPr>
          <w:b/>
        </w:rPr>
        <w:t>Imagine seeing this advert:</w:t>
      </w:r>
    </w:p>
    <w:p w14:paraId="5DB64600" w14:textId="77777777" w:rsidR="00535E53" w:rsidRPr="00535E53" w:rsidRDefault="00535E53" w:rsidP="00535E53">
      <w:r w:rsidRPr="00535E53">
        <w:t>Work only two hours a day.</w:t>
      </w:r>
    </w:p>
    <w:p w14:paraId="34A864FD" w14:textId="77777777" w:rsidR="00535E53" w:rsidRPr="00535E53" w:rsidRDefault="00535E53" w:rsidP="00535E53">
      <w:r w:rsidRPr="00535E53">
        <w:t>Earn thousands of dollars every week.</w:t>
      </w:r>
    </w:p>
    <w:p w14:paraId="3B370278" w14:textId="77777777" w:rsidR="00535E53" w:rsidRPr="00535E53" w:rsidRDefault="00535E53" w:rsidP="00535E53">
      <w:r w:rsidRPr="00535E53">
        <w:t>No experience required.</w:t>
      </w:r>
    </w:p>
    <w:p w14:paraId="48669726" w14:textId="77777777" w:rsidR="00535E53" w:rsidRPr="00535E53" w:rsidRDefault="00535E53" w:rsidP="00535E53">
      <w:r w:rsidRPr="00535E53">
        <w:t>Immediate employment.</w:t>
      </w:r>
    </w:p>
    <w:p w14:paraId="22C179AD" w14:textId="77777777" w:rsidR="00535E53" w:rsidRPr="00535E53" w:rsidRDefault="00535E53" w:rsidP="00535E53">
      <w:r w:rsidRPr="00535E53">
        <w:t>Unlimited positions available.</w:t>
      </w:r>
    </w:p>
    <w:p w14:paraId="7365B8C3" w14:textId="77777777" w:rsidR="00535E53" w:rsidRPr="00535E53" w:rsidRDefault="00535E53" w:rsidP="00535E53">
      <w:r w:rsidRPr="00535E53">
        <w:t>Could it be genuine?</w:t>
      </w:r>
    </w:p>
    <w:p w14:paraId="206E05A8" w14:textId="77777777" w:rsidR="00535E53" w:rsidRPr="00535E53" w:rsidRDefault="00535E53" w:rsidP="00535E53">
      <w:r w:rsidRPr="00535E53">
        <w:t>Possibly.</w:t>
      </w:r>
    </w:p>
    <w:p w14:paraId="37DBB867" w14:textId="77777777" w:rsidR="00535E53" w:rsidRPr="00535E53" w:rsidRDefault="00535E53" w:rsidP="00535E53">
      <w:r w:rsidRPr="00535E53">
        <w:t>But extraordinary promises deserve extra scrutiny.</w:t>
      </w:r>
    </w:p>
    <w:p w14:paraId="033E0E01" w14:textId="77777777" w:rsidR="00535E53" w:rsidRPr="00535E53" w:rsidRDefault="00535E53" w:rsidP="00535E53">
      <w:r w:rsidRPr="00535E53">
        <w:rPr>
          <w:b/>
        </w:rPr>
        <w:t>Instead of getting excited immediately, ask yourself:</w:t>
      </w:r>
    </w:p>
    <w:p w14:paraId="7EABF3E2" w14:textId="77777777" w:rsidR="00535E53" w:rsidRPr="00535E53" w:rsidRDefault="00535E53" w:rsidP="00535E53">
      <w:r w:rsidRPr="00535E53">
        <w:t>•</w:t>
      </w:r>
      <w:r w:rsidRPr="00535E53">
        <w:tab/>
        <w:t xml:space="preserve">Does this make business sense? </w:t>
      </w:r>
    </w:p>
    <w:p w14:paraId="25B815CC" w14:textId="77777777" w:rsidR="00535E53" w:rsidRPr="00535E53" w:rsidRDefault="00535E53" w:rsidP="00535E53">
      <w:r w:rsidRPr="00535E53">
        <w:t>•</w:t>
      </w:r>
      <w:r w:rsidRPr="00535E53">
        <w:tab/>
        <w:t xml:space="preserve">Why would a company pay so much for so little? </w:t>
      </w:r>
    </w:p>
    <w:p w14:paraId="222904DC" w14:textId="77777777" w:rsidR="00535E53" w:rsidRPr="00535E53" w:rsidRDefault="00535E53" w:rsidP="00535E53">
      <w:r w:rsidRPr="00535E53">
        <w:t>•</w:t>
      </w:r>
      <w:r w:rsidRPr="00535E53">
        <w:tab/>
        <w:t xml:space="preserve">Can I verify this employer elsewhere? </w:t>
      </w:r>
    </w:p>
    <w:p w14:paraId="1AAC25EB" w14:textId="77777777" w:rsidR="00535E53" w:rsidRPr="00535E53" w:rsidRDefault="00535E53" w:rsidP="00535E53">
      <w:r w:rsidRPr="00535E53">
        <w:t>Healthy skepticism protects you.</w:t>
      </w:r>
    </w:p>
    <w:p w14:paraId="59377279" w14:textId="77777777" w:rsidR="00535E53" w:rsidRPr="00535E53" w:rsidRDefault="00535E53" w:rsidP="00535E53">
      <w:r w:rsidRPr="00535E53">
        <w:t>________________________________________</w:t>
      </w:r>
    </w:p>
    <w:p w14:paraId="3F2F7E73" w14:textId="77777777" w:rsidR="00535E53" w:rsidRPr="00535E53" w:rsidRDefault="00535E53" w:rsidP="00535E53">
      <w:r w:rsidRPr="00535E53">
        <w:t>Protect Your Personal Information</w:t>
      </w:r>
    </w:p>
    <w:p w14:paraId="1C12CA3C" w14:textId="77777777" w:rsidR="00535E53" w:rsidRPr="00535E53" w:rsidRDefault="00535E53" w:rsidP="00535E53">
      <w:r w:rsidRPr="00535E53">
        <w:t>Before you've confirmed an employer is legitimate, avoid sharing unnecessary personal details.</w:t>
      </w:r>
    </w:p>
    <w:p w14:paraId="17E52C14" w14:textId="77777777" w:rsidR="00535E53" w:rsidRPr="00535E53" w:rsidRDefault="00535E53" w:rsidP="00535E53">
      <w:r w:rsidRPr="00535E53">
        <w:rPr>
          <w:b/>
        </w:rPr>
        <w:lastRenderedPageBreak/>
        <w:t>For example:</w:t>
      </w:r>
    </w:p>
    <w:p w14:paraId="4DD8AB4B" w14:textId="77777777" w:rsidR="00535E53" w:rsidRPr="00535E53" w:rsidRDefault="00535E53" w:rsidP="00535E53">
      <w:r w:rsidRPr="00535E53">
        <w:t>•</w:t>
      </w:r>
      <w:r w:rsidRPr="00535E53">
        <w:tab/>
        <w:t xml:space="preserve">Bank account information. </w:t>
      </w:r>
    </w:p>
    <w:p w14:paraId="0C3046A6" w14:textId="77777777" w:rsidR="00535E53" w:rsidRPr="00535E53" w:rsidRDefault="00535E53" w:rsidP="00535E53">
      <w:r w:rsidRPr="00535E53">
        <w:t>•</w:t>
      </w:r>
      <w:r w:rsidRPr="00535E53">
        <w:tab/>
        <w:t xml:space="preserve">Debit or credit card details. </w:t>
      </w:r>
    </w:p>
    <w:p w14:paraId="3312FF16" w14:textId="77777777" w:rsidR="00535E53" w:rsidRPr="00535E53" w:rsidRDefault="00535E53" w:rsidP="00535E53">
      <w:r w:rsidRPr="00535E53">
        <w:t>•</w:t>
      </w:r>
      <w:r w:rsidRPr="00535E53">
        <w:tab/>
        <w:t xml:space="preserve">BVN or other sensitive financial information. </w:t>
      </w:r>
    </w:p>
    <w:p w14:paraId="7AD0ABFB" w14:textId="77777777" w:rsidR="00535E53" w:rsidRPr="00535E53" w:rsidRDefault="00535E53" w:rsidP="00535E53">
      <w:r w:rsidRPr="00535E53">
        <w:t>•</w:t>
      </w:r>
      <w:r w:rsidRPr="00535E53">
        <w:tab/>
        <w:t xml:space="preserve">Copies of identity documents unless they're required later in a verified hiring process. </w:t>
      </w:r>
    </w:p>
    <w:p w14:paraId="3262B6D8" w14:textId="77777777" w:rsidR="00535E53" w:rsidRPr="00535E53" w:rsidRDefault="00535E53" w:rsidP="00535E53">
      <w:r w:rsidRPr="00535E53">
        <w:t>Share information gradually and only when you're confident you're dealing with a genuine employer.</w:t>
      </w:r>
    </w:p>
    <w:p w14:paraId="100D3D49" w14:textId="77777777" w:rsidR="00535E53" w:rsidRPr="00535E53" w:rsidRDefault="00535E53" w:rsidP="00535E53">
      <w:r w:rsidRPr="00535E53">
        <w:t>________________________________________</w:t>
      </w:r>
    </w:p>
    <w:p w14:paraId="66F4D190" w14:textId="77777777" w:rsidR="00535E53" w:rsidRPr="00535E53" w:rsidRDefault="00535E53" w:rsidP="00535E53">
      <w:r w:rsidRPr="00535E53">
        <w:t>Tool 1: The Remote Job Vetting Checklist</w:t>
      </w:r>
    </w:p>
    <w:p w14:paraId="59187C6B" w14:textId="77777777" w:rsidR="00535E53" w:rsidRPr="00535E53" w:rsidRDefault="00535E53" w:rsidP="00535E53">
      <w:r w:rsidRPr="00535E53">
        <w:t>Before applying for any remote role, answer these questions.</w:t>
      </w:r>
    </w:p>
    <w:p w14:paraId="1B69FF6C" w14:textId="77777777" w:rsidR="00535E53" w:rsidRPr="00535E53" w:rsidRDefault="00535E53" w:rsidP="00535E53">
      <w:r w:rsidRPr="00535E53">
        <w:t>Question</w:t>
      </w:r>
      <w:r w:rsidRPr="00535E53">
        <w:tab/>
        <w:t>Yes</w:t>
      </w:r>
      <w:r w:rsidRPr="00535E53">
        <w:tab/>
        <w:t>No</w:t>
      </w:r>
    </w:p>
    <w:p w14:paraId="4C7890F3" w14:textId="77777777" w:rsidR="00535E53" w:rsidRPr="00535E53" w:rsidRDefault="00535E53" w:rsidP="00535E53">
      <w:r w:rsidRPr="00535E53">
        <w:t>Does the company have an official website?</w:t>
      </w:r>
      <w:r w:rsidRPr="00535E53">
        <w:tab/>
      </w:r>
      <w:r w:rsidRPr="00535E53">
        <w:rPr>
          <w:rFonts w:ascii="Segoe UI Symbol" w:hAnsi="Segoe UI Symbol" w:cs="Segoe UI Symbol"/>
        </w:rPr>
        <w:t>☐</w:t>
      </w:r>
      <w:r w:rsidRPr="00535E53">
        <w:tab/>
      </w:r>
      <w:r w:rsidRPr="00535E53">
        <w:rPr>
          <w:rFonts w:ascii="Segoe UI Symbol" w:hAnsi="Segoe UI Symbol" w:cs="Segoe UI Symbol"/>
        </w:rPr>
        <w:t>☐</w:t>
      </w:r>
    </w:p>
    <w:p w14:paraId="485D9564" w14:textId="77777777" w:rsidR="00535E53" w:rsidRPr="00535E53" w:rsidRDefault="00535E53" w:rsidP="00535E53">
      <w:r w:rsidRPr="00535E53">
        <w:t>Is the job listed on the company's careers page or another trusted source?</w:t>
      </w:r>
      <w:r w:rsidRPr="00535E53">
        <w:tab/>
      </w:r>
      <w:r w:rsidRPr="00535E53">
        <w:rPr>
          <w:rFonts w:ascii="Segoe UI Symbol" w:hAnsi="Segoe UI Symbol" w:cs="Segoe UI Symbol"/>
        </w:rPr>
        <w:t>☐</w:t>
      </w:r>
      <w:r w:rsidRPr="00535E53">
        <w:tab/>
      </w:r>
      <w:r w:rsidRPr="00535E53">
        <w:rPr>
          <w:rFonts w:ascii="Segoe UI Symbol" w:hAnsi="Segoe UI Symbol" w:cs="Segoe UI Symbol"/>
        </w:rPr>
        <w:t>☐</w:t>
      </w:r>
    </w:p>
    <w:p w14:paraId="4938F25F" w14:textId="77777777" w:rsidR="00535E53" w:rsidRPr="00535E53" w:rsidRDefault="00535E53" w:rsidP="00535E53">
      <w:r w:rsidRPr="00535E53">
        <w:t>Can you find the company on LinkedIn?</w:t>
      </w:r>
      <w:r w:rsidRPr="00535E53">
        <w:tab/>
      </w:r>
      <w:r w:rsidRPr="00535E53">
        <w:rPr>
          <w:rFonts w:ascii="Segoe UI Symbol" w:hAnsi="Segoe UI Symbol" w:cs="Segoe UI Symbol"/>
        </w:rPr>
        <w:t>☐</w:t>
      </w:r>
      <w:r w:rsidRPr="00535E53">
        <w:tab/>
      </w:r>
      <w:r w:rsidRPr="00535E53">
        <w:rPr>
          <w:rFonts w:ascii="Segoe UI Symbol" w:hAnsi="Segoe UI Symbol" w:cs="Segoe UI Symbol"/>
        </w:rPr>
        <w:t>☐</w:t>
      </w:r>
    </w:p>
    <w:p w14:paraId="28B70692" w14:textId="77777777" w:rsidR="00535E53" w:rsidRPr="00535E53" w:rsidRDefault="00535E53" w:rsidP="00535E53">
      <w:r w:rsidRPr="00535E53">
        <w:t>Can you identify employees connected to the company?</w:t>
      </w:r>
      <w:r w:rsidRPr="00535E53">
        <w:tab/>
      </w:r>
      <w:r w:rsidRPr="00535E53">
        <w:rPr>
          <w:rFonts w:ascii="Segoe UI Symbol" w:hAnsi="Segoe UI Symbol" w:cs="Segoe UI Symbol"/>
        </w:rPr>
        <w:t>☐</w:t>
      </w:r>
      <w:r w:rsidRPr="00535E53">
        <w:tab/>
      </w:r>
      <w:r w:rsidRPr="00535E53">
        <w:rPr>
          <w:rFonts w:ascii="Segoe UI Symbol" w:hAnsi="Segoe UI Symbol" w:cs="Segoe UI Symbol"/>
        </w:rPr>
        <w:t>☐</w:t>
      </w:r>
    </w:p>
    <w:p w14:paraId="1083E3A3" w14:textId="77777777" w:rsidR="00535E53" w:rsidRPr="00535E53" w:rsidRDefault="00535E53" w:rsidP="00535E53">
      <w:r w:rsidRPr="00535E53">
        <w:t>Is the job description detailed and professional?</w:t>
      </w:r>
      <w:r w:rsidRPr="00535E53">
        <w:tab/>
      </w:r>
      <w:r w:rsidRPr="00535E53">
        <w:rPr>
          <w:rFonts w:ascii="Segoe UI Symbol" w:hAnsi="Segoe UI Symbol" w:cs="Segoe UI Symbol"/>
        </w:rPr>
        <w:t>☐</w:t>
      </w:r>
      <w:r w:rsidRPr="00535E53">
        <w:tab/>
      </w:r>
      <w:r w:rsidRPr="00535E53">
        <w:rPr>
          <w:rFonts w:ascii="Segoe UI Symbol" w:hAnsi="Segoe UI Symbol" w:cs="Segoe UI Symbol"/>
        </w:rPr>
        <w:t>☐</w:t>
      </w:r>
    </w:p>
    <w:p w14:paraId="2EC09A77" w14:textId="77777777" w:rsidR="00535E53" w:rsidRPr="00535E53" w:rsidRDefault="00535E53" w:rsidP="00535E53">
      <w:r w:rsidRPr="00535E53">
        <w:t>Is the recruiter using a professional company email address?</w:t>
      </w:r>
      <w:r w:rsidRPr="00535E53">
        <w:tab/>
      </w:r>
      <w:r w:rsidRPr="00535E53">
        <w:rPr>
          <w:rFonts w:ascii="Segoe UI Symbol" w:hAnsi="Segoe UI Symbol" w:cs="Segoe UI Symbol"/>
        </w:rPr>
        <w:t>☐</w:t>
      </w:r>
      <w:r w:rsidRPr="00535E53">
        <w:tab/>
      </w:r>
      <w:r w:rsidRPr="00535E53">
        <w:rPr>
          <w:rFonts w:ascii="Segoe UI Symbol" w:hAnsi="Segoe UI Symbol" w:cs="Segoe UI Symbol"/>
        </w:rPr>
        <w:t>☐</w:t>
      </w:r>
    </w:p>
    <w:p w14:paraId="2DF28E30" w14:textId="77777777" w:rsidR="00535E53" w:rsidRPr="00535E53" w:rsidRDefault="00535E53" w:rsidP="00535E53">
      <w:r w:rsidRPr="00535E53">
        <w:t>Have they avoided asking for upfront payments?</w:t>
      </w:r>
      <w:r w:rsidRPr="00535E53">
        <w:tab/>
      </w:r>
      <w:r w:rsidRPr="00535E53">
        <w:rPr>
          <w:rFonts w:ascii="Segoe UI Symbol" w:hAnsi="Segoe UI Symbol" w:cs="Segoe UI Symbol"/>
        </w:rPr>
        <w:t>☐</w:t>
      </w:r>
      <w:r w:rsidRPr="00535E53">
        <w:tab/>
      </w:r>
      <w:r w:rsidRPr="00535E53">
        <w:rPr>
          <w:rFonts w:ascii="Segoe UI Symbol" w:hAnsi="Segoe UI Symbol" w:cs="Segoe UI Symbol"/>
        </w:rPr>
        <w:t>☐</w:t>
      </w:r>
    </w:p>
    <w:p w14:paraId="4D45A1CD" w14:textId="77777777" w:rsidR="00535E53" w:rsidRPr="00535E53" w:rsidRDefault="00535E53" w:rsidP="00535E53">
      <w:r w:rsidRPr="00535E53">
        <w:t>Does the salary seem realistic for the role?</w:t>
      </w:r>
      <w:r w:rsidRPr="00535E53">
        <w:tab/>
      </w:r>
      <w:r w:rsidRPr="00535E53">
        <w:rPr>
          <w:rFonts w:ascii="Segoe UI Symbol" w:hAnsi="Segoe UI Symbol" w:cs="Segoe UI Symbol"/>
        </w:rPr>
        <w:t>☐</w:t>
      </w:r>
      <w:r w:rsidRPr="00535E53">
        <w:tab/>
      </w:r>
      <w:r w:rsidRPr="00535E53">
        <w:rPr>
          <w:rFonts w:ascii="Segoe UI Symbol" w:hAnsi="Segoe UI Symbol" w:cs="Segoe UI Symbol"/>
        </w:rPr>
        <w:t>☐</w:t>
      </w:r>
    </w:p>
    <w:p w14:paraId="035D1190" w14:textId="77777777" w:rsidR="00535E53" w:rsidRPr="00535E53" w:rsidRDefault="00535E53" w:rsidP="00535E53">
      <w:r w:rsidRPr="00535E53">
        <w:t>Is there a clear interview process?</w:t>
      </w:r>
      <w:r w:rsidRPr="00535E53">
        <w:tab/>
      </w:r>
      <w:r w:rsidRPr="00535E53">
        <w:rPr>
          <w:rFonts w:ascii="Segoe UI Symbol" w:hAnsi="Segoe UI Symbol" w:cs="Segoe UI Symbol"/>
        </w:rPr>
        <w:t>☐</w:t>
      </w:r>
      <w:r w:rsidRPr="00535E53">
        <w:tab/>
      </w:r>
      <w:r w:rsidRPr="00535E53">
        <w:rPr>
          <w:rFonts w:ascii="Segoe UI Symbol" w:hAnsi="Segoe UI Symbol" w:cs="Segoe UI Symbol"/>
        </w:rPr>
        <w:t>☐</w:t>
      </w:r>
    </w:p>
    <w:p w14:paraId="24777DDB" w14:textId="77777777" w:rsidR="00535E53" w:rsidRPr="00535E53" w:rsidRDefault="00535E53" w:rsidP="00535E53">
      <w:r w:rsidRPr="00535E53">
        <w:t>Have you independently verified the company?</w:t>
      </w:r>
      <w:r w:rsidRPr="00535E53">
        <w:tab/>
      </w:r>
      <w:r w:rsidRPr="00535E53">
        <w:rPr>
          <w:rFonts w:ascii="Segoe UI Symbol" w:hAnsi="Segoe UI Symbol" w:cs="Segoe UI Symbol"/>
        </w:rPr>
        <w:t>☐</w:t>
      </w:r>
      <w:r w:rsidRPr="00535E53">
        <w:tab/>
      </w:r>
      <w:r w:rsidRPr="00535E53">
        <w:rPr>
          <w:rFonts w:ascii="Segoe UI Symbol" w:hAnsi="Segoe UI Symbol" w:cs="Segoe UI Symbol"/>
        </w:rPr>
        <w:t>☐</w:t>
      </w:r>
    </w:p>
    <w:p w14:paraId="17240B69" w14:textId="77777777" w:rsidR="00535E53" w:rsidRPr="00535E53" w:rsidRDefault="00535E53" w:rsidP="00535E53">
      <w:r w:rsidRPr="00535E53">
        <w:t>How to Use It</w:t>
      </w:r>
    </w:p>
    <w:p w14:paraId="5CD66E3F" w14:textId="77777777" w:rsidR="00535E53" w:rsidRPr="00535E53" w:rsidRDefault="00535E53" w:rsidP="00535E53">
      <w:r w:rsidRPr="00535E53">
        <w:t>•</w:t>
      </w:r>
      <w:r w:rsidRPr="00535E53">
        <w:tab/>
        <w:t xml:space="preserve">9–10 Yes answers: The opportunity appears well-supported. Continue with normal caution. </w:t>
      </w:r>
    </w:p>
    <w:p w14:paraId="29503C15" w14:textId="77777777" w:rsidR="00535E53" w:rsidRPr="00535E53" w:rsidRDefault="00535E53" w:rsidP="00535E53">
      <w:r w:rsidRPr="00535E53">
        <w:t>•</w:t>
      </w:r>
      <w:r w:rsidRPr="00535E53">
        <w:tab/>
        <w:t xml:space="preserve">6–8 Yes answers: Investigate further before applying or sharing sensitive information. </w:t>
      </w:r>
    </w:p>
    <w:p w14:paraId="061DB944" w14:textId="77777777" w:rsidR="00535E53" w:rsidRPr="00535E53" w:rsidRDefault="00535E53" w:rsidP="00535E53">
      <w:r w:rsidRPr="00535E53">
        <w:t>•</w:t>
      </w:r>
      <w:r w:rsidRPr="00535E53">
        <w:tab/>
        <w:t xml:space="preserve">0–5 Yes answers: Treat the opportunity as high risk until you can verify it. </w:t>
      </w:r>
    </w:p>
    <w:p w14:paraId="3D590BB1" w14:textId="77777777" w:rsidR="00535E53" w:rsidRPr="00535E53" w:rsidRDefault="00535E53" w:rsidP="00535E53">
      <w:r w:rsidRPr="00535E53">
        <w:lastRenderedPageBreak/>
        <w:t>This checklist doesn't guarantee a job is legitimate, but it helps you ask the right questions before moving forward.</w:t>
      </w:r>
    </w:p>
    <w:p w14:paraId="1C2262AA" w14:textId="77777777" w:rsidR="00535E53" w:rsidRPr="00535E53" w:rsidRDefault="00535E53" w:rsidP="00535E53">
      <w:r w:rsidRPr="00535E53">
        <w:t>________________________________________</w:t>
      </w:r>
    </w:p>
    <w:p w14:paraId="6E2FD3AB" w14:textId="77777777" w:rsidR="00535E53" w:rsidRPr="00535E53" w:rsidRDefault="00535E53" w:rsidP="00535E53">
      <w:r w:rsidRPr="00535E53">
        <w:t>Tool 2: Scam Warning Log</w:t>
      </w:r>
    </w:p>
    <w:p w14:paraId="3BD84500" w14:textId="77777777" w:rsidR="00535E53" w:rsidRPr="00535E53" w:rsidRDefault="00535E53" w:rsidP="00535E53">
      <w:r w:rsidRPr="00535E53">
        <w:t>Keep a simple record of suspicious opportunities.</w:t>
      </w:r>
    </w:p>
    <w:p w14:paraId="72DBF0D5" w14:textId="77777777" w:rsidR="00535E53" w:rsidRPr="00535E53" w:rsidRDefault="00535E53" w:rsidP="00535E53">
      <w:r w:rsidRPr="00535E53">
        <w:t>Date</w:t>
      </w:r>
      <w:r w:rsidRPr="00535E53">
        <w:tab/>
        <w:t>Company</w:t>
      </w:r>
      <w:r w:rsidRPr="00535E53">
        <w:tab/>
        <w:t>Concern</w:t>
      </w:r>
      <w:r w:rsidRPr="00535E53">
        <w:tab/>
        <w:t>Action Taken</w:t>
      </w:r>
    </w:p>
    <w:p w14:paraId="7AB3016E" w14:textId="77777777" w:rsidR="00535E53" w:rsidRPr="00535E53" w:rsidRDefault="00535E53" w:rsidP="00535E53"/>
    <w:p w14:paraId="404AC216" w14:textId="77777777" w:rsidR="00535E53" w:rsidRPr="00535E53" w:rsidRDefault="00535E53" w:rsidP="00535E53">
      <w:r w:rsidRPr="00535E53">
        <w:t>Writing these down helps you notice patterns and avoid repeating mistakes.</w:t>
      </w:r>
    </w:p>
    <w:p w14:paraId="0F0499D7" w14:textId="77777777" w:rsidR="00535E53" w:rsidRPr="00535E53" w:rsidRDefault="00535E53" w:rsidP="00535E53">
      <w:r w:rsidRPr="00535E53">
        <w:t>________________________________________</w:t>
      </w:r>
    </w:p>
    <w:p w14:paraId="3E8E8A66" w14:textId="77777777" w:rsidR="00535E53" w:rsidRPr="00535E53" w:rsidRDefault="00535E53" w:rsidP="00535E53">
      <w:r w:rsidRPr="00535E53">
        <w:t>A Five-Minute Verification Routine</w:t>
      </w:r>
    </w:p>
    <w:p w14:paraId="7D6034DB" w14:textId="77777777" w:rsidR="00535E53" w:rsidRPr="00535E53" w:rsidRDefault="00535E53" w:rsidP="00535E53">
      <w:r w:rsidRPr="00535E53">
        <w:rPr>
          <w:b/>
        </w:rPr>
        <w:t>Before you click Apply, spend five minutes answering these questions:</w:t>
      </w:r>
    </w:p>
    <w:p w14:paraId="6ED8B289" w14:textId="77777777" w:rsidR="00535E53" w:rsidRPr="00535E53" w:rsidRDefault="00535E53" w:rsidP="00535E53">
      <w:r w:rsidRPr="00535E53">
        <w:t>1.</w:t>
      </w:r>
      <w:r w:rsidRPr="00535E53">
        <w:tab/>
        <w:t>Who is hiring?</w:t>
      </w:r>
    </w:p>
    <w:p w14:paraId="0A463114" w14:textId="77777777" w:rsidR="00535E53" w:rsidRPr="00535E53" w:rsidRDefault="00535E53" w:rsidP="00535E53">
      <w:r w:rsidRPr="00535E53">
        <w:t xml:space="preserve">Can I identify the employer? </w:t>
      </w:r>
    </w:p>
    <w:p w14:paraId="41D570C2" w14:textId="77777777" w:rsidR="00535E53" w:rsidRPr="00535E53" w:rsidRDefault="00535E53" w:rsidP="00535E53">
      <w:r w:rsidRPr="00535E53">
        <w:t>2.</w:t>
      </w:r>
      <w:r w:rsidRPr="00535E53">
        <w:tab/>
        <w:t>What evidence supports this opportunity?</w:t>
      </w:r>
    </w:p>
    <w:p w14:paraId="34538790" w14:textId="77777777" w:rsidR="00535E53" w:rsidRPr="00535E53" w:rsidRDefault="00535E53" w:rsidP="00535E53">
      <w:r w:rsidRPr="00535E53">
        <w:t xml:space="preserve">Official website? Company LinkedIn page? Careers page? </w:t>
      </w:r>
    </w:p>
    <w:p w14:paraId="038464ED" w14:textId="77777777" w:rsidR="00535E53" w:rsidRPr="00535E53" w:rsidRDefault="00535E53" w:rsidP="00535E53">
      <w:r w:rsidRPr="00535E53">
        <w:t>3.</w:t>
      </w:r>
      <w:r w:rsidRPr="00535E53">
        <w:tab/>
        <w:t>What are the warning signs?</w:t>
      </w:r>
    </w:p>
    <w:p w14:paraId="092081C3" w14:textId="77777777" w:rsidR="00535E53" w:rsidRPr="00535E53" w:rsidRDefault="00535E53" w:rsidP="00535E53">
      <w:r w:rsidRPr="00535E53">
        <w:t xml:space="preserve">Urgency, vague descriptions, payment requests, or inconsistent contact details? </w:t>
      </w:r>
    </w:p>
    <w:p w14:paraId="3F1EC904" w14:textId="77777777" w:rsidR="00535E53" w:rsidRPr="00535E53" w:rsidRDefault="00535E53" w:rsidP="00535E53">
      <w:r w:rsidRPr="00535E53">
        <w:t>4.</w:t>
      </w:r>
      <w:r w:rsidRPr="00535E53">
        <w:tab/>
        <w:t>Would I recommend this opportunity to a close friend?</w:t>
      </w:r>
    </w:p>
    <w:p w14:paraId="1B127A9E" w14:textId="77777777" w:rsidR="00535E53" w:rsidRPr="00535E53" w:rsidRDefault="00535E53" w:rsidP="00535E53">
      <w:r w:rsidRPr="00535E53">
        <w:t xml:space="preserve">If your answer is "I'm not sure," pause and investigate further. </w:t>
      </w:r>
    </w:p>
    <w:p w14:paraId="2EF6C2E9" w14:textId="77777777" w:rsidR="00535E53" w:rsidRPr="00535E53" w:rsidRDefault="00535E53" w:rsidP="00535E53">
      <w:r w:rsidRPr="00535E53">
        <w:t>________________________________________</w:t>
      </w:r>
    </w:p>
    <w:p w14:paraId="4BA0315F" w14:textId="77777777" w:rsidR="00535E53" w:rsidRPr="00535E53" w:rsidRDefault="00535E53" w:rsidP="00535E53">
      <w:r w:rsidRPr="00535E53">
        <w:t>Chapter Three Challenge</w:t>
      </w:r>
    </w:p>
    <w:p w14:paraId="5B92E359" w14:textId="77777777" w:rsidR="00535E53" w:rsidRPr="00535E53" w:rsidRDefault="00535E53" w:rsidP="00535E53">
      <w:r w:rsidRPr="00535E53">
        <w:rPr>
          <w:b/>
        </w:rPr>
        <w:t>Over the next two days:</w:t>
      </w:r>
    </w:p>
    <w:p w14:paraId="2D28C55E" w14:textId="77777777" w:rsidR="00535E53" w:rsidRPr="00535E53" w:rsidRDefault="00535E53" w:rsidP="00535E53">
      <w:r w:rsidRPr="00535E53">
        <w:rPr>
          <w:rFonts w:ascii="Segoe UI Symbol" w:hAnsi="Segoe UI Symbol" w:cs="Segoe UI Symbol"/>
        </w:rPr>
        <w:t>☐</w:t>
      </w:r>
      <w:r w:rsidRPr="00535E53">
        <w:t xml:space="preserve"> Verify three companies using the Vetting Checklist.</w:t>
      </w:r>
    </w:p>
    <w:p w14:paraId="1028808B" w14:textId="77777777" w:rsidR="00535E53" w:rsidRPr="00535E53" w:rsidRDefault="00535E53" w:rsidP="00535E53">
      <w:r w:rsidRPr="00535E53">
        <w:rPr>
          <w:rFonts w:ascii="Segoe UI Symbol" w:hAnsi="Segoe UI Symbol" w:cs="Segoe UI Symbol"/>
        </w:rPr>
        <w:t>☐</w:t>
      </w:r>
      <w:r w:rsidRPr="00535E53">
        <w:t xml:space="preserve"> Research one recruiter before responding to a message.</w:t>
      </w:r>
    </w:p>
    <w:p w14:paraId="7CD7FC5B" w14:textId="77777777" w:rsidR="00535E53" w:rsidRPr="00535E53" w:rsidRDefault="00535E53" w:rsidP="00535E53">
      <w:r w:rsidRPr="00535E53">
        <w:rPr>
          <w:rFonts w:ascii="Segoe UI Symbol" w:hAnsi="Segoe UI Symbol" w:cs="Segoe UI Symbol"/>
        </w:rPr>
        <w:t>☐</w:t>
      </w:r>
      <w:r w:rsidRPr="00535E53">
        <w:t xml:space="preserve"> Save the websites of five companies you trust.</w:t>
      </w:r>
    </w:p>
    <w:p w14:paraId="04F9212E" w14:textId="77777777" w:rsidR="00535E53" w:rsidRPr="00535E53" w:rsidRDefault="00535E53" w:rsidP="00535E53">
      <w:r w:rsidRPr="00535E53">
        <w:rPr>
          <w:rFonts w:ascii="Segoe UI Symbol" w:hAnsi="Segoe UI Symbol" w:cs="Segoe UI Symbol"/>
        </w:rPr>
        <w:t>☐</w:t>
      </w:r>
      <w:r w:rsidRPr="00535E53">
        <w:t xml:space="preserve"> Record one suspicious opportunity in your Scam Warning Log—even if you choose not to apply.</w:t>
      </w:r>
    </w:p>
    <w:p w14:paraId="647A8766" w14:textId="77777777" w:rsidR="00535E53" w:rsidRPr="00535E53" w:rsidRDefault="00535E53" w:rsidP="00535E53">
      <w:r w:rsidRPr="00535E53">
        <w:lastRenderedPageBreak/>
        <w:t>By building this habit now, you'll spend less time chasing fake opportunities and more time focusing on genuine ones.</w:t>
      </w:r>
    </w:p>
    <w:p w14:paraId="4BA93BE8" w14:textId="77777777" w:rsidR="00535E53" w:rsidRPr="00535E53" w:rsidRDefault="00535E53" w:rsidP="00535E53">
      <w:r w:rsidRPr="00535E53">
        <w:t>________________________________________</w:t>
      </w:r>
    </w:p>
    <w:p w14:paraId="366C03AE" w14:textId="77777777" w:rsidR="00535E53" w:rsidRPr="00535E53" w:rsidRDefault="00535E53" w:rsidP="00535E53">
      <w:r w:rsidRPr="00535E53">
        <w:t>Key Lessons from Chapter Three</w:t>
      </w:r>
    </w:p>
    <w:p w14:paraId="68D6003A" w14:textId="77777777" w:rsidR="00535E53" w:rsidRPr="00535E53" w:rsidRDefault="00535E53" w:rsidP="00535E53">
      <w:r w:rsidRPr="00535E53">
        <w:rPr>
          <w:b/>
        </w:rPr>
        <w:t>Before moving on, remember these principles:</w:t>
      </w:r>
    </w:p>
    <w:p w14:paraId="74D39EFD" w14:textId="77777777" w:rsidR="00535E53" w:rsidRPr="00535E53" w:rsidRDefault="00535E53" w:rsidP="00535E53">
      <w:r w:rsidRPr="00535E53">
        <w:t>1.</w:t>
      </w:r>
      <w:r w:rsidRPr="00535E53">
        <w:tab/>
        <w:t xml:space="preserve">Excitement should never replace verification. </w:t>
      </w:r>
    </w:p>
    <w:p w14:paraId="75873BA7" w14:textId="77777777" w:rsidR="00535E53" w:rsidRPr="00535E53" w:rsidRDefault="00535E53" w:rsidP="00535E53">
      <w:r w:rsidRPr="00535E53">
        <w:t>2.</w:t>
      </w:r>
      <w:r w:rsidRPr="00535E53">
        <w:tab/>
        <w:t xml:space="preserve">A professional hiring process is transparent, not rushed. </w:t>
      </w:r>
    </w:p>
    <w:p w14:paraId="60087DA9" w14:textId="77777777" w:rsidR="00535E53" w:rsidRPr="00535E53" w:rsidRDefault="00535E53" w:rsidP="00535E53">
      <w:r w:rsidRPr="00535E53">
        <w:t>3.</w:t>
      </w:r>
      <w:r w:rsidRPr="00535E53">
        <w:tab/>
        <w:t xml:space="preserve">Protect your personal and financial information. </w:t>
      </w:r>
    </w:p>
    <w:p w14:paraId="40C9B04F" w14:textId="77777777" w:rsidR="00535E53" w:rsidRPr="00535E53" w:rsidRDefault="00535E53" w:rsidP="00535E53">
      <w:r w:rsidRPr="00535E53">
        <w:t>4.</w:t>
      </w:r>
      <w:r w:rsidRPr="00535E53">
        <w:tab/>
        <w:t xml:space="preserve">Research first, apply second. </w:t>
      </w:r>
    </w:p>
    <w:p w14:paraId="147DA077" w14:textId="77777777" w:rsidR="00535E53" w:rsidRPr="00535E53" w:rsidRDefault="00535E53" w:rsidP="00535E53">
      <w:r w:rsidRPr="00535E53">
        <w:t>5.</w:t>
      </w:r>
      <w:r w:rsidRPr="00535E53">
        <w:tab/>
        <w:t>A consistent vetting routine can save you time, money, and unnecessary disappointment.</w:t>
      </w:r>
    </w:p>
    <w:p w14:paraId="1615B615" w14:textId="77777777" w:rsidR="001C1766" w:rsidRDefault="001C1766"/>
    <w:p w14:paraId="47E07F2B" w14:textId="77777777" w:rsidR="00535E53" w:rsidRDefault="00535E53"/>
    <w:p w14:paraId="3EE9D706" w14:textId="77777777" w:rsidR="00535E53" w:rsidRDefault="00535E53" w:rsidP="00535E53">
      <w:r>
        <w:t xml:space="preserve"> </w:t>
      </w:r>
    </w:p>
    <w:p w14:paraId="2BEAE403" w14:textId="77777777" w:rsidR="00535E53" w:rsidRDefault="00535E53" w:rsidP="00535E53">
      <w:r>
        <w:t>CHAPTER FOUR</w:t>
      </w:r>
    </w:p>
    <w:p w14:paraId="6D3A10F7" w14:textId="77777777" w:rsidR="00535E53" w:rsidRDefault="00535E53" w:rsidP="00535E53">
      <w:r>
        <w:t>Build an ATS-Friendly CV That Gets Noticed</w:t>
      </w:r>
    </w:p>
    <w:p w14:paraId="67A9D7AD" w14:textId="77777777" w:rsidR="00535E53" w:rsidRDefault="00535E53" w:rsidP="00535E53">
      <w:r>
        <w:t>Your CV Is Not Your Life Story</w:t>
      </w:r>
    </w:p>
    <w:p w14:paraId="79C4031A" w14:textId="77777777" w:rsidR="00535E53" w:rsidRDefault="00535E53" w:rsidP="00535E53">
      <w:r>
        <w:t>One of the biggest mistakes I made early in my job search was believing my CV had to include everything I'd ever done.</w:t>
      </w:r>
    </w:p>
    <w:p w14:paraId="6FB7F4ED" w14:textId="77777777" w:rsidR="00535E53" w:rsidRDefault="00535E53" w:rsidP="00535E53">
      <w:r>
        <w:t>Every workshop.</w:t>
      </w:r>
    </w:p>
    <w:p w14:paraId="7F3C2B4B" w14:textId="77777777" w:rsidR="00535E53" w:rsidRDefault="00535E53" w:rsidP="00535E53">
      <w:r>
        <w:t>Every seminar.</w:t>
      </w:r>
    </w:p>
    <w:p w14:paraId="4255DE8C" w14:textId="77777777" w:rsidR="00535E53" w:rsidRDefault="00535E53" w:rsidP="00535E53">
      <w:r>
        <w:t>Every volunteer activity.</w:t>
      </w:r>
    </w:p>
    <w:p w14:paraId="734775E6" w14:textId="77777777" w:rsidR="00535E53" w:rsidRDefault="00535E53" w:rsidP="00535E53">
      <w:r>
        <w:t>Every certificate.</w:t>
      </w:r>
    </w:p>
    <w:p w14:paraId="1782FEFB" w14:textId="77777777" w:rsidR="00535E53" w:rsidRDefault="00535E53" w:rsidP="00535E53">
      <w:r>
        <w:t>My CV became longer.</w:t>
      </w:r>
    </w:p>
    <w:p w14:paraId="177C9191" w14:textId="77777777" w:rsidR="00535E53" w:rsidRDefault="00535E53" w:rsidP="00535E53">
      <w:r>
        <w:t>But it didn't become better.</w:t>
      </w:r>
    </w:p>
    <w:p w14:paraId="20E92BDD" w14:textId="77777777" w:rsidR="00535E53" w:rsidRDefault="00535E53" w:rsidP="00535E53">
      <w:r>
        <w:t>Then my mentor asked me one simple question.</w:t>
      </w:r>
    </w:p>
    <w:p w14:paraId="2C447C00" w14:textId="77777777" w:rsidR="00535E53" w:rsidRDefault="00535E53" w:rsidP="00535E53">
      <w:r>
        <w:t>"If you were hiring someone, would you read all of this?"</w:t>
      </w:r>
    </w:p>
    <w:p w14:paraId="5A55E71D" w14:textId="77777777" w:rsidR="00535E53" w:rsidRDefault="00535E53" w:rsidP="00535E53">
      <w:r>
        <w:t>That question changed how I viewed my CV forever.</w:t>
      </w:r>
    </w:p>
    <w:p w14:paraId="2C901895" w14:textId="77777777" w:rsidR="00535E53" w:rsidRDefault="00535E53" w:rsidP="00535E53">
      <w:r>
        <w:lastRenderedPageBreak/>
        <w:t>Your CV has one job.</w:t>
      </w:r>
    </w:p>
    <w:p w14:paraId="2F0BC5D3" w14:textId="77777777" w:rsidR="00535E53" w:rsidRDefault="00535E53" w:rsidP="00535E53">
      <w:r>
        <w:t>Not to tell your entire life story.</w:t>
      </w:r>
    </w:p>
    <w:p w14:paraId="71B1043E" w14:textId="77777777" w:rsidR="00535E53" w:rsidRDefault="00535E53" w:rsidP="00535E53">
      <w:r>
        <w:t>Not to impress people with fancy words.</w:t>
      </w:r>
    </w:p>
    <w:p w14:paraId="2EFCC180" w14:textId="77777777" w:rsidR="00535E53" w:rsidRDefault="00535E53" w:rsidP="00535E53">
      <w:r>
        <w:t>Not to show everything you've ever achieved.</w:t>
      </w:r>
    </w:p>
    <w:p w14:paraId="31981275" w14:textId="77777777" w:rsidR="00535E53" w:rsidRDefault="00535E53" w:rsidP="00535E53">
      <w:r>
        <w:t>Its job is simple:</w:t>
      </w:r>
    </w:p>
    <w:p w14:paraId="3208ECDE" w14:textId="77777777" w:rsidR="00535E53" w:rsidRDefault="00535E53" w:rsidP="00535E53">
      <w:r>
        <w:t>Convince the recruiter that you're worth interviewing.</w:t>
      </w:r>
    </w:p>
    <w:p w14:paraId="1B73DCBD" w14:textId="77777777" w:rsidR="00535E53" w:rsidRDefault="00535E53" w:rsidP="00535E53">
      <w:r>
        <w:t>Nothing more.</w:t>
      </w:r>
    </w:p>
    <w:p w14:paraId="46E7FB34" w14:textId="77777777" w:rsidR="00535E53" w:rsidRDefault="00535E53" w:rsidP="00535E53">
      <w:r>
        <w:t>Nothing less.</w:t>
      </w:r>
    </w:p>
    <w:p w14:paraId="4C9CCABD" w14:textId="77777777" w:rsidR="00535E53" w:rsidRDefault="00535E53" w:rsidP="00535E53">
      <w:r>
        <w:t>________________________________________</w:t>
      </w:r>
    </w:p>
    <w:p w14:paraId="361A8E20" w14:textId="77777777" w:rsidR="00535E53" w:rsidRDefault="00535E53" w:rsidP="00535E53">
      <w:r>
        <w:t>How Recruiters Actually Read CVs</w:t>
      </w:r>
    </w:p>
    <w:p w14:paraId="33CB36D2" w14:textId="77777777" w:rsidR="00535E53" w:rsidRDefault="00535E53" w:rsidP="00535E53">
      <w:r>
        <w:t>Many job seekers imagine recruiters carefully reading every sentence.</w:t>
      </w:r>
    </w:p>
    <w:p w14:paraId="1602DDEC" w14:textId="77777777" w:rsidR="00535E53" w:rsidRDefault="00535E53" w:rsidP="00535E53">
      <w:r>
        <w:t>Reality is different.</w:t>
      </w:r>
    </w:p>
    <w:p w14:paraId="07087317" w14:textId="77777777" w:rsidR="00535E53" w:rsidRDefault="00535E53" w:rsidP="00535E53">
      <w:r>
        <w:t>Recruiters often review many applications for the same role and need to decide quickly which candidates deserve closer attention.</w:t>
      </w:r>
    </w:p>
    <w:p w14:paraId="6A33F05A" w14:textId="77777777" w:rsidR="00535E53" w:rsidRDefault="00535E53" w:rsidP="00535E53">
      <w:r>
        <w:t>That's why your CV must be easy to scan.</w:t>
      </w:r>
    </w:p>
    <w:p w14:paraId="659892F8" w14:textId="77777777" w:rsidR="00535E53" w:rsidRDefault="00535E53" w:rsidP="00535E53">
      <w:r>
        <w:t>Within the first few moments, a recruiter should be able to answer these questions:</w:t>
      </w:r>
    </w:p>
    <w:p w14:paraId="294B31FA" w14:textId="77777777" w:rsidR="00535E53" w:rsidRDefault="00535E53" w:rsidP="00535E53">
      <w:r>
        <w:t>•</w:t>
      </w:r>
      <w:r>
        <w:tab/>
        <w:t xml:space="preserve">Who is this person? </w:t>
      </w:r>
    </w:p>
    <w:p w14:paraId="44C8FD4A" w14:textId="77777777" w:rsidR="00535E53" w:rsidRDefault="00535E53" w:rsidP="00535E53">
      <w:r>
        <w:t>•</w:t>
      </w:r>
      <w:r>
        <w:tab/>
        <w:t xml:space="preserve">What role are they applying for? </w:t>
      </w:r>
    </w:p>
    <w:p w14:paraId="6DA9E5EF" w14:textId="77777777" w:rsidR="00535E53" w:rsidRDefault="00535E53" w:rsidP="00535E53">
      <w:r>
        <w:t>•</w:t>
      </w:r>
      <w:r>
        <w:tab/>
        <w:t xml:space="preserve">Do they have relevant experience? </w:t>
      </w:r>
    </w:p>
    <w:p w14:paraId="29E6EACD" w14:textId="77777777" w:rsidR="00535E53" w:rsidRDefault="00535E53" w:rsidP="00535E53">
      <w:r>
        <w:t>•</w:t>
      </w:r>
      <w:r>
        <w:tab/>
        <w:t xml:space="preserve">What results have they achieved? </w:t>
      </w:r>
    </w:p>
    <w:p w14:paraId="1ACA8062" w14:textId="77777777" w:rsidR="00535E53" w:rsidRDefault="00535E53" w:rsidP="00535E53">
      <w:r>
        <w:t>•</w:t>
      </w:r>
      <w:r>
        <w:tab/>
        <w:t xml:space="preserve">Should I keep reading? </w:t>
      </w:r>
    </w:p>
    <w:p w14:paraId="65ABF522" w14:textId="77777777" w:rsidR="00535E53" w:rsidRDefault="00535E53" w:rsidP="00535E53">
      <w:r>
        <w:t>If those answers aren't immediately clear, your CV may be overlooked—even if you're qualified.</w:t>
      </w:r>
    </w:p>
    <w:p w14:paraId="10E808C6" w14:textId="77777777" w:rsidR="00535E53" w:rsidRDefault="00535E53" w:rsidP="00535E53">
      <w:r>
        <w:t>________________________________________</w:t>
      </w:r>
    </w:p>
    <w:p w14:paraId="30A54B3A" w14:textId="77777777" w:rsidR="00535E53" w:rsidRDefault="00535E53" w:rsidP="00535E53">
      <w:r>
        <w:t>What Is an Applicant Tracking System (ATS)?</w:t>
      </w:r>
    </w:p>
    <w:p w14:paraId="5043CBDB" w14:textId="77777777" w:rsidR="00535E53" w:rsidRDefault="00535E53" w:rsidP="00535E53">
      <w:r>
        <w:t>Many companies use software called an Applicant Tracking System (ATS) to organize applications.</w:t>
      </w:r>
    </w:p>
    <w:p w14:paraId="53F07DF4" w14:textId="77777777" w:rsidR="00535E53" w:rsidRDefault="00535E53" w:rsidP="00535E53">
      <w:r>
        <w:t>Think of it as a digital filing cabinet.</w:t>
      </w:r>
    </w:p>
    <w:p w14:paraId="4C1CDAF9" w14:textId="77777777" w:rsidR="00535E53" w:rsidRDefault="00535E53" w:rsidP="00535E53">
      <w:r>
        <w:lastRenderedPageBreak/>
        <w:t>It stores applications, helps recruiters search for candidates, and makes it easier to manage large numbers of applicants.</w:t>
      </w:r>
    </w:p>
    <w:p w14:paraId="0A095A6D" w14:textId="77777777" w:rsidR="00535E53" w:rsidRDefault="00535E53" w:rsidP="00535E53">
      <w:r>
        <w:t>This doesn't mean the software decides everything.</w:t>
      </w:r>
    </w:p>
    <w:p w14:paraId="23DEC484" w14:textId="77777777" w:rsidR="00535E53" w:rsidRDefault="00535E53" w:rsidP="00535E53">
      <w:r>
        <w:t>Human recruiters still make hiring decisions.</w:t>
      </w:r>
    </w:p>
    <w:p w14:paraId="3425C948" w14:textId="77777777" w:rsidR="00535E53" w:rsidRDefault="00535E53" w:rsidP="00535E53">
      <w:r>
        <w:t>But if your CV is difficult to read or doesn't clearly match the role, it may be harder for recruiters to find the information they're looking for.</w:t>
      </w:r>
    </w:p>
    <w:p w14:paraId="28A79404" w14:textId="77777777" w:rsidR="00535E53" w:rsidRDefault="00535E53" w:rsidP="00535E53">
      <w:r>
        <w:t>The goal isn't to "beat" the ATS.</w:t>
      </w:r>
    </w:p>
    <w:p w14:paraId="3FE63485" w14:textId="77777777" w:rsidR="00535E53" w:rsidRDefault="00535E53" w:rsidP="00535E53">
      <w:r>
        <w:t>The goal is to make your CV clear for both the software and the recruiter.</w:t>
      </w:r>
    </w:p>
    <w:p w14:paraId="7D79AEB3" w14:textId="77777777" w:rsidR="00535E53" w:rsidRDefault="00535E53" w:rsidP="00535E53">
      <w:r>
        <w:t>________________________________________</w:t>
      </w:r>
    </w:p>
    <w:p w14:paraId="403007CE" w14:textId="77777777" w:rsidR="00535E53" w:rsidRDefault="00535E53" w:rsidP="00535E53">
      <w:r>
        <w:t>Build One Master CV First</w:t>
      </w:r>
    </w:p>
    <w:p w14:paraId="0DA85091" w14:textId="77777777" w:rsidR="00535E53" w:rsidRDefault="00535E53" w:rsidP="00535E53">
      <w:r>
        <w:t>Remember the Master CV we created in Chapter One?</w:t>
      </w:r>
    </w:p>
    <w:p w14:paraId="0D277F47" w14:textId="77777777" w:rsidR="00535E53" w:rsidRDefault="00535E53" w:rsidP="00535E53">
      <w:r>
        <w:t>Now you'll understand why it matters.</w:t>
      </w:r>
    </w:p>
    <w:p w14:paraId="3F4A8DE6" w14:textId="77777777" w:rsidR="00535E53" w:rsidRDefault="00535E53" w:rsidP="00535E53">
      <w:r>
        <w:t>Your Master CV is your personal archive.</w:t>
      </w:r>
    </w:p>
    <w:p w14:paraId="2A3298DB" w14:textId="77777777" w:rsidR="00535E53" w:rsidRDefault="00535E53" w:rsidP="00535E53">
      <w:r>
        <w:t>It contains:</w:t>
      </w:r>
    </w:p>
    <w:p w14:paraId="721EDD67" w14:textId="77777777" w:rsidR="00535E53" w:rsidRDefault="00535E53" w:rsidP="00535E53">
      <w:r>
        <w:t>•</w:t>
      </w:r>
      <w:r>
        <w:tab/>
        <w:t xml:space="preserve">Every job you've held. </w:t>
      </w:r>
    </w:p>
    <w:p w14:paraId="25209C13" w14:textId="77777777" w:rsidR="00535E53" w:rsidRDefault="00535E53" w:rsidP="00535E53">
      <w:r>
        <w:t>•</w:t>
      </w:r>
      <w:r>
        <w:tab/>
        <w:t xml:space="preserve">Every project. </w:t>
      </w:r>
    </w:p>
    <w:p w14:paraId="6F104EDB" w14:textId="77777777" w:rsidR="00535E53" w:rsidRDefault="00535E53" w:rsidP="00535E53">
      <w:r>
        <w:t>•</w:t>
      </w:r>
      <w:r>
        <w:tab/>
        <w:t xml:space="preserve">Every achievement. </w:t>
      </w:r>
    </w:p>
    <w:p w14:paraId="5FAE0C1C" w14:textId="77777777" w:rsidR="00535E53" w:rsidRDefault="00535E53" w:rsidP="00535E53">
      <w:r>
        <w:t>•</w:t>
      </w:r>
      <w:r>
        <w:tab/>
        <w:t xml:space="preserve">Every certification. </w:t>
      </w:r>
    </w:p>
    <w:p w14:paraId="33138562" w14:textId="77777777" w:rsidR="00535E53" w:rsidRDefault="00535E53" w:rsidP="00535E53">
      <w:r>
        <w:t>•</w:t>
      </w:r>
      <w:r>
        <w:tab/>
        <w:t xml:space="preserve">Every skill. </w:t>
      </w:r>
    </w:p>
    <w:p w14:paraId="0EF0DA12" w14:textId="77777777" w:rsidR="00535E53" w:rsidRDefault="00535E53" w:rsidP="00535E53">
      <w:r>
        <w:t>•</w:t>
      </w:r>
      <w:r>
        <w:tab/>
        <w:t xml:space="preserve">Every volunteer role. </w:t>
      </w:r>
    </w:p>
    <w:p w14:paraId="48EA935E" w14:textId="77777777" w:rsidR="00535E53" w:rsidRDefault="00535E53" w:rsidP="00535E53">
      <w:r>
        <w:t>•</w:t>
      </w:r>
      <w:r>
        <w:tab/>
        <w:t xml:space="preserve">Every measurable result. </w:t>
      </w:r>
    </w:p>
    <w:p w14:paraId="6A246B24" w14:textId="77777777" w:rsidR="00535E53" w:rsidRDefault="00535E53" w:rsidP="00535E53">
      <w:r>
        <w:t>You never send this document to employers.</w:t>
      </w:r>
    </w:p>
    <w:p w14:paraId="122F36CC" w14:textId="77777777" w:rsidR="00535E53" w:rsidRDefault="00535E53" w:rsidP="00535E53">
      <w:r>
        <w:t>Instead, you copy relevant information into a shorter CV tailored to the specific role.</w:t>
      </w:r>
    </w:p>
    <w:p w14:paraId="3855E71C" w14:textId="77777777" w:rsidR="00535E53" w:rsidRDefault="00535E53" w:rsidP="00535E53">
      <w:r>
        <w:t>That way, every application feels focused instead of generic.</w:t>
      </w:r>
    </w:p>
    <w:p w14:paraId="528FDD16" w14:textId="77777777" w:rsidR="00535E53" w:rsidRDefault="00535E53" w:rsidP="00535E53">
      <w:r>
        <w:t>________________________________________</w:t>
      </w:r>
    </w:p>
    <w:p w14:paraId="74216C81" w14:textId="77777777" w:rsidR="00535E53" w:rsidRDefault="00535E53" w:rsidP="00535E53">
      <w:r>
        <w:t>The Six Sections Every Strong CV Needs</w:t>
      </w:r>
    </w:p>
    <w:p w14:paraId="414C970F" w14:textId="77777777" w:rsidR="00535E53" w:rsidRDefault="00535E53" w:rsidP="00535E53">
      <w:r>
        <w:t>Let's build your CV from the top down.</w:t>
      </w:r>
    </w:p>
    <w:p w14:paraId="324C0094" w14:textId="77777777" w:rsidR="00535E53" w:rsidRDefault="00535E53" w:rsidP="00535E53">
      <w:r>
        <w:lastRenderedPageBreak/>
        <w:t>1. Contact Information</w:t>
      </w:r>
    </w:p>
    <w:p w14:paraId="28BEF759" w14:textId="77777777" w:rsidR="00535E53" w:rsidRDefault="00535E53" w:rsidP="00535E53">
      <w:r>
        <w:t>Keep it simple.</w:t>
      </w:r>
    </w:p>
    <w:p w14:paraId="4123D30B" w14:textId="77777777" w:rsidR="00535E53" w:rsidRDefault="00535E53" w:rsidP="00535E53">
      <w:r>
        <w:t>Include:</w:t>
      </w:r>
    </w:p>
    <w:p w14:paraId="1664324D" w14:textId="77777777" w:rsidR="00535E53" w:rsidRDefault="00535E53" w:rsidP="00535E53">
      <w:r>
        <w:t>•</w:t>
      </w:r>
      <w:r>
        <w:tab/>
        <w:t xml:space="preserve">Full name </w:t>
      </w:r>
    </w:p>
    <w:p w14:paraId="1CEA7DA1" w14:textId="77777777" w:rsidR="00535E53" w:rsidRDefault="00535E53" w:rsidP="00535E53">
      <w:r>
        <w:t>•</w:t>
      </w:r>
      <w:r>
        <w:tab/>
        <w:t xml:space="preserve">Professional email address </w:t>
      </w:r>
    </w:p>
    <w:p w14:paraId="6AE2522B" w14:textId="77777777" w:rsidR="00535E53" w:rsidRDefault="00535E53" w:rsidP="00535E53">
      <w:r>
        <w:t>•</w:t>
      </w:r>
      <w:r>
        <w:tab/>
        <w:t xml:space="preserve">Phone number </w:t>
      </w:r>
    </w:p>
    <w:p w14:paraId="07771CCF" w14:textId="77777777" w:rsidR="00535E53" w:rsidRDefault="00535E53" w:rsidP="00535E53">
      <w:r>
        <w:t>•</w:t>
      </w:r>
      <w:r>
        <w:tab/>
        <w:t xml:space="preserve">City and country </w:t>
      </w:r>
    </w:p>
    <w:p w14:paraId="7F98D4F0" w14:textId="77777777" w:rsidR="00535E53" w:rsidRDefault="00535E53" w:rsidP="00535E53">
      <w:r>
        <w:t>•</w:t>
      </w:r>
      <w:r>
        <w:tab/>
        <w:t xml:space="preserve">LinkedIn profile (if updated) </w:t>
      </w:r>
    </w:p>
    <w:p w14:paraId="252DEDAE" w14:textId="77777777" w:rsidR="00535E53" w:rsidRDefault="00535E53" w:rsidP="00535E53">
      <w:r>
        <w:t>You don't need to include:</w:t>
      </w:r>
    </w:p>
    <w:p w14:paraId="6E03F4AA" w14:textId="77777777" w:rsidR="00535E53" w:rsidRDefault="00535E53" w:rsidP="00535E53">
      <w:r>
        <w:t>•</w:t>
      </w:r>
      <w:r>
        <w:tab/>
        <w:t xml:space="preserve">Marital status </w:t>
      </w:r>
    </w:p>
    <w:p w14:paraId="28CE1066" w14:textId="77777777" w:rsidR="00535E53" w:rsidRDefault="00535E53" w:rsidP="00535E53">
      <w:r>
        <w:t>•</w:t>
      </w:r>
      <w:r>
        <w:tab/>
        <w:t xml:space="preserve">Religion </w:t>
      </w:r>
    </w:p>
    <w:p w14:paraId="0457EF9A" w14:textId="77777777" w:rsidR="00535E53" w:rsidRDefault="00535E53" w:rsidP="00535E53">
      <w:r>
        <w:t>•</w:t>
      </w:r>
      <w:r>
        <w:tab/>
        <w:t xml:space="preserve">State of origin </w:t>
      </w:r>
    </w:p>
    <w:p w14:paraId="3C8F928E" w14:textId="77777777" w:rsidR="00535E53" w:rsidRDefault="00535E53" w:rsidP="00535E53">
      <w:r>
        <w:t>•</w:t>
      </w:r>
      <w:r>
        <w:tab/>
        <w:t xml:space="preserve">Nationality (unless specifically requested) </w:t>
      </w:r>
    </w:p>
    <w:p w14:paraId="6AF6207C" w14:textId="77777777" w:rsidR="00535E53" w:rsidRDefault="00535E53" w:rsidP="00535E53">
      <w:r>
        <w:t>•</w:t>
      </w:r>
      <w:r>
        <w:tab/>
        <w:t xml:space="preserve">Passport photograph (unless customary or requested) </w:t>
      </w:r>
    </w:p>
    <w:p w14:paraId="7F491926" w14:textId="77777777" w:rsidR="00535E53" w:rsidRDefault="00535E53" w:rsidP="00535E53">
      <w:r>
        <w:t>Professionalism starts with simplicity.</w:t>
      </w:r>
    </w:p>
    <w:p w14:paraId="3256BA6C" w14:textId="77777777" w:rsidR="00535E53" w:rsidRDefault="00535E53" w:rsidP="00535E53">
      <w:r>
        <w:t>________________________________________</w:t>
      </w:r>
    </w:p>
    <w:p w14:paraId="443A7F33" w14:textId="77777777" w:rsidR="00535E53" w:rsidRDefault="00535E53" w:rsidP="00535E53">
      <w:r>
        <w:t>2. Professional Summary</w:t>
      </w:r>
    </w:p>
    <w:p w14:paraId="132EA9B0" w14:textId="77777777" w:rsidR="00535E53" w:rsidRDefault="00535E53" w:rsidP="00535E53">
      <w:r>
        <w:t>This is your introduction.</w:t>
      </w:r>
    </w:p>
    <w:p w14:paraId="00307678" w14:textId="77777777" w:rsidR="00535E53" w:rsidRDefault="00535E53" w:rsidP="00535E53">
      <w:r>
        <w:t>Keep it short.</w:t>
      </w:r>
    </w:p>
    <w:p w14:paraId="5E3D8F8A" w14:textId="77777777" w:rsidR="00535E53" w:rsidRDefault="00535E53" w:rsidP="00535E53">
      <w:r>
        <w:t>Three to five sentences are enough.</w:t>
      </w:r>
    </w:p>
    <w:p w14:paraId="7AB898F1" w14:textId="77777777" w:rsidR="00535E53" w:rsidRDefault="00535E53" w:rsidP="00535E53">
      <w:r>
        <w:t>Instead of saying:</w:t>
      </w:r>
    </w:p>
    <w:p w14:paraId="16D04ECA" w14:textId="77777777" w:rsidR="00535E53" w:rsidRDefault="00535E53" w:rsidP="00535E53">
      <w:r>
        <w:t>"I am hardworking and dedicated."</w:t>
      </w:r>
    </w:p>
    <w:p w14:paraId="506B4AF6" w14:textId="77777777" w:rsidR="00535E53" w:rsidRDefault="00535E53" w:rsidP="00535E53">
      <w:r>
        <w:t>Show value.</w:t>
      </w:r>
    </w:p>
    <w:p w14:paraId="3F27A652" w14:textId="77777777" w:rsidR="00535E53" w:rsidRDefault="00535E53" w:rsidP="00535E53">
      <w:r>
        <w:t>For example:</w:t>
      </w:r>
    </w:p>
    <w:p w14:paraId="6F24614B" w14:textId="77777777" w:rsidR="00535E53" w:rsidRDefault="00535E53" w:rsidP="00535E53">
      <w:r>
        <w:t>Customer Support Professional with three years of experience helping customers resolve technical issues and improve satisfaction. Skilled in CRM systems, written communication, and problem-solving. Seeking a remote role where I can deliver excellent customer experiences while contributing to team success.</w:t>
      </w:r>
    </w:p>
    <w:p w14:paraId="61B55B5A" w14:textId="77777777" w:rsidR="00535E53" w:rsidRDefault="00535E53" w:rsidP="00535E53">
      <w:r>
        <w:lastRenderedPageBreak/>
        <w:t>Notice the difference.</w:t>
      </w:r>
    </w:p>
    <w:p w14:paraId="057E7520" w14:textId="77777777" w:rsidR="00535E53" w:rsidRDefault="00535E53" w:rsidP="00535E53">
      <w:r>
        <w:t>It tells the recruiter:</w:t>
      </w:r>
    </w:p>
    <w:p w14:paraId="5F5FEF8A" w14:textId="77777777" w:rsidR="00535E53" w:rsidRDefault="00535E53" w:rsidP="00535E53">
      <w:r>
        <w:t>•</w:t>
      </w:r>
      <w:r>
        <w:tab/>
        <w:t xml:space="preserve">Who you are. </w:t>
      </w:r>
    </w:p>
    <w:p w14:paraId="7E7573B2" w14:textId="77777777" w:rsidR="00535E53" w:rsidRDefault="00535E53" w:rsidP="00535E53">
      <w:r>
        <w:t>•</w:t>
      </w:r>
      <w:r>
        <w:tab/>
        <w:t xml:space="preserve">What you've done. </w:t>
      </w:r>
    </w:p>
    <w:p w14:paraId="7AE46973" w14:textId="77777777" w:rsidR="00535E53" w:rsidRDefault="00535E53" w:rsidP="00535E53">
      <w:r>
        <w:t>•</w:t>
      </w:r>
      <w:r>
        <w:tab/>
        <w:t xml:space="preserve">What you can offer. </w:t>
      </w:r>
    </w:p>
    <w:p w14:paraId="27AE4F4C" w14:textId="77777777" w:rsidR="00535E53" w:rsidRDefault="00535E53" w:rsidP="00535E53">
      <w:r>
        <w:t>________________________________________</w:t>
      </w:r>
    </w:p>
    <w:p w14:paraId="6524ED73" w14:textId="77777777" w:rsidR="00535E53" w:rsidRDefault="00535E53" w:rsidP="00535E53">
      <w:r>
        <w:t>3. Core Skills</w:t>
      </w:r>
    </w:p>
    <w:p w14:paraId="54B6429F" w14:textId="77777777" w:rsidR="00535E53" w:rsidRDefault="00535E53" w:rsidP="00535E53">
      <w:r>
        <w:t>List skills that are relevant to the job.</w:t>
      </w:r>
    </w:p>
    <w:p w14:paraId="6F26B28A" w14:textId="77777777" w:rsidR="00535E53" w:rsidRDefault="00535E53" w:rsidP="00535E53">
      <w:r>
        <w:t>Examples:</w:t>
      </w:r>
    </w:p>
    <w:p w14:paraId="3A9C3DBC" w14:textId="77777777" w:rsidR="00535E53" w:rsidRDefault="00535E53" w:rsidP="00535E53">
      <w:r>
        <w:t>Customer Support</w:t>
      </w:r>
    </w:p>
    <w:p w14:paraId="16F93AD4" w14:textId="77777777" w:rsidR="00535E53" w:rsidRDefault="00535E53" w:rsidP="00535E53">
      <w:r>
        <w:t>Microsoft Excel</w:t>
      </w:r>
    </w:p>
    <w:p w14:paraId="72528F36" w14:textId="77777777" w:rsidR="00535E53" w:rsidRDefault="00535E53" w:rsidP="00535E53">
      <w:r>
        <w:t>Google Workspace</w:t>
      </w:r>
    </w:p>
    <w:p w14:paraId="644CED4C" w14:textId="77777777" w:rsidR="00535E53" w:rsidRDefault="00535E53" w:rsidP="00535E53">
      <w:r>
        <w:t>CRM Software</w:t>
      </w:r>
    </w:p>
    <w:p w14:paraId="76385EFD" w14:textId="77777777" w:rsidR="00535E53" w:rsidRDefault="00535E53" w:rsidP="00535E53">
      <w:r>
        <w:t>Slack</w:t>
      </w:r>
    </w:p>
    <w:p w14:paraId="6BA0FCB4" w14:textId="77777777" w:rsidR="00535E53" w:rsidRDefault="00535E53" w:rsidP="00535E53">
      <w:r>
        <w:t>Project Coordination</w:t>
      </w:r>
    </w:p>
    <w:p w14:paraId="1A0B7BB4" w14:textId="77777777" w:rsidR="00535E53" w:rsidRDefault="00535E53" w:rsidP="00535E53">
      <w:r>
        <w:t>Communication</w:t>
      </w:r>
    </w:p>
    <w:p w14:paraId="45957B09" w14:textId="77777777" w:rsidR="00535E53" w:rsidRDefault="00535E53" w:rsidP="00535E53">
      <w:r>
        <w:t>Problem Solving</w:t>
      </w:r>
    </w:p>
    <w:p w14:paraId="129DEF86" w14:textId="77777777" w:rsidR="00535E53" w:rsidRDefault="00535E53" w:rsidP="00535E53">
      <w:r>
        <w:t>Time Management</w:t>
      </w:r>
    </w:p>
    <w:p w14:paraId="4FFAA6B2" w14:textId="77777777" w:rsidR="00535E53" w:rsidRDefault="00535E53" w:rsidP="00535E53">
      <w:r>
        <w:t>Only include skills you can genuinely demonstrate.</w:t>
      </w:r>
    </w:p>
    <w:p w14:paraId="5DD9CB49" w14:textId="77777777" w:rsidR="00535E53" w:rsidRDefault="00535E53" w:rsidP="00535E53">
      <w:r>
        <w:t>________________________________________</w:t>
      </w:r>
    </w:p>
    <w:p w14:paraId="07589A72" w14:textId="77777777" w:rsidR="00535E53" w:rsidRDefault="00535E53" w:rsidP="00535E53">
      <w:r>
        <w:t>4. Work Experience</w:t>
      </w:r>
    </w:p>
    <w:p w14:paraId="6D29C29B" w14:textId="77777777" w:rsidR="00535E53" w:rsidRDefault="00535E53" w:rsidP="00535E53">
      <w:r>
        <w:t>This is where many CVs become weak.</w:t>
      </w:r>
    </w:p>
    <w:p w14:paraId="761BA12D" w14:textId="77777777" w:rsidR="00535E53" w:rsidRDefault="00535E53" w:rsidP="00535E53">
      <w:r>
        <w:t>Don't simply describe your duties.</w:t>
      </w:r>
    </w:p>
    <w:p w14:paraId="1D0338B5" w14:textId="77777777" w:rsidR="00535E53" w:rsidRDefault="00535E53" w:rsidP="00535E53">
      <w:r>
        <w:t>Show your impact.</w:t>
      </w:r>
    </w:p>
    <w:p w14:paraId="1FA326E3" w14:textId="77777777" w:rsidR="00535E53" w:rsidRDefault="00535E53" w:rsidP="00535E53">
      <w:r>
        <w:t>Weak Example</w:t>
      </w:r>
    </w:p>
    <w:p w14:paraId="51178F9B" w14:textId="77777777" w:rsidR="00535E53" w:rsidRDefault="00535E53" w:rsidP="00535E53">
      <w:r>
        <w:t>Answered customer emails.</w:t>
      </w:r>
    </w:p>
    <w:p w14:paraId="0FED0F8B" w14:textId="77777777" w:rsidR="00535E53" w:rsidRDefault="00535E53" w:rsidP="00535E53">
      <w:r>
        <w:lastRenderedPageBreak/>
        <w:t>Better Example</w:t>
      </w:r>
    </w:p>
    <w:p w14:paraId="1479FFFF" w14:textId="77777777" w:rsidR="00535E53" w:rsidRDefault="00535E53" w:rsidP="00535E53">
      <w:r>
        <w:t>Resolved customer enquiries through email and live chat while maintaining high customer satisfaction.</w:t>
      </w:r>
    </w:p>
    <w:p w14:paraId="275E8B77" w14:textId="77777777" w:rsidR="00535E53" w:rsidRDefault="00535E53" w:rsidP="00535E53">
      <w:r>
        <w:t>Even Better</w:t>
      </w:r>
    </w:p>
    <w:p w14:paraId="7119260D" w14:textId="77777777" w:rsidR="00535E53" w:rsidRDefault="00535E53" w:rsidP="00535E53">
      <w:r>
        <w:t>Resolved more than 60 customer enquiries weekly through email and live chat while consistently meeting internal response-time targets.</w:t>
      </w:r>
    </w:p>
    <w:p w14:paraId="6CD5A80C" w14:textId="77777777" w:rsidR="00535E53" w:rsidRDefault="00535E53" w:rsidP="00535E53">
      <w:r>
        <w:t>Specific examples help recruiters understand the scale of your work.</w:t>
      </w:r>
    </w:p>
    <w:p w14:paraId="5B9CC0C7" w14:textId="77777777" w:rsidR="00535E53" w:rsidRDefault="00535E53" w:rsidP="00535E53">
      <w:r>
        <w:t>If you don't have numbers, focus on clear achievements or responsibilities that demonstrate value.</w:t>
      </w:r>
    </w:p>
    <w:p w14:paraId="279C8C34" w14:textId="77777777" w:rsidR="00535E53" w:rsidRDefault="00535E53" w:rsidP="00535E53">
      <w:r>
        <w:t>________________________________________</w:t>
      </w:r>
    </w:p>
    <w:p w14:paraId="3BBB6EAC" w14:textId="77777777" w:rsidR="00535E53" w:rsidRDefault="00535E53" w:rsidP="00535E53">
      <w:r>
        <w:t>5. Education</w:t>
      </w:r>
    </w:p>
    <w:p w14:paraId="209196C6" w14:textId="77777777" w:rsidR="00535E53" w:rsidRDefault="00535E53" w:rsidP="00535E53">
      <w:r>
        <w:t>Include:</w:t>
      </w:r>
    </w:p>
    <w:p w14:paraId="0C51FF0D" w14:textId="77777777" w:rsidR="00535E53" w:rsidRDefault="00535E53" w:rsidP="00535E53">
      <w:r>
        <w:t>Qualification</w:t>
      </w:r>
    </w:p>
    <w:p w14:paraId="40B25663" w14:textId="77777777" w:rsidR="00535E53" w:rsidRDefault="00535E53" w:rsidP="00535E53">
      <w:r>
        <w:t>Institution</w:t>
      </w:r>
    </w:p>
    <w:p w14:paraId="14A8E471" w14:textId="77777777" w:rsidR="00535E53" w:rsidRDefault="00535E53" w:rsidP="00535E53">
      <w:r>
        <w:t>Graduation year (optional if you prefer)</w:t>
      </w:r>
    </w:p>
    <w:p w14:paraId="2E5079AD" w14:textId="77777777" w:rsidR="00535E53" w:rsidRDefault="00535E53" w:rsidP="00535E53">
      <w:r>
        <w:t>Relevant certifications</w:t>
      </w:r>
    </w:p>
    <w:p w14:paraId="6058A548" w14:textId="77777777" w:rsidR="00535E53" w:rsidRDefault="00535E53" w:rsidP="00535E53">
      <w:r>
        <w:t>Keep this section clean and easy to read.</w:t>
      </w:r>
    </w:p>
    <w:p w14:paraId="43C9A747" w14:textId="77777777" w:rsidR="00535E53" w:rsidRDefault="00535E53" w:rsidP="00535E53">
      <w:r>
        <w:t>________________________________________</w:t>
      </w:r>
    </w:p>
    <w:p w14:paraId="2A232CC1" w14:textId="77777777" w:rsidR="00535E53" w:rsidRDefault="00535E53" w:rsidP="00535E53">
      <w:r>
        <w:t>6. Additional Sections</w:t>
      </w:r>
    </w:p>
    <w:p w14:paraId="2278B96A" w14:textId="77777777" w:rsidR="00535E53" w:rsidRDefault="00535E53" w:rsidP="00535E53">
      <w:r>
        <w:t>Depending on your background, you may include:</w:t>
      </w:r>
    </w:p>
    <w:p w14:paraId="0C6DCE0F" w14:textId="77777777" w:rsidR="00535E53" w:rsidRDefault="00535E53" w:rsidP="00535E53">
      <w:r>
        <w:t>Projects</w:t>
      </w:r>
    </w:p>
    <w:p w14:paraId="6B86D1EA" w14:textId="77777777" w:rsidR="00535E53" w:rsidRDefault="00535E53" w:rsidP="00535E53">
      <w:r>
        <w:t>Volunteer Experience</w:t>
      </w:r>
    </w:p>
    <w:p w14:paraId="2E2FEE40" w14:textId="77777777" w:rsidR="00535E53" w:rsidRDefault="00535E53" w:rsidP="00535E53">
      <w:r>
        <w:t>Languages</w:t>
      </w:r>
    </w:p>
    <w:p w14:paraId="7FD3EAFB" w14:textId="77777777" w:rsidR="00535E53" w:rsidRDefault="00535E53" w:rsidP="00535E53">
      <w:r>
        <w:t>Technical Skills</w:t>
      </w:r>
    </w:p>
    <w:p w14:paraId="7FEAA84C" w14:textId="77777777" w:rsidR="00535E53" w:rsidRDefault="00535E53" w:rsidP="00535E53">
      <w:r>
        <w:t>Professional Certifications</w:t>
      </w:r>
    </w:p>
    <w:p w14:paraId="68477B65" w14:textId="77777777" w:rsidR="00535E53" w:rsidRDefault="00535E53" w:rsidP="00535E53">
      <w:r>
        <w:t>Awards</w:t>
      </w:r>
    </w:p>
    <w:p w14:paraId="1955C16A" w14:textId="77777777" w:rsidR="00535E53" w:rsidRDefault="00535E53" w:rsidP="00535E53">
      <w:r>
        <w:t>Only include sections that strengthen your application.</w:t>
      </w:r>
    </w:p>
    <w:p w14:paraId="09E9AC52" w14:textId="77777777" w:rsidR="00535E53" w:rsidRDefault="00535E53" w:rsidP="00535E53">
      <w:r>
        <w:t>________________________________________</w:t>
      </w:r>
    </w:p>
    <w:p w14:paraId="64846ABA" w14:textId="77777777" w:rsidR="00535E53" w:rsidRDefault="00535E53" w:rsidP="00535E53">
      <w:r>
        <w:lastRenderedPageBreak/>
        <w:t>Tailor Your CV for Every Application</w:t>
      </w:r>
    </w:p>
    <w:p w14:paraId="46FF5077" w14:textId="77777777" w:rsidR="00535E53" w:rsidRDefault="00535E53" w:rsidP="00535E53">
      <w:r>
        <w:t>One CV should not fit every job.</w:t>
      </w:r>
    </w:p>
    <w:p w14:paraId="4BBEB87A" w14:textId="77777777" w:rsidR="00535E53" w:rsidRDefault="00535E53" w:rsidP="00535E53">
      <w:r>
        <w:t>Before applying, compare your CV with the job description.</w:t>
      </w:r>
    </w:p>
    <w:p w14:paraId="6EB7F297" w14:textId="77777777" w:rsidR="00535E53" w:rsidRDefault="00535E53" w:rsidP="00535E53">
      <w:r>
        <w:t>Ask yourself:</w:t>
      </w:r>
    </w:p>
    <w:p w14:paraId="21E275A1" w14:textId="77777777" w:rsidR="00535E53" w:rsidRDefault="00535E53" w:rsidP="00535E53">
      <w:r>
        <w:t>•</w:t>
      </w:r>
      <w:r>
        <w:tab/>
        <w:t xml:space="preserve">Which skills does this employer value? </w:t>
      </w:r>
    </w:p>
    <w:p w14:paraId="07C77530" w14:textId="77777777" w:rsidR="00535E53" w:rsidRDefault="00535E53" w:rsidP="00535E53">
      <w:r>
        <w:t>•</w:t>
      </w:r>
      <w:r>
        <w:tab/>
        <w:t xml:space="preserve">Which experience is most relevant? </w:t>
      </w:r>
    </w:p>
    <w:p w14:paraId="09E761CC" w14:textId="77777777" w:rsidR="00535E53" w:rsidRDefault="00535E53" w:rsidP="00535E53">
      <w:r>
        <w:t>•</w:t>
      </w:r>
      <w:r>
        <w:tab/>
        <w:t xml:space="preserve">Which achievements best demonstrate those skills? </w:t>
      </w:r>
    </w:p>
    <w:p w14:paraId="0C9F7ACC" w14:textId="77777777" w:rsidR="00535E53" w:rsidRDefault="00535E53" w:rsidP="00535E53">
      <w:r>
        <w:t>Then adjust your CV accordingly.</w:t>
      </w:r>
    </w:p>
    <w:p w14:paraId="5D36939D" w14:textId="77777777" w:rsidR="00535E53" w:rsidRDefault="00535E53" w:rsidP="00535E53">
      <w:r>
        <w:t>You don't need to invent experience.</w:t>
      </w:r>
    </w:p>
    <w:p w14:paraId="11C9CE05" w14:textId="77777777" w:rsidR="00535E53" w:rsidRDefault="00535E53" w:rsidP="00535E53">
      <w:r>
        <w:t>You simply highlight the experience that's most relevant to the role.</w:t>
      </w:r>
    </w:p>
    <w:p w14:paraId="05F16372" w14:textId="77777777" w:rsidR="00535E53" w:rsidRDefault="00535E53" w:rsidP="00535E53">
      <w:r>
        <w:t>________________________________________</w:t>
      </w:r>
    </w:p>
    <w:p w14:paraId="1880C6C9" w14:textId="77777777" w:rsidR="00535E53" w:rsidRDefault="00535E53" w:rsidP="00535E53">
      <w:r>
        <w:t>Use Strong Action Verbs</w:t>
      </w:r>
    </w:p>
    <w:p w14:paraId="1F56D39B" w14:textId="77777777" w:rsidR="00535E53" w:rsidRDefault="00535E53" w:rsidP="00535E53">
      <w:r>
        <w:t>Replace weak phrases with stronger alternatives.</w:t>
      </w:r>
    </w:p>
    <w:p w14:paraId="610098D4" w14:textId="77777777" w:rsidR="00535E53" w:rsidRDefault="00535E53" w:rsidP="00535E53">
      <w:r>
        <w:t>Instead of:</w:t>
      </w:r>
    </w:p>
    <w:p w14:paraId="6EF3EDB5" w14:textId="77777777" w:rsidR="00535E53" w:rsidRDefault="00535E53" w:rsidP="00535E53">
      <w:r>
        <w:t>Helped</w:t>
      </w:r>
    </w:p>
    <w:p w14:paraId="1EF319CA" w14:textId="77777777" w:rsidR="00535E53" w:rsidRDefault="00535E53" w:rsidP="00535E53">
      <w:r>
        <w:t>Worked on</w:t>
      </w:r>
    </w:p>
    <w:p w14:paraId="6F31168C" w14:textId="77777777" w:rsidR="00535E53" w:rsidRDefault="00535E53" w:rsidP="00535E53">
      <w:r>
        <w:t>Responsible for</w:t>
      </w:r>
    </w:p>
    <w:p w14:paraId="493AF397" w14:textId="77777777" w:rsidR="00535E53" w:rsidRDefault="00535E53" w:rsidP="00535E53">
      <w:r>
        <w:t>Try:</w:t>
      </w:r>
    </w:p>
    <w:p w14:paraId="759FD612" w14:textId="77777777" w:rsidR="00535E53" w:rsidRDefault="00535E53" w:rsidP="00535E53">
      <w:r>
        <w:t>Managed</w:t>
      </w:r>
    </w:p>
    <w:p w14:paraId="0FE4782A" w14:textId="77777777" w:rsidR="00535E53" w:rsidRDefault="00535E53" w:rsidP="00535E53">
      <w:r>
        <w:t>Coordinated</w:t>
      </w:r>
    </w:p>
    <w:p w14:paraId="4AE28E0B" w14:textId="77777777" w:rsidR="00535E53" w:rsidRDefault="00535E53" w:rsidP="00535E53">
      <w:r>
        <w:t>Resolved</w:t>
      </w:r>
    </w:p>
    <w:p w14:paraId="70700AF8" w14:textId="77777777" w:rsidR="00535E53" w:rsidRDefault="00535E53" w:rsidP="00535E53">
      <w:r>
        <w:t>Improved</w:t>
      </w:r>
    </w:p>
    <w:p w14:paraId="1561B72B" w14:textId="77777777" w:rsidR="00535E53" w:rsidRDefault="00535E53" w:rsidP="00535E53">
      <w:r>
        <w:t>Developed</w:t>
      </w:r>
    </w:p>
    <w:p w14:paraId="60BCB5D3" w14:textId="77777777" w:rsidR="00535E53" w:rsidRDefault="00535E53" w:rsidP="00535E53">
      <w:r>
        <w:t>Implemented</w:t>
      </w:r>
    </w:p>
    <w:p w14:paraId="42984B40" w14:textId="77777777" w:rsidR="00535E53" w:rsidRDefault="00535E53" w:rsidP="00535E53">
      <w:r>
        <w:t>Delivered</w:t>
      </w:r>
    </w:p>
    <w:p w14:paraId="678BA9CB" w14:textId="77777777" w:rsidR="00535E53" w:rsidRDefault="00535E53" w:rsidP="00535E53">
      <w:r>
        <w:t>Supported</w:t>
      </w:r>
    </w:p>
    <w:p w14:paraId="73FDBEE3" w14:textId="77777777" w:rsidR="00535E53" w:rsidRDefault="00535E53" w:rsidP="00535E53">
      <w:r>
        <w:lastRenderedPageBreak/>
        <w:t>Organized</w:t>
      </w:r>
    </w:p>
    <w:p w14:paraId="68910B1D" w14:textId="77777777" w:rsidR="00535E53" w:rsidRDefault="00535E53" w:rsidP="00535E53">
      <w:r>
        <w:t>Led</w:t>
      </w:r>
    </w:p>
    <w:p w14:paraId="1F645318" w14:textId="77777777" w:rsidR="00535E53" w:rsidRDefault="00535E53" w:rsidP="00535E53">
      <w:r>
        <w:t>Action verbs create a stronger first impression.</w:t>
      </w:r>
    </w:p>
    <w:p w14:paraId="66D48759" w14:textId="77777777" w:rsidR="00535E53" w:rsidRDefault="00535E53" w:rsidP="00535E53">
      <w:r>
        <w:t>________________________________________</w:t>
      </w:r>
    </w:p>
    <w:p w14:paraId="0259540D" w14:textId="77777777" w:rsidR="00535E53" w:rsidRDefault="00535E53" w:rsidP="00535E53">
      <w:r>
        <w:t>Keep the Design Simple</w:t>
      </w:r>
    </w:p>
    <w:p w14:paraId="37FA2DB9" w14:textId="77777777" w:rsidR="00535E53" w:rsidRDefault="00535E53" w:rsidP="00535E53">
      <w:r>
        <w:t>Fancy graphics may look attractive, but they aren't always necessary.</w:t>
      </w:r>
    </w:p>
    <w:p w14:paraId="13B8D220" w14:textId="77777777" w:rsidR="00535E53" w:rsidRDefault="00535E53" w:rsidP="00535E53">
      <w:r>
        <w:t>Choose:</w:t>
      </w:r>
    </w:p>
    <w:p w14:paraId="3461DDC8" w14:textId="77777777" w:rsidR="00535E53" w:rsidRDefault="00535E53" w:rsidP="00535E53">
      <w:r>
        <w:t>•</w:t>
      </w:r>
      <w:r>
        <w:tab/>
        <w:t xml:space="preserve">A readable font. </w:t>
      </w:r>
    </w:p>
    <w:p w14:paraId="2986186D" w14:textId="77777777" w:rsidR="00535E53" w:rsidRDefault="00535E53" w:rsidP="00535E53">
      <w:r>
        <w:t>•</w:t>
      </w:r>
      <w:r>
        <w:tab/>
        <w:t xml:space="preserve">Clear headings. </w:t>
      </w:r>
    </w:p>
    <w:p w14:paraId="1863CE1D" w14:textId="77777777" w:rsidR="00535E53" w:rsidRDefault="00535E53" w:rsidP="00535E53">
      <w:r>
        <w:t>•</w:t>
      </w:r>
      <w:r>
        <w:tab/>
        <w:t xml:space="preserve">Consistent spacing. </w:t>
      </w:r>
    </w:p>
    <w:p w14:paraId="47E6F112" w14:textId="77777777" w:rsidR="00535E53" w:rsidRDefault="00535E53" w:rsidP="00535E53">
      <w:r>
        <w:t>•</w:t>
      </w:r>
      <w:r>
        <w:tab/>
        <w:t xml:space="preserve">Bullet points. </w:t>
      </w:r>
    </w:p>
    <w:p w14:paraId="01BB24C5" w14:textId="77777777" w:rsidR="00535E53" w:rsidRDefault="00535E53" w:rsidP="00535E53">
      <w:r>
        <w:t>•</w:t>
      </w:r>
      <w:r>
        <w:tab/>
        <w:t xml:space="preserve">Plenty of white space. </w:t>
      </w:r>
    </w:p>
    <w:p w14:paraId="037E5C42" w14:textId="77777777" w:rsidR="00535E53" w:rsidRDefault="00535E53" w:rsidP="00535E53">
      <w:r>
        <w:t>Your CV should be easy to scan, not difficult to decode.</w:t>
      </w:r>
    </w:p>
    <w:p w14:paraId="21A5F66B" w14:textId="77777777" w:rsidR="00535E53" w:rsidRDefault="00535E53" w:rsidP="00535E53">
      <w:r>
        <w:t>________________________________________</w:t>
      </w:r>
    </w:p>
    <w:p w14:paraId="76EB384E" w14:textId="77777777" w:rsidR="00535E53" w:rsidRDefault="00535E53" w:rsidP="00535E53">
      <w:r>
        <w:t>Tool 1: ATS-Friendly CV Checklist</w:t>
      </w:r>
    </w:p>
    <w:p w14:paraId="38DC0A4D" w14:textId="77777777" w:rsidR="00535E53" w:rsidRDefault="00535E53" w:rsidP="00535E53">
      <w:r>
        <w:t>Before sending your CV, ask yourself:</w:t>
      </w:r>
    </w:p>
    <w:p w14:paraId="6C83F4E0" w14:textId="77777777" w:rsidR="00535E53" w:rsidRDefault="00535E53" w:rsidP="00535E53">
      <w:r>
        <w:rPr>
          <w:rFonts w:ascii="Segoe UI Symbol" w:hAnsi="Segoe UI Symbol" w:cs="Segoe UI Symbol"/>
        </w:rPr>
        <w:t>☐</w:t>
      </w:r>
      <w:r>
        <w:t xml:space="preserve"> Is the role clearly stated?</w:t>
      </w:r>
    </w:p>
    <w:p w14:paraId="1D562B77" w14:textId="77777777" w:rsidR="00535E53" w:rsidRDefault="00535E53" w:rsidP="00535E53">
      <w:r>
        <w:rPr>
          <w:rFonts w:ascii="Segoe UI Symbol" w:hAnsi="Segoe UI Symbol" w:cs="Segoe UI Symbol"/>
        </w:rPr>
        <w:t>☐</w:t>
      </w:r>
      <w:r>
        <w:t xml:space="preserve"> Does the professional summary match the job?</w:t>
      </w:r>
    </w:p>
    <w:p w14:paraId="0DCE31E6" w14:textId="77777777" w:rsidR="00535E53" w:rsidRDefault="00535E53" w:rsidP="00535E53">
      <w:r>
        <w:rPr>
          <w:rFonts w:ascii="Segoe UI Symbol" w:hAnsi="Segoe UI Symbol" w:cs="Segoe UI Symbol"/>
        </w:rPr>
        <w:t>☐</w:t>
      </w:r>
      <w:r>
        <w:t xml:space="preserve"> Have I included relevant keywords from the job description?</w:t>
      </w:r>
    </w:p>
    <w:p w14:paraId="3A5D0AD7" w14:textId="77777777" w:rsidR="00535E53" w:rsidRDefault="00535E53" w:rsidP="00535E53">
      <w:r>
        <w:rPr>
          <w:rFonts w:ascii="Segoe UI Symbol" w:hAnsi="Segoe UI Symbol" w:cs="Segoe UI Symbol"/>
        </w:rPr>
        <w:t>☐</w:t>
      </w:r>
      <w:r>
        <w:t xml:space="preserve"> Are my achievements clear and specific?</w:t>
      </w:r>
    </w:p>
    <w:p w14:paraId="1E759C1F" w14:textId="77777777" w:rsidR="00535E53" w:rsidRDefault="00535E53" w:rsidP="00535E53">
      <w:r>
        <w:rPr>
          <w:rFonts w:ascii="Segoe UI Symbol" w:hAnsi="Segoe UI Symbol" w:cs="Segoe UI Symbol"/>
        </w:rPr>
        <w:t>☐</w:t>
      </w:r>
      <w:r>
        <w:t xml:space="preserve"> Is the formatting simple and consistent?</w:t>
      </w:r>
    </w:p>
    <w:p w14:paraId="20F305B7" w14:textId="77777777" w:rsidR="00535E53" w:rsidRDefault="00535E53" w:rsidP="00535E53">
      <w:r>
        <w:rPr>
          <w:rFonts w:ascii="Segoe UI Symbol" w:hAnsi="Segoe UI Symbol" w:cs="Segoe UI Symbol"/>
        </w:rPr>
        <w:t>☐</w:t>
      </w:r>
      <w:r>
        <w:t xml:space="preserve"> Have I removed unnecessary information?</w:t>
      </w:r>
    </w:p>
    <w:p w14:paraId="262EF6A7" w14:textId="77777777" w:rsidR="00535E53" w:rsidRDefault="00535E53" w:rsidP="00535E53">
      <w:r>
        <w:rPr>
          <w:rFonts w:ascii="Segoe UI Symbol" w:hAnsi="Segoe UI Symbol" w:cs="Segoe UI Symbol"/>
        </w:rPr>
        <w:t>☐</w:t>
      </w:r>
      <w:r>
        <w:t xml:space="preserve"> Have I checked for spelling and grammar mistakes?</w:t>
      </w:r>
    </w:p>
    <w:p w14:paraId="72B92ED8" w14:textId="77777777" w:rsidR="00535E53" w:rsidRDefault="00535E53" w:rsidP="00535E53">
      <w:r>
        <w:rPr>
          <w:rFonts w:ascii="Segoe UI Symbol" w:hAnsi="Segoe UI Symbol" w:cs="Segoe UI Symbol"/>
        </w:rPr>
        <w:t>☐</w:t>
      </w:r>
      <w:r>
        <w:t xml:space="preserve"> Is my contact information correct?</w:t>
      </w:r>
    </w:p>
    <w:p w14:paraId="45470DED" w14:textId="77777777" w:rsidR="00535E53" w:rsidRDefault="00535E53" w:rsidP="00535E53">
      <w:r>
        <w:rPr>
          <w:rFonts w:ascii="Segoe UI Symbol" w:hAnsi="Segoe UI Symbol" w:cs="Segoe UI Symbol"/>
        </w:rPr>
        <w:t>☐</w:t>
      </w:r>
      <w:r>
        <w:t xml:space="preserve"> Have I saved the file with a professional name (e.g., Firstname_Lastname_CV.pdf)?</w:t>
      </w:r>
    </w:p>
    <w:p w14:paraId="51EE27DF" w14:textId="77777777" w:rsidR="00535E53" w:rsidRDefault="00535E53" w:rsidP="00535E53">
      <w:r>
        <w:t>If you answered "No" to any of these, fix it before applying.</w:t>
      </w:r>
    </w:p>
    <w:p w14:paraId="387C69A2" w14:textId="77777777" w:rsidR="00535E53" w:rsidRDefault="00535E53" w:rsidP="00535E53">
      <w:r>
        <w:lastRenderedPageBreak/>
        <w:t>________________________________________</w:t>
      </w:r>
    </w:p>
    <w:p w14:paraId="17ED3A9B" w14:textId="77777777" w:rsidR="00535E53" w:rsidRDefault="00535E53" w:rsidP="00535E53">
      <w:r>
        <w:t>Tool 2: Achievement Builder Worksheet</w:t>
      </w:r>
    </w:p>
    <w:p w14:paraId="02EDFC1E" w14:textId="77777777" w:rsidR="00535E53" w:rsidRDefault="00535E53" w:rsidP="00535E53">
      <w:r>
        <w:t>Many people struggle to describe their work.</w:t>
      </w:r>
    </w:p>
    <w:p w14:paraId="7EEDBA06" w14:textId="77777777" w:rsidR="00535E53" w:rsidRDefault="00535E53" w:rsidP="00535E53">
      <w:r>
        <w:t>Use this simple formula:</w:t>
      </w:r>
    </w:p>
    <w:p w14:paraId="0106820E" w14:textId="77777777" w:rsidR="00535E53" w:rsidRDefault="00535E53" w:rsidP="00535E53">
      <w:r>
        <w:t>Action + Task + Result</w:t>
      </w:r>
    </w:p>
    <w:p w14:paraId="71B7FFAA" w14:textId="77777777" w:rsidR="00535E53" w:rsidRDefault="00535E53" w:rsidP="00535E53">
      <w:r>
        <w:t>For example:</w:t>
      </w:r>
    </w:p>
    <w:p w14:paraId="3AD81FE2" w14:textId="77777777" w:rsidR="00535E53" w:rsidRDefault="00535E53" w:rsidP="00535E53">
      <w:r>
        <w:t>Action: Coordinated</w:t>
      </w:r>
    </w:p>
    <w:p w14:paraId="104C018A" w14:textId="77777777" w:rsidR="00535E53" w:rsidRDefault="00535E53" w:rsidP="00535E53">
      <w:r>
        <w:t>Task: Customer onboarding</w:t>
      </w:r>
    </w:p>
    <w:p w14:paraId="4EE3B5D7" w14:textId="77777777" w:rsidR="00535E53" w:rsidRDefault="00535E53" w:rsidP="00535E53">
      <w:r>
        <w:t>Result: Improved response times and reduced onboarding delays.</w:t>
      </w:r>
    </w:p>
    <w:p w14:paraId="10C3E77A" w14:textId="77777777" w:rsidR="00535E53" w:rsidRDefault="00535E53" w:rsidP="00535E53">
      <w:r>
        <w:t>Now complete your own:</w:t>
      </w:r>
    </w:p>
    <w:p w14:paraId="4693FC27" w14:textId="77777777" w:rsidR="00535E53" w:rsidRDefault="00535E53" w:rsidP="00535E53">
      <w:r>
        <w:t>Action: _______________________</w:t>
      </w:r>
    </w:p>
    <w:p w14:paraId="363D2CED" w14:textId="77777777" w:rsidR="00535E53" w:rsidRDefault="00535E53" w:rsidP="00535E53">
      <w:r>
        <w:t>Task: _______________________</w:t>
      </w:r>
    </w:p>
    <w:p w14:paraId="63F141E2" w14:textId="77777777" w:rsidR="00535E53" w:rsidRDefault="00535E53" w:rsidP="00535E53">
      <w:r>
        <w:t>Result: _______________________</w:t>
      </w:r>
    </w:p>
    <w:p w14:paraId="39796760" w14:textId="77777777" w:rsidR="00535E53" w:rsidRDefault="00535E53" w:rsidP="00535E53">
      <w:r>
        <w:t>Repeat this exercise for five achievements. You'll quickly build stronger bullet points for your CV.</w:t>
      </w:r>
    </w:p>
    <w:p w14:paraId="017F936A" w14:textId="77777777" w:rsidR="00535E53" w:rsidRDefault="00535E53" w:rsidP="00535E53">
      <w:r>
        <w:t>________________________________________</w:t>
      </w:r>
    </w:p>
    <w:p w14:paraId="1646EC34" w14:textId="77777777" w:rsidR="00535E53" w:rsidRDefault="00535E53" w:rsidP="00535E53">
      <w:r>
        <w:t>Common CV Mistakes to Avoid</w:t>
      </w:r>
    </w:p>
    <w:p w14:paraId="39E03E31" w14:textId="77777777" w:rsidR="00535E53" w:rsidRDefault="00535E53" w:rsidP="00535E53">
      <w:r>
        <w:t>Avoid these habits:</w:t>
      </w:r>
    </w:p>
    <w:p w14:paraId="6ABE9EB9" w14:textId="77777777" w:rsidR="00535E53" w:rsidRDefault="00535E53" w:rsidP="00535E53">
      <w:r>
        <w:t>•</w:t>
      </w:r>
      <w:r>
        <w:tab/>
        <w:t xml:space="preserve">Sending the same CV to every employer. </w:t>
      </w:r>
    </w:p>
    <w:p w14:paraId="2DDC1B4A" w14:textId="77777777" w:rsidR="00535E53" w:rsidRDefault="00535E53" w:rsidP="00535E53">
      <w:r>
        <w:t>•</w:t>
      </w:r>
      <w:r>
        <w:tab/>
        <w:t xml:space="preserve">Including unrelated information. </w:t>
      </w:r>
    </w:p>
    <w:p w14:paraId="700FB7ED" w14:textId="77777777" w:rsidR="00535E53" w:rsidRDefault="00535E53" w:rsidP="00535E53">
      <w:r>
        <w:t>•</w:t>
      </w:r>
      <w:r>
        <w:tab/>
        <w:t xml:space="preserve">Using long paragraphs. </w:t>
      </w:r>
    </w:p>
    <w:p w14:paraId="260FFB55" w14:textId="77777777" w:rsidR="00535E53" w:rsidRDefault="00535E53" w:rsidP="00535E53">
      <w:r>
        <w:t>•</w:t>
      </w:r>
      <w:r>
        <w:tab/>
        <w:t xml:space="preserve">Listing responsibilities without showing impact. </w:t>
      </w:r>
    </w:p>
    <w:p w14:paraId="4E29A5A6" w14:textId="77777777" w:rsidR="00535E53" w:rsidRDefault="00535E53" w:rsidP="00535E53">
      <w:r>
        <w:t>•</w:t>
      </w:r>
      <w:r>
        <w:tab/>
        <w:t xml:space="preserve">Forgetting to proofread. </w:t>
      </w:r>
    </w:p>
    <w:p w14:paraId="2EC4ACDE" w14:textId="77777777" w:rsidR="00535E53" w:rsidRDefault="00535E53" w:rsidP="00535E53">
      <w:r>
        <w:t>•</w:t>
      </w:r>
      <w:r>
        <w:tab/>
        <w:t xml:space="preserve">Saving files with names like CVfinalfinal2.pdf. </w:t>
      </w:r>
    </w:p>
    <w:p w14:paraId="4A289923" w14:textId="77777777" w:rsidR="00535E53" w:rsidRDefault="00535E53" w:rsidP="00535E53">
      <w:r>
        <w:t>Small details can make a big difference.</w:t>
      </w:r>
    </w:p>
    <w:p w14:paraId="1287C16A" w14:textId="77777777" w:rsidR="00535E53" w:rsidRDefault="00535E53" w:rsidP="00535E53">
      <w:r>
        <w:t>________________________________________</w:t>
      </w:r>
    </w:p>
    <w:p w14:paraId="7D13AFFC" w14:textId="77777777" w:rsidR="00535E53" w:rsidRDefault="00535E53" w:rsidP="00535E53">
      <w:r>
        <w:t>Chapter Four Challenge</w:t>
      </w:r>
    </w:p>
    <w:p w14:paraId="77534464" w14:textId="77777777" w:rsidR="00535E53" w:rsidRDefault="00535E53" w:rsidP="00535E53">
      <w:r>
        <w:lastRenderedPageBreak/>
        <w:t>Before moving to Chapter Five:</w:t>
      </w:r>
    </w:p>
    <w:p w14:paraId="50739542" w14:textId="77777777" w:rsidR="00535E53" w:rsidRDefault="00535E53" w:rsidP="00535E53">
      <w:r>
        <w:rPr>
          <w:rFonts w:ascii="Segoe UI Symbol" w:hAnsi="Segoe UI Symbol" w:cs="Segoe UI Symbol"/>
        </w:rPr>
        <w:t>☐</w:t>
      </w:r>
      <w:r>
        <w:t xml:space="preserve"> Update your professional summary.</w:t>
      </w:r>
    </w:p>
    <w:p w14:paraId="7D31D239" w14:textId="77777777" w:rsidR="00535E53" w:rsidRDefault="00535E53" w:rsidP="00535E53">
      <w:r>
        <w:rPr>
          <w:rFonts w:ascii="Segoe UI Symbol" w:hAnsi="Segoe UI Symbol" w:cs="Segoe UI Symbol"/>
        </w:rPr>
        <w:t>☐</w:t>
      </w:r>
      <w:r>
        <w:t xml:space="preserve"> Rewrite at least five achievement statements using the Action + Task + Result formula.</w:t>
      </w:r>
    </w:p>
    <w:p w14:paraId="7B5ADF52" w14:textId="77777777" w:rsidR="00535E53" w:rsidRDefault="00535E53" w:rsidP="00535E53">
      <w:r>
        <w:rPr>
          <w:rFonts w:ascii="Segoe UI Symbol" w:hAnsi="Segoe UI Symbol" w:cs="Segoe UI Symbol"/>
        </w:rPr>
        <w:t>☐</w:t>
      </w:r>
      <w:r>
        <w:t xml:space="preserve"> Tailor your CV for one specific job description.</w:t>
      </w:r>
    </w:p>
    <w:p w14:paraId="68364E7D" w14:textId="77777777" w:rsidR="00535E53" w:rsidRDefault="00535E53" w:rsidP="00535E53">
      <w:r>
        <w:rPr>
          <w:rFonts w:ascii="Segoe UI Symbol" w:hAnsi="Segoe UI Symbol" w:cs="Segoe UI Symbol"/>
        </w:rPr>
        <w:t>☐</w:t>
      </w:r>
      <w:r>
        <w:t xml:space="preserve"> Proofread your CV carefully.</w:t>
      </w:r>
    </w:p>
    <w:p w14:paraId="066DFB70" w14:textId="77777777" w:rsidR="00535E53" w:rsidRDefault="00535E53" w:rsidP="00535E53">
      <w:r>
        <w:rPr>
          <w:rFonts w:ascii="Segoe UI Symbol" w:hAnsi="Segoe UI Symbol" w:cs="Segoe UI Symbol"/>
        </w:rPr>
        <w:t>☐</w:t>
      </w:r>
      <w:r>
        <w:t xml:space="preserve"> Save it with a professional file name.</w:t>
      </w:r>
    </w:p>
    <w:p w14:paraId="4453ABFD" w14:textId="77777777" w:rsidR="00535E53" w:rsidRDefault="00535E53" w:rsidP="00535E53">
      <w:r>
        <w:t>Don't aim for perfection.</w:t>
      </w:r>
    </w:p>
    <w:p w14:paraId="58F9DA82" w14:textId="77777777" w:rsidR="00535E53" w:rsidRDefault="00535E53" w:rsidP="00535E53">
      <w:r>
        <w:t>Aim for clarity, relevance, and professionalism.</w:t>
      </w:r>
    </w:p>
    <w:p w14:paraId="04407FA7" w14:textId="77777777" w:rsidR="00535E53" w:rsidRDefault="00535E53" w:rsidP="00535E53">
      <w:r>
        <w:t>________________________________________</w:t>
      </w:r>
    </w:p>
    <w:p w14:paraId="396DD5A7" w14:textId="77777777" w:rsidR="00535E53" w:rsidRDefault="00535E53" w:rsidP="00535E53">
      <w:r>
        <w:t>Key Lessons from Chapter Four</w:t>
      </w:r>
    </w:p>
    <w:p w14:paraId="45AA330C" w14:textId="77777777" w:rsidR="00535E53" w:rsidRDefault="00535E53" w:rsidP="00535E53">
      <w:r>
        <w:t>Remember these principles:</w:t>
      </w:r>
    </w:p>
    <w:p w14:paraId="2D7522DC" w14:textId="77777777" w:rsidR="00535E53" w:rsidRDefault="00535E53" w:rsidP="00535E53">
      <w:r>
        <w:t>1.</w:t>
      </w:r>
      <w:r>
        <w:tab/>
        <w:t xml:space="preserve">Your CV is a marketing document, not an autobiography. </w:t>
      </w:r>
    </w:p>
    <w:p w14:paraId="01C7210D" w14:textId="77777777" w:rsidR="00535E53" w:rsidRDefault="00535E53" w:rsidP="00535E53">
      <w:r>
        <w:t>2.</w:t>
      </w:r>
      <w:r>
        <w:tab/>
        <w:t xml:space="preserve">Tailor your application to the role whenever possible. </w:t>
      </w:r>
    </w:p>
    <w:p w14:paraId="4F4B9C01" w14:textId="77777777" w:rsidR="00535E53" w:rsidRDefault="00535E53" w:rsidP="00535E53">
      <w:r>
        <w:t>3.</w:t>
      </w:r>
      <w:r>
        <w:tab/>
        <w:t xml:space="preserve">Highlight achievements, not just responsibilities. </w:t>
      </w:r>
    </w:p>
    <w:p w14:paraId="22ACB99E" w14:textId="77777777" w:rsidR="00535E53" w:rsidRDefault="00535E53" w:rsidP="00535E53">
      <w:r>
        <w:t>4.</w:t>
      </w:r>
      <w:r>
        <w:tab/>
        <w:t xml:space="preserve">Keep the layout clean and easy to read. </w:t>
      </w:r>
    </w:p>
    <w:p w14:paraId="5759B86A" w14:textId="77777777" w:rsidR="00535E53" w:rsidRDefault="00535E53" w:rsidP="00535E53">
      <w:r>
        <w:t>5.</w:t>
      </w:r>
      <w:r>
        <w:tab/>
        <w:t xml:space="preserve">Help the recruiter quickly understand why you're a strong candidate. </w:t>
      </w:r>
    </w:p>
    <w:p w14:paraId="72E2B36F" w14:textId="23C2B141" w:rsidR="001C1766" w:rsidRDefault="00535E53" w:rsidP="00535E53">
      <w:r>
        <w:t>A strong CV won't guarantee an interview—but it gives employers a clearer picture of the value you can bring, which is exactly what you want</w:t>
      </w:r>
      <w:r>
        <w:t>.</w:t>
      </w:r>
    </w:p>
    <w:p w14:paraId="6997CF87" w14:textId="41DC1956" w:rsidR="00535E53" w:rsidRPr="00535E53" w:rsidRDefault="00535E53" w:rsidP="00535E53">
      <w:r w:rsidRPr="00535E53">
        <w:lastRenderedPageBreak/>
        <w:drawing>
          <wp:inline distT="0" distB="0" distL="0" distR="0" wp14:anchorId="0FAFE2AD" wp14:editId="515EEDF8">
            <wp:extent cx="5669280" cy="3268980"/>
            <wp:effectExtent l="0" t="0" r="7620" b="7620"/>
            <wp:docPr id="95355672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14F3B" w14:textId="77777777" w:rsidR="00535E53" w:rsidRPr="00535E53" w:rsidRDefault="00535E53" w:rsidP="00535E53">
      <w:pPr>
        <w:rPr>
          <w:b/>
          <w:bCs/>
        </w:rPr>
      </w:pPr>
      <w:r w:rsidRPr="00535E53">
        <w:rPr>
          <w:b/>
          <w:bCs/>
        </w:rPr>
        <w:t>CHAPTER FOUR</w:t>
      </w:r>
    </w:p>
    <w:p w14:paraId="4D492E19" w14:textId="77777777" w:rsidR="00535E53" w:rsidRPr="00535E53" w:rsidRDefault="00535E53" w:rsidP="00535E53">
      <w:r w:rsidRPr="00535E53">
        <w:t>Build an ATS-Friendly CV That Gets Noticed</w:t>
      </w:r>
    </w:p>
    <w:p w14:paraId="0B7A609C" w14:textId="77777777" w:rsidR="00535E53" w:rsidRPr="00535E53" w:rsidRDefault="00535E53" w:rsidP="00535E53">
      <w:r w:rsidRPr="00535E53">
        <w:t>Your CV Is Not Your Life Story</w:t>
      </w:r>
    </w:p>
    <w:p w14:paraId="70D8F4BF" w14:textId="77777777" w:rsidR="00535E53" w:rsidRPr="00535E53" w:rsidRDefault="00535E53" w:rsidP="00535E53">
      <w:r w:rsidRPr="00535E53">
        <w:t>One of the biggest mistakes I made early in my job search was believing my CV had to include everything I'd ever done.</w:t>
      </w:r>
    </w:p>
    <w:p w14:paraId="4E322671" w14:textId="77777777" w:rsidR="00535E53" w:rsidRPr="00535E53" w:rsidRDefault="00535E53" w:rsidP="00535E53">
      <w:r w:rsidRPr="00535E53">
        <w:t>Every workshop.</w:t>
      </w:r>
    </w:p>
    <w:p w14:paraId="74F99BFB" w14:textId="77777777" w:rsidR="00535E53" w:rsidRPr="00535E53" w:rsidRDefault="00535E53" w:rsidP="00535E53">
      <w:r w:rsidRPr="00535E53">
        <w:t>Every seminar.</w:t>
      </w:r>
    </w:p>
    <w:p w14:paraId="26E1F1B5" w14:textId="77777777" w:rsidR="00535E53" w:rsidRPr="00535E53" w:rsidRDefault="00535E53" w:rsidP="00535E53">
      <w:r w:rsidRPr="00535E53">
        <w:t>Every volunteer activity.</w:t>
      </w:r>
    </w:p>
    <w:p w14:paraId="45027A9B" w14:textId="77777777" w:rsidR="00535E53" w:rsidRPr="00535E53" w:rsidRDefault="00535E53" w:rsidP="00535E53">
      <w:r w:rsidRPr="00535E53">
        <w:t>Every certificate.</w:t>
      </w:r>
    </w:p>
    <w:p w14:paraId="0B265B96" w14:textId="77777777" w:rsidR="00535E53" w:rsidRPr="00535E53" w:rsidRDefault="00535E53" w:rsidP="00535E53">
      <w:r w:rsidRPr="00535E53">
        <w:t>My CV became longer.</w:t>
      </w:r>
    </w:p>
    <w:p w14:paraId="599443B6" w14:textId="77777777" w:rsidR="00535E53" w:rsidRPr="00535E53" w:rsidRDefault="00535E53" w:rsidP="00535E53">
      <w:r w:rsidRPr="00535E53">
        <w:t>But it didn't become better.</w:t>
      </w:r>
    </w:p>
    <w:p w14:paraId="27F67C21" w14:textId="77777777" w:rsidR="00535E53" w:rsidRPr="00535E53" w:rsidRDefault="00535E53" w:rsidP="00535E53">
      <w:r w:rsidRPr="00535E53">
        <w:t>Then my mentor asked me one simple question.</w:t>
      </w:r>
    </w:p>
    <w:p w14:paraId="3604BDC1" w14:textId="77777777" w:rsidR="00535E53" w:rsidRPr="00535E53" w:rsidRDefault="00535E53" w:rsidP="00535E53">
      <w:r w:rsidRPr="00535E53">
        <w:t>"If you were hiring someone, would you read all of this?"</w:t>
      </w:r>
    </w:p>
    <w:p w14:paraId="6EF05EB1" w14:textId="77777777" w:rsidR="00535E53" w:rsidRPr="00535E53" w:rsidRDefault="00535E53" w:rsidP="00535E53">
      <w:r w:rsidRPr="00535E53">
        <w:t>That question changed how I viewed my CV forever.</w:t>
      </w:r>
    </w:p>
    <w:p w14:paraId="166D9461" w14:textId="77777777" w:rsidR="00535E53" w:rsidRPr="00535E53" w:rsidRDefault="00535E53" w:rsidP="00535E53">
      <w:r w:rsidRPr="00535E53">
        <w:t>Your CV has one job.</w:t>
      </w:r>
    </w:p>
    <w:p w14:paraId="04E20C42" w14:textId="77777777" w:rsidR="00535E53" w:rsidRPr="00535E53" w:rsidRDefault="00535E53" w:rsidP="00535E53">
      <w:r w:rsidRPr="00535E53">
        <w:t>Not to tell your entire life story.</w:t>
      </w:r>
    </w:p>
    <w:p w14:paraId="6EFCEA3C" w14:textId="77777777" w:rsidR="00535E53" w:rsidRPr="00535E53" w:rsidRDefault="00535E53" w:rsidP="00535E53">
      <w:r w:rsidRPr="00535E53">
        <w:lastRenderedPageBreak/>
        <w:t>Not to impress people with fancy words.</w:t>
      </w:r>
    </w:p>
    <w:p w14:paraId="77B2EAB7" w14:textId="77777777" w:rsidR="00535E53" w:rsidRPr="00535E53" w:rsidRDefault="00535E53" w:rsidP="00535E53">
      <w:r w:rsidRPr="00535E53">
        <w:t>Not to show everything you've ever achieved.</w:t>
      </w:r>
    </w:p>
    <w:p w14:paraId="25E3767A" w14:textId="77777777" w:rsidR="00535E53" w:rsidRPr="00535E53" w:rsidRDefault="00535E53" w:rsidP="00535E53">
      <w:r w:rsidRPr="00535E53">
        <w:t>Its job is simple:</w:t>
      </w:r>
    </w:p>
    <w:p w14:paraId="2244F3E0" w14:textId="77777777" w:rsidR="00535E53" w:rsidRPr="00535E53" w:rsidRDefault="00535E53" w:rsidP="00535E53">
      <w:r w:rsidRPr="00535E53">
        <w:t>Convince the recruiter that you're worth interviewing.</w:t>
      </w:r>
    </w:p>
    <w:p w14:paraId="4A4C8BC7" w14:textId="77777777" w:rsidR="00535E53" w:rsidRPr="00535E53" w:rsidRDefault="00535E53" w:rsidP="00535E53">
      <w:r w:rsidRPr="00535E53">
        <w:t>Nothing more.</w:t>
      </w:r>
    </w:p>
    <w:p w14:paraId="759B1BFE" w14:textId="77777777" w:rsidR="00535E53" w:rsidRPr="00535E53" w:rsidRDefault="00535E53" w:rsidP="00535E53">
      <w:r w:rsidRPr="00535E53">
        <w:t>Nothing less.</w:t>
      </w:r>
    </w:p>
    <w:p w14:paraId="5A8DE325" w14:textId="77777777" w:rsidR="00535E53" w:rsidRPr="00535E53" w:rsidRDefault="00535E53" w:rsidP="00535E53">
      <w:r w:rsidRPr="00535E53">
        <w:t>________________________________________</w:t>
      </w:r>
    </w:p>
    <w:p w14:paraId="104FF6A9" w14:textId="77777777" w:rsidR="00535E53" w:rsidRPr="00535E53" w:rsidRDefault="00535E53" w:rsidP="00535E53">
      <w:r w:rsidRPr="00535E53">
        <w:t>How Recruiters Actually Read CVs</w:t>
      </w:r>
    </w:p>
    <w:p w14:paraId="66B65A4E" w14:textId="77777777" w:rsidR="00535E53" w:rsidRPr="00535E53" w:rsidRDefault="00535E53" w:rsidP="00535E53">
      <w:r w:rsidRPr="00535E53">
        <w:t>Many job seekers imagine recruiters carefully reading every sentence.</w:t>
      </w:r>
    </w:p>
    <w:p w14:paraId="7CB342EA" w14:textId="77777777" w:rsidR="00535E53" w:rsidRPr="00535E53" w:rsidRDefault="00535E53" w:rsidP="00535E53">
      <w:r w:rsidRPr="00535E53">
        <w:t>Reality is different.</w:t>
      </w:r>
    </w:p>
    <w:p w14:paraId="041B1062" w14:textId="77777777" w:rsidR="00535E53" w:rsidRPr="00535E53" w:rsidRDefault="00535E53" w:rsidP="00535E53">
      <w:r w:rsidRPr="00535E53">
        <w:t>Recruiters often review many applications for the same role and need to decide quickly which candidates deserve closer attention.</w:t>
      </w:r>
    </w:p>
    <w:p w14:paraId="1D503F5E" w14:textId="77777777" w:rsidR="00535E53" w:rsidRPr="00535E53" w:rsidRDefault="00535E53" w:rsidP="00535E53">
      <w:r w:rsidRPr="00535E53">
        <w:t>That's why your CV must be easy to scan.</w:t>
      </w:r>
    </w:p>
    <w:p w14:paraId="2A9BC2BB" w14:textId="77777777" w:rsidR="00535E53" w:rsidRPr="00535E53" w:rsidRDefault="00535E53" w:rsidP="00535E53">
      <w:r w:rsidRPr="00535E53">
        <w:t>Within the first few moments, a recruiter should be able to answer these questions:</w:t>
      </w:r>
    </w:p>
    <w:p w14:paraId="348A41A6" w14:textId="77777777" w:rsidR="00535E53" w:rsidRPr="00535E53" w:rsidRDefault="00535E53" w:rsidP="00535E53">
      <w:r w:rsidRPr="00535E53">
        <w:t>•</w:t>
      </w:r>
      <w:r w:rsidRPr="00535E53">
        <w:tab/>
        <w:t xml:space="preserve">Who is this person? </w:t>
      </w:r>
    </w:p>
    <w:p w14:paraId="37053C3F" w14:textId="77777777" w:rsidR="00535E53" w:rsidRPr="00535E53" w:rsidRDefault="00535E53" w:rsidP="00535E53">
      <w:r w:rsidRPr="00535E53">
        <w:t>•</w:t>
      </w:r>
      <w:r w:rsidRPr="00535E53">
        <w:tab/>
        <w:t xml:space="preserve">What role are they applying for? </w:t>
      </w:r>
    </w:p>
    <w:p w14:paraId="5EE5068A" w14:textId="77777777" w:rsidR="00535E53" w:rsidRPr="00535E53" w:rsidRDefault="00535E53" w:rsidP="00535E53">
      <w:r w:rsidRPr="00535E53">
        <w:t>•</w:t>
      </w:r>
      <w:r w:rsidRPr="00535E53">
        <w:tab/>
        <w:t xml:space="preserve">Do they have relevant experience? </w:t>
      </w:r>
    </w:p>
    <w:p w14:paraId="1338CB2E" w14:textId="77777777" w:rsidR="00535E53" w:rsidRPr="00535E53" w:rsidRDefault="00535E53" w:rsidP="00535E53">
      <w:r w:rsidRPr="00535E53">
        <w:t>•</w:t>
      </w:r>
      <w:r w:rsidRPr="00535E53">
        <w:tab/>
        <w:t xml:space="preserve">What results have they achieved? </w:t>
      </w:r>
    </w:p>
    <w:p w14:paraId="04D75E89" w14:textId="77777777" w:rsidR="00535E53" w:rsidRPr="00535E53" w:rsidRDefault="00535E53" w:rsidP="00535E53">
      <w:r w:rsidRPr="00535E53">
        <w:t>•</w:t>
      </w:r>
      <w:r w:rsidRPr="00535E53">
        <w:tab/>
        <w:t xml:space="preserve">Should I keep reading? </w:t>
      </w:r>
    </w:p>
    <w:p w14:paraId="5552516F" w14:textId="77777777" w:rsidR="00535E53" w:rsidRPr="00535E53" w:rsidRDefault="00535E53" w:rsidP="00535E53">
      <w:r w:rsidRPr="00535E53">
        <w:t>If those answers aren't immediately clear, your CV may be overlooked—even if you're qualified.</w:t>
      </w:r>
    </w:p>
    <w:p w14:paraId="520AFAD8" w14:textId="77777777" w:rsidR="00535E53" w:rsidRPr="00535E53" w:rsidRDefault="00535E53" w:rsidP="00535E53">
      <w:r w:rsidRPr="00535E53">
        <w:t>________________________________________</w:t>
      </w:r>
    </w:p>
    <w:p w14:paraId="0A46236A" w14:textId="77777777" w:rsidR="00535E53" w:rsidRPr="00535E53" w:rsidRDefault="00535E53" w:rsidP="00535E53">
      <w:r w:rsidRPr="00535E53">
        <w:t>What Is an Applicant Tracking System (ATS)?</w:t>
      </w:r>
    </w:p>
    <w:p w14:paraId="3FC93F0C" w14:textId="77777777" w:rsidR="00535E53" w:rsidRPr="00535E53" w:rsidRDefault="00535E53" w:rsidP="00535E53">
      <w:r w:rsidRPr="00535E53">
        <w:t>Many companies use software called an Applicant Tracking System (ATS) to organize applications.</w:t>
      </w:r>
    </w:p>
    <w:p w14:paraId="26848946" w14:textId="77777777" w:rsidR="00535E53" w:rsidRPr="00535E53" w:rsidRDefault="00535E53" w:rsidP="00535E53">
      <w:r w:rsidRPr="00535E53">
        <w:t>Think of it as a digital filing cabinet.</w:t>
      </w:r>
    </w:p>
    <w:p w14:paraId="45931B12" w14:textId="77777777" w:rsidR="00535E53" w:rsidRPr="00535E53" w:rsidRDefault="00535E53" w:rsidP="00535E53">
      <w:r w:rsidRPr="00535E53">
        <w:t>It stores applications, helps recruiters search for candidates, and makes it easier to manage large numbers of applicants.</w:t>
      </w:r>
    </w:p>
    <w:p w14:paraId="378256CF" w14:textId="77777777" w:rsidR="00535E53" w:rsidRPr="00535E53" w:rsidRDefault="00535E53" w:rsidP="00535E53">
      <w:r w:rsidRPr="00535E53">
        <w:t>This doesn't mean the software decides everything.</w:t>
      </w:r>
    </w:p>
    <w:p w14:paraId="1E4911CD" w14:textId="77777777" w:rsidR="00535E53" w:rsidRPr="00535E53" w:rsidRDefault="00535E53" w:rsidP="00535E53">
      <w:r w:rsidRPr="00535E53">
        <w:lastRenderedPageBreak/>
        <w:t>Human recruiters still make hiring decisions.</w:t>
      </w:r>
    </w:p>
    <w:p w14:paraId="743CADB3" w14:textId="77777777" w:rsidR="00535E53" w:rsidRPr="00535E53" w:rsidRDefault="00535E53" w:rsidP="00535E53">
      <w:r w:rsidRPr="00535E53">
        <w:t>But if your CV is difficult to read or doesn't clearly match the role, it may be harder for recruiters to find the information they're looking for.</w:t>
      </w:r>
    </w:p>
    <w:p w14:paraId="56E0B020" w14:textId="77777777" w:rsidR="00535E53" w:rsidRPr="00535E53" w:rsidRDefault="00535E53" w:rsidP="00535E53">
      <w:r w:rsidRPr="00535E53">
        <w:t>The goal isn't to "beat" the ATS.</w:t>
      </w:r>
    </w:p>
    <w:p w14:paraId="04D19E76" w14:textId="77777777" w:rsidR="00535E53" w:rsidRPr="00535E53" w:rsidRDefault="00535E53" w:rsidP="00535E53">
      <w:r w:rsidRPr="00535E53">
        <w:t>The goal is to make your CV clear for both the software and the recruiter.</w:t>
      </w:r>
    </w:p>
    <w:p w14:paraId="78B8B861" w14:textId="77777777" w:rsidR="00535E53" w:rsidRPr="00535E53" w:rsidRDefault="00535E53" w:rsidP="00535E53">
      <w:r w:rsidRPr="00535E53">
        <w:t>________________________________________</w:t>
      </w:r>
    </w:p>
    <w:p w14:paraId="6186652F" w14:textId="77777777" w:rsidR="00535E53" w:rsidRPr="00535E53" w:rsidRDefault="00535E53" w:rsidP="00535E53">
      <w:r w:rsidRPr="00535E53">
        <w:t>Build One Master CV First</w:t>
      </w:r>
    </w:p>
    <w:p w14:paraId="7BE4B754" w14:textId="77777777" w:rsidR="00535E53" w:rsidRPr="00535E53" w:rsidRDefault="00535E53" w:rsidP="00535E53">
      <w:r w:rsidRPr="00535E53">
        <w:t>Remember the Master CV we created in Chapter One?</w:t>
      </w:r>
    </w:p>
    <w:p w14:paraId="105A0A01" w14:textId="77777777" w:rsidR="00535E53" w:rsidRPr="00535E53" w:rsidRDefault="00535E53" w:rsidP="00535E53">
      <w:r w:rsidRPr="00535E53">
        <w:t>Now you'll understand why it matters.</w:t>
      </w:r>
    </w:p>
    <w:p w14:paraId="693E7ED5" w14:textId="77777777" w:rsidR="00535E53" w:rsidRPr="00535E53" w:rsidRDefault="00535E53" w:rsidP="00535E53">
      <w:r w:rsidRPr="00535E53">
        <w:t>Your Master CV is your personal archive.</w:t>
      </w:r>
    </w:p>
    <w:p w14:paraId="1D94B39B" w14:textId="77777777" w:rsidR="00535E53" w:rsidRPr="00535E53" w:rsidRDefault="00535E53" w:rsidP="00535E53">
      <w:r w:rsidRPr="00535E53">
        <w:t>It contains:</w:t>
      </w:r>
    </w:p>
    <w:p w14:paraId="6CBB0F4E" w14:textId="77777777" w:rsidR="00535E53" w:rsidRPr="00535E53" w:rsidRDefault="00535E53" w:rsidP="00535E53">
      <w:r w:rsidRPr="00535E53">
        <w:t>•</w:t>
      </w:r>
      <w:r w:rsidRPr="00535E53">
        <w:tab/>
        <w:t xml:space="preserve">Every job you've held. </w:t>
      </w:r>
    </w:p>
    <w:p w14:paraId="5F4726E9" w14:textId="77777777" w:rsidR="00535E53" w:rsidRPr="00535E53" w:rsidRDefault="00535E53" w:rsidP="00535E53">
      <w:r w:rsidRPr="00535E53">
        <w:t>•</w:t>
      </w:r>
      <w:r w:rsidRPr="00535E53">
        <w:tab/>
        <w:t xml:space="preserve">Every project. </w:t>
      </w:r>
    </w:p>
    <w:p w14:paraId="47AC90FC" w14:textId="77777777" w:rsidR="00535E53" w:rsidRPr="00535E53" w:rsidRDefault="00535E53" w:rsidP="00535E53">
      <w:r w:rsidRPr="00535E53">
        <w:t>•</w:t>
      </w:r>
      <w:r w:rsidRPr="00535E53">
        <w:tab/>
        <w:t xml:space="preserve">Every achievement. </w:t>
      </w:r>
    </w:p>
    <w:p w14:paraId="4242F34E" w14:textId="77777777" w:rsidR="00535E53" w:rsidRPr="00535E53" w:rsidRDefault="00535E53" w:rsidP="00535E53">
      <w:r w:rsidRPr="00535E53">
        <w:t>•</w:t>
      </w:r>
      <w:r w:rsidRPr="00535E53">
        <w:tab/>
        <w:t xml:space="preserve">Every certification. </w:t>
      </w:r>
    </w:p>
    <w:p w14:paraId="1D7CD66C" w14:textId="77777777" w:rsidR="00535E53" w:rsidRPr="00535E53" w:rsidRDefault="00535E53" w:rsidP="00535E53">
      <w:r w:rsidRPr="00535E53">
        <w:t>•</w:t>
      </w:r>
      <w:r w:rsidRPr="00535E53">
        <w:tab/>
        <w:t xml:space="preserve">Every skill. </w:t>
      </w:r>
    </w:p>
    <w:p w14:paraId="593AB3F7" w14:textId="77777777" w:rsidR="00535E53" w:rsidRPr="00535E53" w:rsidRDefault="00535E53" w:rsidP="00535E53">
      <w:r w:rsidRPr="00535E53">
        <w:t>•</w:t>
      </w:r>
      <w:r w:rsidRPr="00535E53">
        <w:tab/>
        <w:t xml:space="preserve">Every volunteer role. </w:t>
      </w:r>
    </w:p>
    <w:p w14:paraId="3C16F68E" w14:textId="77777777" w:rsidR="00535E53" w:rsidRPr="00535E53" w:rsidRDefault="00535E53" w:rsidP="00535E53">
      <w:r w:rsidRPr="00535E53">
        <w:t>•</w:t>
      </w:r>
      <w:r w:rsidRPr="00535E53">
        <w:tab/>
        <w:t xml:space="preserve">Every measurable result. </w:t>
      </w:r>
    </w:p>
    <w:p w14:paraId="57FD67AC" w14:textId="77777777" w:rsidR="00535E53" w:rsidRPr="00535E53" w:rsidRDefault="00535E53" w:rsidP="00535E53">
      <w:r w:rsidRPr="00535E53">
        <w:t>You never send this document to employers.</w:t>
      </w:r>
    </w:p>
    <w:p w14:paraId="2F7F1344" w14:textId="77777777" w:rsidR="00535E53" w:rsidRPr="00535E53" w:rsidRDefault="00535E53" w:rsidP="00535E53">
      <w:r w:rsidRPr="00535E53">
        <w:t>Instead, you copy relevant information into a shorter CV tailored to the specific role.</w:t>
      </w:r>
    </w:p>
    <w:p w14:paraId="3912F31E" w14:textId="77777777" w:rsidR="00535E53" w:rsidRPr="00535E53" w:rsidRDefault="00535E53" w:rsidP="00535E53">
      <w:r w:rsidRPr="00535E53">
        <w:t>That way, every application feels focused instead of generic.</w:t>
      </w:r>
    </w:p>
    <w:p w14:paraId="27059074" w14:textId="77777777" w:rsidR="00535E53" w:rsidRPr="00535E53" w:rsidRDefault="00535E53" w:rsidP="00535E53">
      <w:r w:rsidRPr="00535E53">
        <w:t>________________________________________</w:t>
      </w:r>
    </w:p>
    <w:p w14:paraId="1B8381B8" w14:textId="77777777" w:rsidR="00535E53" w:rsidRPr="00535E53" w:rsidRDefault="00535E53" w:rsidP="00535E53">
      <w:r w:rsidRPr="00535E53">
        <w:t>The Six Sections Every Strong CV Needs</w:t>
      </w:r>
    </w:p>
    <w:p w14:paraId="1F141F93" w14:textId="77777777" w:rsidR="00535E53" w:rsidRPr="00535E53" w:rsidRDefault="00535E53" w:rsidP="00535E53">
      <w:r w:rsidRPr="00535E53">
        <w:t>Let's build your CV from the top down.</w:t>
      </w:r>
    </w:p>
    <w:p w14:paraId="620C18ED" w14:textId="77777777" w:rsidR="00535E53" w:rsidRPr="00535E53" w:rsidRDefault="00535E53" w:rsidP="00535E53">
      <w:r w:rsidRPr="00535E53">
        <w:t>1. Contact Information</w:t>
      </w:r>
    </w:p>
    <w:p w14:paraId="052523BA" w14:textId="77777777" w:rsidR="00535E53" w:rsidRPr="00535E53" w:rsidRDefault="00535E53" w:rsidP="00535E53">
      <w:r w:rsidRPr="00535E53">
        <w:t>Keep it simple.</w:t>
      </w:r>
    </w:p>
    <w:p w14:paraId="7CD8520F" w14:textId="77777777" w:rsidR="00535E53" w:rsidRPr="00535E53" w:rsidRDefault="00535E53" w:rsidP="00535E53">
      <w:r w:rsidRPr="00535E53">
        <w:t>Include:</w:t>
      </w:r>
    </w:p>
    <w:p w14:paraId="11D11232" w14:textId="77777777" w:rsidR="00535E53" w:rsidRPr="00535E53" w:rsidRDefault="00535E53" w:rsidP="00535E53">
      <w:r w:rsidRPr="00535E53">
        <w:lastRenderedPageBreak/>
        <w:t>•</w:t>
      </w:r>
      <w:r w:rsidRPr="00535E53">
        <w:tab/>
        <w:t xml:space="preserve">Full name </w:t>
      </w:r>
    </w:p>
    <w:p w14:paraId="1CB3CEAD" w14:textId="77777777" w:rsidR="00535E53" w:rsidRPr="00535E53" w:rsidRDefault="00535E53" w:rsidP="00535E53">
      <w:r w:rsidRPr="00535E53">
        <w:t>•</w:t>
      </w:r>
      <w:r w:rsidRPr="00535E53">
        <w:tab/>
        <w:t xml:space="preserve">Professional email address </w:t>
      </w:r>
    </w:p>
    <w:p w14:paraId="390C7367" w14:textId="77777777" w:rsidR="00535E53" w:rsidRPr="00535E53" w:rsidRDefault="00535E53" w:rsidP="00535E53">
      <w:r w:rsidRPr="00535E53">
        <w:t>•</w:t>
      </w:r>
      <w:r w:rsidRPr="00535E53">
        <w:tab/>
        <w:t xml:space="preserve">Phone number </w:t>
      </w:r>
    </w:p>
    <w:p w14:paraId="2DB404DF" w14:textId="77777777" w:rsidR="00535E53" w:rsidRPr="00535E53" w:rsidRDefault="00535E53" w:rsidP="00535E53">
      <w:r w:rsidRPr="00535E53">
        <w:t>•</w:t>
      </w:r>
      <w:r w:rsidRPr="00535E53">
        <w:tab/>
        <w:t xml:space="preserve">City and country </w:t>
      </w:r>
    </w:p>
    <w:p w14:paraId="6E2B994E" w14:textId="77777777" w:rsidR="00535E53" w:rsidRPr="00535E53" w:rsidRDefault="00535E53" w:rsidP="00535E53">
      <w:r w:rsidRPr="00535E53">
        <w:t>•</w:t>
      </w:r>
      <w:r w:rsidRPr="00535E53">
        <w:tab/>
        <w:t xml:space="preserve">LinkedIn profile (if updated) </w:t>
      </w:r>
    </w:p>
    <w:p w14:paraId="19A52B51" w14:textId="77777777" w:rsidR="00535E53" w:rsidRPr="00535E53" w:rsidRDefault="00535E53" w:rsidP="00535E53">
      <w:r w:rsidRPr="00535E53">
        <w:t>You don't need to include:</w:t>
      </w:r>
    </w:p>
    <w:p w14:paraId="707B7E24" w14:textId="77777777" w:rsidR="00535E53" w:rsidRPr="00535E53" w:rsidRDefault="00535E53" w:rsidP="00535E53">
      <w:r w:rsidRPr="00535E53">
        <w:t>•</w:t>
      </w:r>
      <w:r w:rsidRPr="00535E53">
        <w:tab/>
        <w:t xml:space="preserve">Marital status </w:t>
      </w:r>
    </w:p>
    <w:p w14:paraId="4CA3225D" w14:textId="77777777" w:rsidR="00535E53" w:rsidRPr="00535E53" w:rsidRDefault="00535E53" w:rsidP="00535E53">
      <w:r w:rsidRPr="00535E53">
        <w:t>•</w:t>
      </w:r>
      <w:r w:rsidRPr="00535E53">
        <w:tab/>
        <w:t xml:space="preserve">Religion </w:t>
      </w:r>
    </w:p>
    <w:p w14:paraId="296A2A38" w14:textId="77777777" w:rsidR="00535E53" w:rsidRPr="00535E53" w:rsidRDefault="00535E53" w:rsidP="00535E53">
      <w:r w:rsidRPr="00535E53">
        <w:t>•</w:t>
      </w:r>
      <w:r w:rsidRPr="00535E53">
        <w:tab/>
        <w:t xml:space="preserve">State of origin </w:t>
      </w:r>
    </w:p>
    <w:p w14:paraId="68E2776A" w14:textId="77777777" w:rsidR="00535E53" w:rsidRPr="00535E53" w:rsidRDefault="00535E53" w:rsidP="00535E53">
      <w:r w:rsidRPr="00535E53">
        <w:t>•</w:t>
      </w:r>
      <w:r w:rsidRPr="00535E53">
        <w:tab/>
        <w:t xml:space="preserve">Nationality (unless specifically requested) </w:t>
      </w:r>
    </w:p>
    <w:p w14:paraId="530C0BE0" w14:textId="77777777" w:rsidR="00535E53" w:rsidRPr="00535E53" w:rsidRDefault="00535E53" w:rsidP="00535E53">
      <w:r w:rsidRPr="00535E53">
        <w:t>•</w:t>
      </w:r>
      <w:r w:rsidRPr="00535E53">
        <w:tab/>
        <w:t xml:space="preserve">Passport photograph (unless customary or requested) </w:t>
      </w:r>
    </w:p>
    <w:p w14:paraId="10307F92" w14:textId="77777777" w:rsidR="00535E53" w:rsidRPr="00535E53" w:rsidRDefault="00535E53" w:rsidP="00535E53">
      <w:r w:rsidRPr="00535E53">
        <w:t>Professionalism starts with simplicity.</w:t>
      </w:r>
    </w:p>
    <w:p w14:paraId="2F9ACCCC" w14:textId="77777777" w:rsidR="00535E53" w:rsidRPr="00535E53" w:rsidRDefault="00535E53" w:rsidP="00535E53">
      <w:r w:rsidRPr="00535E53">
        <w:t>________________________________________</w:t>
      </w:r>
    </w:p>
    <w:p w14:paraId="60AF6FE5" w14:textId="77777777" w:rsidR="00535E53" w:rsidRPr="00535E53" w:rsidRDefault="00535E53" w:rsidP="00535E53">
      <w:r w:rsidRPr="00535E53">
        <w:t>2. Professional Summary</w:t>
      </w:r>
    </w:p>
    <w:p w14:paraId="45649076" w14:textId="77777777" w:rsidR="00535E53" w:rsidRPr="00535E53" w:rsidRDefault="00535E53" w:rsidP="00535E53">
      <w:r w:rsidRPr="00535E53">
        <w:t>This is your introduction.</w:t>
      </w:r>
    </w:p>
    <w:p w14:paraId="3E06EAC4" w14:textId="77777777" w:rsidR="00535E53" w:rsidRPr="00535E53" w:rsidRDefault="00535E53" w:rsidP="00535E53">
      <w:r w:rsidRPr="00535E53">
        <w:t>Keep it short.</w:t>
      </w:r>
    </w:p>
    <w:p w14:paraId="2A692A43" w14:textId="77777777" w:rsidR="00535E53" w:rsidRPr="00535E53" w:rsidRDefault="00535E53" w:rsidP="00535E53">
      <w:r w:rsidRPr="00535E53">
        <w:t>Three to five sentences are enough.</w:t>
      </w:r>
    </w:p>
    <w:p w14:paraId="1F8703A4" w14:textId="77777777" w:rsidR="00535E53" w:rsidRPr="00535E53" w:rsidRDefault="00535E53" w:rsidP="00535E53">
      <w:r w:rsidRPr="00535E53">
        <w:t>Instead of saying:</w:t>
      </w:r>
    </w:p>
    <w:p w14:paraId="19A36001" w14:textId="77777777" w:rsidR="00535E53" w:rsidRPr="00535E53" w:rsidRDefault="00535E53" w:rsidP="00535E53">
      <w:r w:rsidRPr="00535E53">
        <w:t>"I am hardworking and dedicated."</w:t>
      </w:r>
    </w:p>
    <w:p w14:paraId="2BA6CD66" w14:textId="77777777" w:rsidR="00535E53" w:rsidRPr="00535E53" w:rsidRDefault="00535E53" w:rsidP="00535E53">
      <w:r w:rsidRPr="00535E53">
        <w:t>Show value.</w:t>
      </w:r>
    </w:p>
    <w:p w14:paraId="39227D06" w14:textId="77777777" w:rsidR="00535E53" w:rsidRPr="00535E53" w:rsidRDefault="00535E53" w:rsidP="00535E53">
      <w:r w:rsidRPr="00535E53">
        <w:t>For example:</w:t>
      </w:r>
    </w:p>
    <w:p w14:paraId="7B232724" w14:textId="77777777" w:rsidR="00535E53" w:rsidRPr="00535E53" w:rsidRDefault="00535E53" w:rsidP="00535E53">
      <w:r w:rsidRPr="00535E53">
        <w:t>Customer Support Professional with three years of experience helping customers resolve technical issues and improve satisfaction. Skilled in CRM systems, written communication, and problem-solving. Seeking a remote role where I can deliver excellent customer experiences while contributing to team success.</w:t>
      </w:r>
    </w:p>
    <w:p w14:paraId="0EA199BA" w14:textId="77777777" w:rsidR="00535E53" w:rsidRPr="00535E53" w:rsidRDefault="00535E53" w:rsidP="00535E53">
      <w:r w:rsidRPr="00535E53">
        <w:t>Notice the difference.</w:t>
      </w:r>
    </w:p>
    <w:p w14:paraId="68931B9B" w14:textId="77777777" w:rsidR="00535E53" w:rsidRPr="00535E53" w:rsidRDefault="00535E53" w:rsidP="00535E53">
      <w:r w:rsidRPr="00535E53">
        <w:t>It tells the recruiter:</w:t>
      </w:r>
    </w:p>
    <w:p w14:paraId="6E96FB7F" w14:textId="77777777" w:rsidR="00535E53" w:rsidRPr="00535E53" w:rsidRDefault="00535E53" w:rsidP="00535E53">
      <w:r w:rsidRPr="00535E53">
        <w:t>•</w:t>
      </w:r>
      <w:r w:rsidRPr="00535E53">
        <w:tab/>
        <w:t xml:space="preserve">Who you are. </w:t>
      </w:r>
    </w:p>
    <w:p w14:paraId="313B3072" w14:textId="77777777" w:rsidR="00535E53" w:rsidRPr="00535E53" w:rsidRDefault="00535E53" w:rsidP="00535E53">
      <w:r w:rsidRPr="00535E53">
        <w:lastRenderedPageBreak/>
        <w:t>•</w:t>
      </w:r>
      <w:r w:rsidRPr="00535E53">
        <w:tab/>
        <w:t xml:space="preserve">What you've done. </w:t>
      </w:r>
    </w:p>
    <w:p w14:paraId="46BE6240" w14:textId="77777777" w:rsidR="00535E53" w:rsidRPr="00535E53" w:rsidRDefault="00535E53" w:rsidP="00535E53">
      <w:r w:rsidRPr="00535E53">
        <w:t>•</w:t>
      </w:r>
      <w:r w:rsidRPr="00535E53">
        <w:tab/>
        <w:t xml:space="preserve">What you can offer. </w:t>
      </w:r>
    </w:p>
    <w:p w14:paraId="10CC0D1E" w14:textId="77777777" w:rsidR="00535E53" w:rsidRPr="00535E53" w:rsidRDefault="00535E53" w:rsidP="00535E53">
      <w:r w:rsidRPr="00535E53">
        <w:t>________________________________________</w:t>
      </w:r>
    </w:p>
    <w:p w14:paraId="7F1FDF88" w14:textId="77777777" w:rsidR="00535E53" w:rsidRPr="00535E53" w:rsidRDefault="00535E53" w:rsidP="00535E53">
      <w:r w:rsidRPr="00535E53">
        <w:t>3. Core Skills</w:t>
      </w:r>
    </w:p>
    <w:p w14:paraId="04CF67FC" w14:textId="77777777" w:rsidR="00535E53" w:rsidRPr="00535E53" w:rsidRDefault="00535E53" w:rsidP="00535E53">
      <w:r w:rsidRPr="00535E53">
        <w:t>List skills that are relevant to the job.</w:t>
      </w:r>
    </w:p>
    <w:p w14:paraId="23D4E087" w14:textId="77777777" w:rsidR="00535E53" w:rsidRPr="00535E53" w:rsidRDefault="00535E53" w:rsidP="00535E53">
      <w:r w:rsidRPr="00535E53">
        <w:t>Examples:</w:t>
      </w:r>
    </w:p>
    <w:p w14:paraId="38B65470" w14:textId="77777777" w:rsidR="00535E53" w:rsidRPr="00535E53" w:rsidRDefault="00535E53" w:rsidP="00535E53">
      <w:r w:rsidRPr="00535E53">
        <w:t>Customer Support</w:t>
      </w:r>
    </w:p>
    <w:p w14:paraId="45D22BC5" w14:textId="77777777" w:rsidR="00535E53" w:rsidRPr="00535E53" w:rsidRDefault="00535E53" w:rsidP="00535E53">
      <w:r w:rsidRPr="00535E53">
        <w:t>Microsoft Excel</w:t>
      </w:r>
    </w:p>
    <w:p w14:paraId="2AE611AA" w14:textId="77777777" w:rsidR="00535E53" w:rsidRPr="00535E53" w:rsidRDefault="00535E53" w:rsidP="00535E53">
      <w:r w:rsidRPr="00535E53">
        <w:t>Google Workspace</w:t>
      </w:r>
    </w:p>
    <w:p w14:paraId="57406C37" w14:textId="77777777" w:rsidR="00535E53" w:rsidRPr="00535E53" w:rsidRDefault="00535E53" w:rsidP="00535E53">
      <w:r w:rsidRPr="00535E53">
        <w:t>CRM Software</w:t>
      </w:r>
    </w:p>
    <w:p w14:paraId="5D84626E" w14:textId="77777777" w:rsidR="00535E53" w:rsidRPr="00535E53" w:rsidRDefault="00535E53" w:rsidP="00535E53">
      <w:r w:rsidRPr="00535E53">
        <w:t>Slack</w:t>
      </w:r>
    </w:p>
    <w:p w14:paraId="3AC0F7BE" w14:textId="77777777" w:rsidR="00535E53" w:rsidRPr="00535E53" w:rsidRDefault="00535E53" w:rsidP="00535E53">
      <w:r w:rsidRPr="00535E53">
        <w:t>Project Coordination</w:t>
      </w:r>
    </w:p>
    <w:p w14:paraId="17ED0F70" w14:textId="77777777" w:rsidR="00535E53" w:rsidRPr="00535E53" w:rsidRDefault="00535E53" w:rsidP="00535E53">
      <w:r w:rsidRPr="00535E53">
        <w:t>Communication</w:t>
      </w:r>
    </w:p>
    <w:p w14:paraId="7C76063D" w14:textId="77777777" w:rsidR="00535E53" w:rsidRPr="00535E53" w:rsidRDefault="00535E53" w:rsidP="00535E53">
      <w:r w:rsidRPr="00535E53">
        <w:t>Problem Solving</w:t>
      </w:r>
    </w:p>
    <w:p w14:paraId="56DA4819" w14:textId="77777777" w:rsidR="00535E53" w:rsidRPr="00535E53" w:rsidRDefault="00535E53" w:rsidP="00535E53">
      <w:r w:rsidRPr="00535E53">
        <w:t>Time Management</w:t>
      </w:r>
    </w:p>
    <w:p w14:paraId="0F0CBD54" w14:textId="77777777" w:rsidR="00535E53" w:rsidRPr="00535E53" w:rsidRDefault="00535E53" w:rsidP="00535E53">
      <w:r w:rsidRPr="00535E53">
        <w:t>Only include skills you can genuinely demonstrate.</w:t>
      </w:r>
    </w:p>
    <w:p w14:paraId="76C7F59C" w14:textId="77777777" w:rsidR="00535E53" w:rsidRPr="00535E53" w:rsidRDefault="00535E53" w:rsidP="00535E53">
      <w:r w:rsidRPr="00535E53">
        <w:t>________________________________________</w:t>
      </w:r>
    </w:p>
    <w:p w14:paraId="7026676B" w14:textId="77777777" w:rsidR="00535E53" w:rsidRPr="00535E53" w:rsidRDefault="00535E53" w:rsidP="00535E53">
      <w:r w:rsidRPr="00535E53">
        <w:t>4. Work Experience</w:t>
      </w:r>
    </w:p>
    <w:p w14:paraId="0C5A568E" w14:textId="77777777" w:rsidR="00535E53" w:rsidRPr="00535E53" w:rsidRDefault="00535E53" w:rsidP="00535E53">
      <w:r w:rsidRPr="00535E53">
        <w:t>This is where many CVs become weak.</w:t>
      </w:r>
    </w:p>
    <w:p w14:paraId="00B7419C" w14:textId="77777777" w:rsidR="00535E53" w:rsidRPr="00535E53" w:rsidRDefault="00535E53" w:rsidP="00535E53">
      <w:r w:rsidRPr="00535E53">
        <w:t>Don't simply describe your duties.</w:t>
      </w:r>
    </w:p>
    <w:p w14:paraId="115C9DBF" w14:textId="77777777" w:rsidR="00535E53" w:rsidRPr="00535E53" w:rsidRDefault="00535E53" w:rsidP="00535E53">
      <w:r w:rsidRPr="00535E53">
        <w:t>Show your impact.</w:t>
      </w:r>
    </w:p>
    <w:p w14:paraId="291C51FA" w14:textId="77777777" w:rsidR="00535E53" w:rsidRPr="00535E53" w:rsidRDefault="00535E53" w:rsidP="00535E53">
      <w:r w:rsidRPr="00535E53">
        <w:t>Weak Example</w:t>
      </w:r>
    </w:p>
    <w:p w14:paraId="3E819B88" w14:textId="77777777" w:rsidR="00535E53" w:rsidRPr="00535E53" w:rsidRDefault="00535E53" w:rsidP="00535E53">
      <w:r w:rsidRPr="00535E53">
        <w:t>Answered customer emails.</w:t>
      </w:r>
    </w:p>
    <w:p w14:paraId="0D3878FA" w14:textId="77777777" w:rsidR="00535E53" w:rsidRPr="00535E53" w:rsidRDefault="00535E53" w:rsidP="00535E53">
      <w:r w:rsidRPr="00535E53">
        <w:t>Better Example</w:t>
      </w:r>
    </w:p>
    <w:p w14:paraId="4A85D268" w14:textId="77777777" w:rsidR="00535E53" w:rsidRPr="00535E53" w:rsidRDefault="00535E53" w:rsidP="00535E53">
      <w:r w:rsidRPr="00535E53">
        <w:t>Resolved customer enquiries through email and live chat while maintaining high customer satisfaction.</w:t>
      </w:r>
    </w:p>
    <w:p w14:paraId="0AE5B37B" w14:textId="77777777" w:rsidR="00535E53" w:rsidRPr="00535E53" w:rsidRDefault="00535E53" w:rsidP="00535E53">
      <w:r w:rsidRPr="00535E53">
        <w:t>Even Better</w:t>
      </w:r>
    </w:p>
    <w:p w14:paraId="2923250A" w14:textId="77777777" w:rsidR="00535E53" w:rsidRPr="00535E53" w:rsidRDefault="00535E53" w:rsidP="00535E53">
      <w:r w:rsidRPr="00535E53">
        <w:lastRenderedPageBreak/>
        <w:t>Resolved more than 60 customer enquiries weekly through email and live chat while consistently meeting internal response-time targets.</w:t>
      </w:r>
    </w:p>
    <w:p w14:paraId="4450C2AE" w14:textId="77777777" w:rsidR="00535E53" w:rsidRPr="00535E53" w:rsidRDefault="00535E53" w:rsidP="00535E53">
      <w:r w:rsidRPr="00535E53">
        <w:t>Specific examples help recruiters understand the scale of your work.</w:t>
      </w:r>
    </w:p>
    <w:p w14:paraId="69496314" w14:textId="77777777" w:rsidR="00535E53" w:rsidRPr="00535E53" w:rsidRDefault="00535E53" w:rsidP="00535E53">
      <w:r w:rsidRPr="00535E53">
        <w:t>If you don't have numbers, focus on clear achievements or responsibilities that demonstrate value.</w:t>
      </w:r>
    </w:p>
    <w:p w14:paraId="3F6AD640" w14:textId="77777777" w:rsidR="00535E53" w:rsidRPr="00535E53" w:rsidRDefault="00535E53" w:rsidP="00535E53">
      <w:r w:rsidRPr="00535E53">
        <w:t>________________________________________</w:t>
      </w:r>
    </w:p>
    <w:p w14:paraId="00AA22E1" w14:textId="77777777" w:rsidR="00535E53" w:rsidRPr="00535E53" w:rsidRDefault="00535E53" w:rsidP="00535E53">
      <w:r w:rsidRPr="00535E53">
        <w:t>5. Education</w:t>
      </w:r>
    </w:p>
    <w:p w14:paraId="1A08CC1C" w14:textId="77777777" w:rsidR="00535E53" w:rsidRPr="00535E53" w:rsidRDefault="00535E53" w:rsidP="00535E53">
      <w:r w:rsidRPr="00535E53">
        <w:t>Include:</w:t>
      </w:r>
    </w:p>
    <w:p w14:paraId="5E8B14C1" w14:textId="77777777" w:rsidR="00535E53" w:rsidRPr="00535E53" w:rsidRDefault="00535E53" w:rsidP="00535E53">
      <w:r w:rsidRPr="00535E53">
        <w:t>Qualification</w:t>
      </w:r>
    </w:p>
    <w:p w14:paraId="18A81981" w14:textId="77777777" w:rsidR="00535E53" w:rsidRPr="00535E53" w:rsidRDefault="00535E53" w:rsidP="00535E53">
      <w:r w:rsidRPr="00535E53">
        <w:t>Institution</w:t>
      </w:r>
    </w:p>
    <w:p w14:paraId="03E71C85" w14:textId="77777777" w:rsidR="00535E53" w:rsidRPr="00535E53" w:rsidRDefault="00535E53" w:rsidP="00535E53">
      <w:r w:rsidRPr="00535E53">
        <w:t>Graduation year (optional if you prefer)</w:t>
      </w:r>
    </w:p>
    <w:p w14:paraId="543DC5B3" w14:textId="77777777" w:rsidR="00535E53" w:rsidRPr="00535E53" w:rsidRDefault="00535E53" w:rsidP="00535E53">
      <w:r w:rsidRPr="00535E53">
        <w:t>Relevant certifications</w:t>
      </w:r>
    </w:p>
    <w:p w14:paraId="60D64462" w14:textId="77777777" w:rsidR="00535E53" w:rsidRPr="00535E53" w:rsidRDefault="00535E53" w:rsidP="00535E53">
      <w:r w:rsidRPr="00535E53">
        <w:t>Keep this section clean and easy to read.</w:t>
      </w:r>
    </w:p>
    <w:p w14:paraId="170A5412" w14:textId="77777777" w:rsidR="00535E53" w:rsidRPr="00535E53" w:rsidRDefault="00535E53" w:rsidP="00535E53">
      <w:r w:rsidRPr="00535E53">
        <w:t>________________________________________</w:t>
      </w:r>
    </w:p>
    <w:p w14:paraId="024802AC" w14:textId="77777777" w:rsidR="00535E53" w:rsidRPr="00535E53" w:rsidRDefault="00535E53" w:rsidP="00535E53">
      <w:r w:rsidRPr="00535E53">
        <w:t>6. Additional Sections</w:t>
      </w:r>
    </w:p>
    <w:p w14:paraId="1F9B2294" w14:textId="77777777" w:rsidR="00535E53" w:rsidRPr="00535E53" w:rsidRDefault="00535E53" w:rsidP="00535E53">
      <w:r w:rsidRPr="00535E53">
        <w:t>Depending on your background, you may include:</w:t>
      </w:r>
    </w:p>
    <w:p w14:paraId="1D8A540C" w14:textId="77777777" w:rsidR="00535E53" w:rsidRPr="00535E53" w:rsidRDefault="00535E53" w:rsidP="00535E53">
      <w:r w:rsidRPr="00535E53">
        <w:t>Projects</w:t>
      </w:r>
    </w:p>
    <w:p w14:paraId="5EC71764" w14:textId="77777777" w:rsidR="00535E53" w:rsidRPr="00535E53" w:rsidRDefault="00535E53" w:rsidP="00535E53">
      <w:r w:rsidRPr="00535E53">
        <w:t>Volunteer Experience</w:t>
      </w:r>
    </w:p>
    <w:p w14:paraId="16D938AA" w14:textId="77777777" w:rsidR="00535E53" w:rsidRPr="00535E53" w:rsidRDefault="00535E53" w:rsidP="00535E53">
      <w:r w:rsidRPr="00535E53">
        <w:t>Languages</w:t>
      </w:r>
    </w:p>
    <w:p w14:paraId="265F835D" w14:textId="77777777" w:rsidR="00535E53" w:rsidRPr="00535E53" w:rsidRDefault="00535E53" w:rsidP="00535E53">
      <w:r w:rsidRPr="00535E53">
        <w:t>Technical Skills</w:t>
      </w:r>
    </w:p>
    <w:p w14:paraId="393F43B4" w14:textId="77777777" w:rsidR="00535E53" w:rsidRPr="00535E53" w:rsidRDefault="00535E53" w:rsidP="00535E53">
      <w:r w:rsidRPr="00535E53">
        <w:t>Professional Certifications</w:t>
      </w:r>
    </w:p>
    <w:p w14:paraId="4B151DB7" w14:textId="77777777" w:rsidR="00535E53" w:rsidRPr="00535E53" w:rsidRDefault="00535E53" w:rsidP="00535E53">
      <w:r w:rsidRPr="00535E53">
        <w:t>Awards</w:t>
      </w:r>
    </w:p>
    <w:p w14:paraId="0421E0B5" w14:textId="77777777" w:rsidR="00535E53" w:rsidRPr="00535E53" w:rsidRDefault="00535E53" w:rsidP="00535E53">
      <w:r w:rsidRPr="00535E53">
        <w:t>Only include sections that strengthen your application.</w:t>
      </w:r>
    </w:p>
    <w:p w14:paraId="22B63076" w14:textId="77777777" w:rsidR="00535E53" w:rsidRPr="00535E53" w:rsidRDefault="00535E53" w:rsidP="00535E53">
      <w:r w:rsidRPr="00535E53">
        <w:t>________________________________________</w:t>
      </w:r>
    </w:p>
    <w:p w14:paraId="426DD4E4" w14:textId="77777777" w:rsidR="00535E53" w:rsidRPr="00535E53" w:rsidRDefault="00535E53" w:rsidP="00535E53">
      <w:r w:rsidRPr="00535E53">
        <w:t>Tailor Your CV for Every Application</w:t>
      </w:r>
    </w:p>
    <w:p w14:paraId="0A8D073F" w14:textId="77777777" w:rsidR="00535E53" w:rsidRPr="00535E53" w:rsidRDefault="00535E53" w:rsidP="00535E53">
      <w:r w:rsidRPr="00535E53">
        <w:t>One CV should not fit every job.</w:t>
      </w:r>
    </w:p>
    <w:p w14:paraId="5F5BBC40" w14:textId="77777777" w:rsidR="00535E53" w:rsidRPr="00535E53" w:rsidRDefault="00535E53" w:rsidP="00535E53">
      <w:r w:rsidRPr="00535E53">
        <w:t>Before applying, compare your CV with the job description.</w:t>
      </w:r>
    </w:p>
    <w:p w14:paraId="5D51BE36" w14:textId="77777777" w:rsidR="00535E53" w:rsidRPr="00535E53" w:rsidRDefault="00535E53" w:rsidP="00535E53">
      <w:r w:rsidRPr="00535E53">
        <w:lastRenderedPageBreak/>
        <w:t>Ask yourself:</w:t>
      </w:r>
    </w:p>
    <w:p w14:paraId="23FB0B17" w14:textId="77777777" w:rsidR="00535E53" w:rsidRPr="00535E53" w:rsidRDefault="00535E53" w:rsidP="00535E53">
      <w:r w:rsidRPr="00535E53">
        <w:t>•</w:t>
      </w:r>
      <w:r w:rsidRPr="00535E53">
        <w:tab/>
        <w:t xml:space="preserve">Which skills does this employer value? </w:t>
      </w:r>
    </w:p>
    <w:p w14:paraId="70E5334A" w14:textId="77777777" w:rsidR="00535E53" w:rsidRPr="00535E53" w:rsidRDefault="00535E53" w:rsidP="00535E53">
      <w:r w:rsidRPr="00535E53">
        <w:t>•</w:t>
      </w:r>
      <w:r w:rsidRPr="00535E53">
        <w:tab/>
        <w:t xml:space="preserve">Which experience is most relevant? </w:t>
      </w:r>
    </w:p>
    <w:p w14:paraId="23ED9818" w14:textId="77777777" w:rsidR="00535E53" w:rsidRPr="00535E53" w:rsidRDefault="00535E53" w:rsidP="00535E53">
      <w:r w:rsidRPr="00535E53">
        <w:t>•</w:t>
      </w:r>
      <w:r w:rsidRPr="00535E53">
        <w:tab/>
        <w:t xml:space="preserve">Which achievements best demonstrate those skills? </w:t>
      </w:r>
    </w:p>
    <w:p w14:paraId="6CF08E15" w14:textId="77777777" w:rsidR="00535E53" w:rsidRPr="00535E53" w:rsidRDefault="00535E53" w:rsidP="00535E53">
      <w:r w:rsidRPr="00535E53">
        <w:t>Then adjust your CV accordingly.</w:t>
      </w:r>
    </w:p>
    <w:p w14:paraId="6387B2C3" w14:textId="77777777" w:rsidR="00535E53" w:rsidRPr="00535E53" w:rsidRDefault="00535E53" w:rsidP="00535E53">
      <w:r w:rsidRPr="00535E53">
        <w:t>You don't need to invent experience.</w:t>
      </w:r>
    </w:p>
    <w:p w14:paraId="67E1DBD9" w14:textId="77777777" w:rsidR="00535E53" w:rsidRPr="00535E53" w:rsidRDefault="00535E53" w:rsidP="00535E53">
      <w:r w:rsidRPr="00535E53">
        <w:t>You simply highlight the experience that's most relevant to the role.</w:t>
      </w:r>
    </w:p>
    <w:p w14:paraId="5EBBFB15" w14:textId="77777777" w:rsidR="00535E53" w:rsidRPr="00535E53" w:rsidRDefault="00535E53" w:rsidP="00535E53">
      <w:r w:rsidRPr="00535E53">
        <w:t>________________________________________</w:t>
      </w:r>
    </w:p>
    <w:p w14:paraId="6C9C3A01" w14:textId="77777777" w:rsidR="00535E53" w:rsidRPr="00535E53" w:rsidRDefault="00535E53" w:rsidP="00535E53">
      <w:r w:rsidRPr="00535E53">
        <w:t>Use Strong Action Verbs</w:t>
      </w:r>
    </w:p>
    <w:p w14:paraId="406A2F5A" w14:textId="77777777" w:rsidR="00535E53" w:rsidRPr="00535E53" w:rsidRDefault="00535E53" w:rsidP="00535E53">
      <w:r w:rsidRPr="00535E53">
        <w:t>Replace weak phrases with stronger alternatives.</w:t>
      </w:r>
    </w:p>
    <w:p w14:paraId="44A75441" w14:textId="77777777" w:rsidR="00535E53" w:rsidRPr="00535E53" w:rsidRDefault="00535E53" w:rsidP="00535E53">
      <w:r w:rsidRPr="00535E53">
        <w:t>Instead of:</w:t>
      </w:r>
    </w:p>
    <w:p w14:paraId="6258232B" w14:textId="77777777" w:rsidR="00535E53" w:rsidRPr="00535E53" w:rsidRDefault="00535E53" w:rsidP="00535E53">
      <w:r w:rsidRPr="00535E53">
        <w:t>Helped</w:t>
      </w:r>
    </w:p>
    <w:p w14:paraId="6A4A157D" w14:textId="77777777" w:rsidR="00535E53" w:rsidRPr="00535E53" w:rsidRDefault="00535E53" w:rsidP="00535E53">
      <w:r w:rsidRPr="00535E53">
        <w:t>Worked on</w:t>
      </w:r>
    </w:p>
    <w:p w14:paraId="372759B1" w14:textId="77777777" w:rsidR="00535E53" w:rsidRPr="00535E53" w:rsidRDefault="00535E53" w:rsidP="00535E53">
      <w:r w:rsidRPr="00535E53">
        <w:t>Responsible for</w:t>
      </w:r>
    </w:p>
    <w:p w14:paraId="7BA8A9BF" w14:textId="77777777" w:rsidR="00535E53" w:rsidRPr="00535E53" w:rsidRDefault="00535E53" w:rsidP="00535E53">
      <w:r w:rsidRPr="00535E53">
        <w:t>Try:</w:t>
      </w:r>
    </w:p>
    <w:p w14:paraId="10850B69" w14:textId="77777777" w:rsidR="00535E53" w:rsidRPr="00535E53" w:rsidRDefault="00535E53" w:rsidP="00535E53">
      <w:r w:rsidRPr="00535E53">
        <w:t>Managed</w:t>
      </w:r>
    </w:p>
    <w:p w14:paraId="5B137AE8" w14:textId="77777777" w:rsidR="00535E53" w:rsidRPr="00535E53" w:rsidRDefault="00535E53" w:rsidP="00535E53">
      <w:r w:rsidRPr="00535E53">
        <w:t>Coordinated</w:t>
      </w:r>
    </w:p>
    <w:p w14:paraId="155F063A" w14:textId="77777777" w:rsidR="00535E53" w:rsidRPr="00535E53" w:rsidRDefault="00535E53" w:rsidP="00535E53">
      <w:r w:rsidRPr="00535E53">
        <w:t>Resolved</w:t>
      </w:r>
    </w:p>
    <w:p w14:paraId="797EA0C7" w14:textId="77777777" w:rsidR="00535E53" w:rsidRPr="00535E53" w:rsidRDefault="00535E53" w:rsidP="00535E53">
      <w:r w:rsidRPr="00535E53">
        <w:t>Improved</w:t>
      </w:r>
    </w:p>
    <w:p w14:paraId="09EAFDF7" w14:textId="77777777" w:rsidR="00535E53" w:rsidRPr="00535E53" w:rsidRDefault="00535E53" w:rsidP="00535E53">
      <w:r w:rsidRPr="00535E53">
        <w:t>Developed</w:t>
      </w:r>
    </w:p>
    <w:p w14:paraId="171D9006" w14:textId="77777777" w:rsidR="00535E53" w:rsidRPr="00535E53" w:rsidRDefault="00535E53" w:rsidP="00535E53">
      <w:r w:rsidRPr="00535E53">
        <w:t>Implemented</w:t>
      </w:r>
    </w:p>
    <w:p w14:paraId="642AFEDC" w14:textId="77777777" w:rsidR="00535E53" w:rsidRPr="00535E53" w:rsidRDefault="00535E53" w:rsidP="00535E53">
      <w:r w:rsidRPr="00535E53">
        <w:t>Delivered</w:t>
      </w:r>
    </w:p>
    <w:p w14:paraId="60801F1A" w14:textId="77777777" w:rsidR="00535E53" w:rsidRPr="00535E53" w:rsidRDefault="00535E53" w:rsidP="00535E53">
      <w:r w:rsidRPr="00535E53">
        <w:t>Supported</w:t>
      </w:r>
    </w:p>
    <w:p w14:paraId="2E3618D7" w14:textId="77777777" w:rsidR="00535E53" w:rsidRPr="00535E53" w:rsidRDefault="00535E53" w:rsidP="00535E53">
      <w:r w:rsidRPr="00535E53">
        <w:t>Organized</w:t>
      </w:r>
    </w:p>
    <w:p w14:paraId="6C63B543" w14:textId="77777777" w:rsidR="00535E53" w:rsidRPr="00535E53" w:rsidRDefault="00535E53" w:rsidP="00535E53">
      <w:r w:rsidRPr="00535E53">
        <w:t>Led</w:t>
      </w:r>
    </w:p>
    <w:p w14:paraId="482DBE48" w14:textId="77777777" w:rsidR="00535E53" w:rsidRPr="00535E53" w:rsidRDefault="00535E53" w:rsidP="00535E53">
      <w:r w:rsidRPr="00535E53">
        <w:t>Action verbs create a stronger first impression.</w:t>
      </w:r>
    </w:p>
    <w:p w14:paraId="1DE99C36" w14:textId="77777777" w:rsidR="00535E53" w:rsidRPr="00535E53" w:rsidRDefault="00535E53" w:rsidP="00535E53">
      <w:r w:rsidRPr="00535E53">
        <w:lastRenderedPageBreak/>
        <w:t>________________________________________</w:t>
      </w:r>
    </w:p>
    <w:p w14:paraId="261A851B" w14:textId="77777777" w:rsidR="00535E53" w:rsidRPr="00535E53" w:rsidRDefault="00535E53" w:rsidP="00535E53">
      <w:r w:rsidRPr="00535E53">
        <w:t>Keep the Design Simple</w:t>
      </w:r>
    </w:p>
    <w:p w14:paraId="62712D34" w14:textId="77777777" w:rsidR="00535E53" w:rsidRPr="00535E53" w:rsidRDefault="00535E53" w:rsidP="00535E53">
      <w:r w:rsidRPr="00535E53">
        <w:t>Fancy graphics may look attractive, but they aren't always necessary.</w:t>
      </w:r>
    </w:p>
    <w:p w14:paraId="2AE02046" w14:textId="77777777" w:rsidR="00535E53" w:rsidRPr="00535E53" w:rsidRDefault="00535E53" w:rsidP="00535E53">
      <w:r w:rsidRPr="00535E53">
        <w:t>Choose:</w:t>
      </w:r>
    </w:p>
    <w:p w14:paraId="7342E4FC" w14:textId="77777777" w:rsidR="00535E53" w:rsidRPr="00535E53" w:rsidRDefault="00535E53" w:rsidP="00535E53">
      <w:r w:rsidRPr="00535E53">
        <w:t>•</w:t>
      </w:r>
      <w:r w:rsidRPr="00535E53">
        <w:tab/>
        <w:t xml:space="preserve">A readable font. </w:t>
      </w:r>
    </w:p>
    <w:p w14:paraId="6857834B" w14:textId="77777777" w:rsidR="00535E53" w:rsidRPr="00535E53" w:rsidRDefault="00535E53" w:rsidP="00535E53">
      <w:r w:rsidRPr="00535E53">
        <w:t>•</w:t>
      </w:r>
      <w:r w:rsidRPr="00535E53">
        <w:tab/>
        <w:t xml:space="preserve">Clear headings. </w:t>
      </w:r>
    </w:p>
    <w:p w14:paraId="0054B5E2" w14:textId="77777777" w:rsidR="00535E53" w:rsidRPr="00535E53" w:rsidRDefault="00535E53" w:rsidP="00535E53">
      <w:r w:rsidRPr="00535E53">
        <w:t>•</w:t>
      </w:r>
      <w:r w:rsidRPr="00535E53">
        <w:tab/>
        <w:t xml:space="preserve">Consistent spacing. </w:t>
      </w:r>
    </w:p>
    <w:p w14:paraId="4CD24637" w14:textId="77777777" w:rsidR="00535E53" w:rsidRPr="00535E53" w:rsidRDefault="00535E53" w:rsidP="00535E53">
      <w:r w:rsidRPr="00535E53">
        <w:t>•</w:t>
      </w:r>
      <w:r w:rsidRPr="00535E53">
        <w:tab/>
        <w:t xml:space="preserve">Bullet points. </w:t>
      </w:r>
    </w:p>
    <w:p w14:paraId="39DC7EC7" w14:textId="77777777" w:rsidR="00535E53" w:rsidRPr="00535E53" w:rsidRDefault="00535E53" w:rsidP="00535E53">
      <w:r w:rsidRPr="00535E53">
        <w:t>•</w:t>
      </w:r>
      <w:r w:rsidRPr="00535E53">
        <w:tab/>
        <w:t xml:space="preserve">Plenty of white space. </w:t>
      </w:r>
    </w:p>
    <w:p w14:paraId="5AF87581" w14:textId="77777777" w:rsidR="00535E53" w:rsidRPr="00535E53" w:rsidRDefault="00535E53" w:rsidP="00535E53">
      <w:r w:rsidRPr="00535E53">
        <w:t>Your CV should be easy to scan, not difficult to decode.</w:t>
      </w:r>
    </w:p>
    <w:p w14:paraId="08C0AE35" w14:textId="77777777" w:rsidR="00535E53" w:rsidRPr="00535E53" w:rsidRDefault="00535E53" w:rsidP="00535E53">
      <w:r w:rsidRPr="00535E53">
        <w:t>________________________________________</w:t>
      </w:r>
    </w:p>
    <w:p w14:paraId="62E7E0A6" w14:textId="77777777" w:rsidR="00535E53" w:rsidRPr="00535E53" w:rsidRDefault="00535E53" w:rsidP="00535E53">
      <w:r w:rsidRPr="00535E53">
        <w:t>Tool 1: ATS-Friendly CV Checklist</w:t>
      </w:r>
    </w:p>
    <w:p w14:paraId="74A21F63" w14:textId="77777777" w:rsidR="00535E53" w:rsidRPr="00535E53" w:rsidRDefault="00535E53" w:rsidP="00535E53">
      <w:r w:rsidRPr="00535E53">
        <w:t>Before sending your CV, ask yourself:</w:t>
      </w:r>
    </w:p>
    <w:p w14:paraId="0A9B0610" w14:textId="77777777" w:rsidR="00535E53" w:rsidRPr="00535E53" w:rsidRDefault="00535E53" w:rsidP="00535E53">
      <w:r w:rsidRPr="00535E53">
        <w:rPr>
          <w:rFonts w:ascii="Segoe UI Symbol" w:hAnsi="Segoe UI Symbol" w:cs="Segoe UI Symbol"/>
        </w:rPr>
        <w:t>☐</w:t>
      </w:r>
      <w:r w:rsidRPr="00535E53">
        <w:t xml:space="preserve"> Is the role clearly stated?</w:t>
      </w:r>
    </w:p>
    <w:p w14:paraId="78445945" w14:textId="77777777" w:rsidR="00535E53" w:rsidRPr="00535E53" w:rsidRDefault="00535E53" w:rsidP="00535E53">
      <w:r w:rsidRPr="00535E53">
        <w:rPr>
          <w:rFonts w:ascii="Segoe UI Symbol" w:hAnsi="Segoe UI Symbol" w:cs="Segoe UI Symbol"/>
        </w:rPr>
        <w:t>☐</w:t>
      </w:r>
      <w:r w:rsidRPr="00535E53">
        <w:t xml:space="preserve"> Does the professional summary match the job?</w:t>
      </w:r>
    </w:p>
    <w:p w14:paraId="71219484" w14:textId="77777777" w:rsidR="00535E53" w:rsidRPr="00535E53" w:rsidRDefault="00535E53" w:rsidP="00535E53">
      <w:r w:rsidRPr="00535E53">
        <w:rPr>
          <w:rFonts w:ascii="Segoe UI Symbol" w:hAnsi="Segoe UI Symbol" w:cs="Segoe UI Symbol"/>
        </w:rPr>
        <w:t>☐</w:t>
      </w:r>
      <w:r w:rsidRPr="00535E53">
        <w:t xml:space="preserve"> Have I included relevant keywords from the job description?</w:t>
      </w:r>
    </w:p>
    <w:p w14:paraId="304B6DE3" w14:textId="77777777" w:rsidR="00535E53" w:rsidRPr="00535E53" w:rsidRDefault="00535E53" w:rsidP="00535E53">
      <w:r w:rsidRPr="00535E53">
        <w:rPr>
          <w:rFonts w:ascii="Segoe UI Symbol" w:hAnsi="Segoe UI Symbol" w:cs="Segoe UI Symbol"/>
        </w:rPr>
        <w:t>☐</w:t>
      </w:r>
      <w:r w:rsidRPr="00535E53">
        <w:t xml:space="preserve"> Are my achievements clear and specific?</w:t>
      </w:r>
    </w:p>
    <w:p w14:paraId="58C36086" w14:textId="77777777" w:rsidR="00535E53" w:rsidRPr="00535E53" w:rsidRDefault="00535E53" w:rsidP="00535E53">
      <w:r w:rsidRPr="00535E53">
        <w:rPr>
          <w:rFonts w:ascii="Segoe UI Symbol" w:hAnsi="Segoe UI Symbol" w:cs="Segoe UI Symbol"/>
        </w:rPr>
        <w:t>☐</w:t>
      </w:r>
      <w:r w:rsidRPr="00535E53">
        <w:t xml:space="preserve"> Is the formatting simple and consistent?</w:t>
      </w:r>
    </w:p>
    <w:p w14:paraId="5A5AE452" w14:textId="77777777" w:rsidR="00535E53" w:rsidRPr="00535E53" w:rsidRDefault="00535E53" w:rsidP="00535E53">
      <w:r w:rsidRPr="00535E53">
        <w:rPr>
          <w:rFonts w:ascii="Segoe UI Symbol" w:hAnsi="Segoe UI Symbol" w:cs="Segoe UI Symbol"/>
        </w:rPr>
        <w:t>☐</w:t>
      </w:r>
      <w:r w:rsidRPr="00535E53">
        <w:t xml:space="preserve"> Have I removed unnecessary information?</w:t>
      </w:r>
    </w:p>
    <w:p w14:paraId="6BF6105A" w14:textId="77777777" w:rsidR="00535E53" w:rsidRPr="00535E53" w:rsidRDefault="00535E53" w:rsidP="00535E53">
      <w:r w:rsidRPr="00535E53">
        <w:rPr>
          <w:rFonts w:ascii="Segoe UI Symbol" w:hAnsi="Segoe UI Symbol" w:cs="Segoe UI Symbol"/>
        </w:rPr>
        <w:t>☐</w:t>
      </w:r>
      <w:r w:rsidRPr="00535E53">
        <w:t xml:space="preserve"> Have I checked for spelling and grammar mistakes?</w:t>
      </w:r>
    </w:p>
    <w:p w14:paraId="59DE427B" w14:textId="77777777" w:rsidR="00535E53" w:rsidRPr="00535E53" w:rsidRDefault="00535E53" w:rsidP="00535E53">
      <w:r w:rsidRPr="00535E53">
        <w:rPr>
          <w:rFonts w:ascii="Segoe UI Symbol" w:hAnsi="Segoe UI Symbol" w:cs="Segoe UI Symbol"/>
        </w:rPr>
        <w:t>☐</w:t>
      </w:r>
      <w:r w:rsidRPr="00535E53">
        <w:t xml:space="preserve"> Is my contact information correct?</w:t>
      </w:r>
    </w:p>
    <w:p w14:paraId="3EA95734" w14:textId="77777777" w:rsidR="00535E53" w:rsidRPr="00535E53" w:rsidRDefault="00535E53" w:rsidP="00535E53">
      <w:r w:rsidRPr="00535E53">
        <w:rPr>
          <w:rFonts w:ascii="Segoe UI Symbol" w:hAnsi="Segoe UI Symbol" w:cs="Segoe UI Symbol"/>
        </w:rPr>
        <w:t>☐</w:t>
      </w:r>
      <w:r w:rsidRPr="00535E53">
        <w:t xml:space="preserve"> Have I saved the file with a professional name (e.g., Firstname_Lastname_CV.pdf)?</w:t>
      </w:r>
    </w:p>
    <w:p w14:paraId="01833CA9" w14:textId="77777777" w:rsidR="00535E53" w:rsidRPr="00535E53" w:rsidRDefault="00535E53" w:rsidP="00535E53">
      <w:r w:rsidRPr="00535E53">
        <w:t>If you answered "No" to any of these, fix it before applying.</w:t>
      </w:r>
    </w:p>
    <w:p w14:paraId="22BADFE9" w14:textId="77777777" w:rsidR="00535E53" w:rsidRPr="00535E53" w:rsidRDefault="00535E53" w:rsidP="00535E53">
      <w:r w:rsidRPr="00535E53">
        <w:t>________________________________________</w:t>
      </w:r>
    </w:p>
    <w:p w14:paraId="762CB02E" w14:textId="77777777" w:rsidR="00535E53" w:rsidRPr="00535E53" w:rsidRDefault="00535E53" w:rsidP="00535E53">
      <w:r w:rsidRPr="00535E53">
        <w:t>Tool 2: Achievement Builder Worksheet</w:t>
      </w:r>
    </w:p>
    <w:p w14:paraId="2B6FC571" w14:textId="77777777" w:rsidR="00535E53" w:rsidRPr="00535E53" w:rsidRDefault="00535E53" w:rsidP="00535E53">
      <w:r w:rsidRPr="00535E53">
        <w:t>Many people struggle to describe their work.</w:t>
      </w:r>
    </w:p>
    <w:p w14:paraId="79F6517F" w14:textId="77777777" w:rsidR="00535E53" w:rsidRPr="00535E53" w:rsidRDefault="00535E53" w:rsidP="00535E53">
      <w:r w:rsidRPr="00535E53">
        <w:lastRenderedPageBreak/>
        <w:t>Use this simple formula:</w:t>
      </w:r>
    </w:p>
    <w:p w14:paraId="79A15FFB" w14:textId="77777777" w:rsidR="00535E53" w:rsidRPr="00535E53" w:rsidRDefault="00535E53" w:rsidP="00535E53">
      <w:r w:rsidRPr="00535E53">
        <w:t>Action + Task + Result</w:t>
      </w:r>
    </w:p>
    <w:p w14:paraId="3EEC2149" w14:textId="77777777" w:rsidR="00535E53" w:rsidRPr="00535E53" w:rsidRDefault="00535E53" w:rsidP="00535E53">
      <w:r w:rsidRPr="00535E53">
        <w:t>For example:</w:t>
      </w:r>
    </w:p>
    <w:p w14:paraId="03C5C62A" w14:textId="77777777" w:rsidR="00535E53" w:rsidRPr="00535E53" w:rsidRDefault="00535E53" w:rsidP="00535E53">
      <w:r w:rsidRPr="00535E53">
        <w:t>Action: Coordinated</w:t>
      </w:r>
    </w:p>
    <w:p w14:paraId="554FE829" w14:textId="77777777" w:rsidR="00535E53" w:rsidRPr="00535E53" w:rsidRDefault="00535E53" w:rsidP="00535E53">
      <w:r w:rsidRPr="00535E53">
        <w:t>Task: Customer onboarding</w:t>
      </w:r>
    </w:p>
    <w:p w14:paraId="758A61DB" w14:textId="77777777" w:rsidR="00535E53" w:rsidRPr="00535E53" w:rsidRDefault="00535E53" w:rsidP="00535E53">
      <w:r w:rsidRPr="00535E53">
        <w:t>Result: Improved response times and reduced onboarding delays.</w:t>
      </w:r>
    </w:p>
    <w:p w14:paraId="58D8FD27" w14:textId="77777777" w:rsidR="00535E53" w:rsidRPr="00535E53" w:rsidRDefault="00535E53" w:rsidP="00535E53">
      <w:r w:rsidRPr="00535E53">
        <w:t>Now complete your own:</w:t>
      </w:r>
    </w:p>
    <w:p w14:paraId="17749EE8" w14:textId="77777777" w:rsidR="00535E53" w:rsidRPr="00535E53" w:rsidRDefault="00535E53" w:rsidP="00535E53">
      <w:r w:rsidRPr="00535E53">
        <w:t>Action: _______________________</w:t>
      </w:r>
    </w:p>
    <w:p w14:paraId="7000E6AC" w14:textId="77777777" w:rsidR="00535E53" w:rsidRPr="00535E53" w:rsidRDefault="00535E53" w:rsidP="00535E53">
      <w:r w:rsidRPr="00535E53">
        <w:t>Task: _______________________</w:t>
      </w:r>
    </w:p>
    <w:p w14:paraId="6D9E3DC2" w14:textId="77777777" w:rsidR="00535E53" w:rsidRPr="00535E53" w:rsidRDefault="00535E53" w:rsidP="00535E53">
      <w:r w:rsidRPr="00535E53">
        <w:t>Result: _______________________</w:t>
      </w:r>
    </w:p>
    <w:p w14:paraId="6AB41D41" w14:textId="77777777" w:rsidR="00535E53" w:rsidRPr="00535E53" w:rsidRDefault="00535E53" w:rsidP="00535E53">
      <w:r w:rsidRPr="00535E53">
        <w:t>Repeat this exercise for five achievements. You'll quickly build stronger bullet points for your CV.</w:t>
      </w:r>
    </w:p>
    <w:p w14:paraId="1AD34877" w14:textId="77777777" w:rsidR="00535E53" w:rsidRPr="00535E53" w:rsidRDefault="00535E53" w:rsidP="00535E53">
      <w:r w:rsidRPr="00535E53">
        <w:t>________________________________________</w:t>
      </w:r>
    </w:p>
    <w:p w14:paraId="368FCEC1" w14:textId="77777777" w:rsidR="00535E53" w:rsidRPr="00535E53" w:rsidRDefault="00535E53" w:rsidP="00535E53">
      <w:r w:rsidRPr="00535E53">
        <w:t>Common CV Mistakes to Avoid</w:t>
      </w:r>
    </w:p>
    <w:p w14:paraId="45FB8D91" w14:textId="77777777" w:rsidR="00535E53" w:rsidRPr="00535E53" w:rsidRDefault="00535E53" w:rsidP="00535E53">
      <w:r w:rsidRPr="00535E53">
        <w:t>Avoid these habits:</w:t>
      </w:r>
    </w:p>
    <w:p w14:paraId="5E72CA24" w14:textId="77777777" w:rsidR="00535E53" w:rsidRPr="00535E53" w:rsidRDefault="00535E53" w:rsidP="00535E53">
      <w:r w:rsidRPr="00535E53">
        <w:t>•</w:t>
      </w:r>
      <w:r w:rsidRPr="00535E53">
        <w:tab/>
        <w:t xml:space="preserve">Sending the same CV to every employer. </w:t>
      </w:r>
    </w:p>
    <w:p w14:paraId="74C1B871" w14:textId="77777777" w:rsidR="00535E53" w:rsidRPr="00535E53" w:rsidRDefault="00535E53" w:rsidP="00535E53">
      <w:r w:rsidRPr="00535E53">
        <w:t>•</w:t>
      </w:r>
      <w:r w:rsidRPr="00535E53">
        <w:tab/>
        <w:t xml:space="preserve">Including unrelated information. </w:t>
      </w:r>
    </w:p>
    <w:p w14:paraId="46CDC06F" w14:textId="77777777" w:rsidR="00535E53" w:rsidRPr="00535E53" w:rsidRDefault="00535E53" w:rsidP="00535E53">
      <w:r w:rsidRPr="00535E53">
        <w:t>•</w:t>
      </w:r>
      <w:r w:rsidRPr="00535E53">
        <w:tab/>
        <w:t xml:space="preserve">Using long paragraphs. </w:t>
      </w:r>
    </w:p>
    <w:p w14:paraId="5E5C460D" w14:textId="77777777" w:rsidR="00535E53" w:rsidRPr="00535E53" w:rsidRDefault="00535E53" w:rsidP="00535E53">
      <w:r w:rsidRPr="00535E53">
        <w:t>•</w:t>
      </w:r>
      <w:r w:rsidRPr="00535E53">
        <w:tab/>
        <w:t xml:space="preserve">Listing responsibilities without showing impact. </w:t>
      </w:r>
    </w:p>
    <w:p w14:paraId="14F857DD" w14:textId="77777777" w:rsidR="00535E53" w:rsidRPr="00535E53" w:rsidRDefault="00535E53" w:rsidP="00535E53">
      <w:r w:rsidRPr="00535E53">
        <w:t>•</w:t>
      </w:r>
      <w:r w:rsidRPr="00535E53">
        <w:tab/>
        <w:t xml:space="preserve">Forgetting to proofread. </w:t>
      </w:r>
    </w:p>
    <w:p w14:paraId="164F656C" w14:textId="77777777" w:rsidR="00535E53" w:rsidRPr="00535E53" w:rsidRDefault="00535E53" w:rsidP="00535E53">
      <w:r w:rsidRPr="00535E53">
        <w:t>•</w:t>
      </w:r>
      <w:r w:rsidRPr="00535E53">
        <w:tab/>
        <w:t xml:space="preserve">Saving files with names like CVfinalfinal2.pdf. </w:t>
      </w:r>
    </w:p>
    <w:p w14:paraId="7EF2932F" w14:textId="77777777" w:rsidR="00535E53" w:rsidRPr="00535E53" w:rsidRDefault="00535E53" w:rsidP="00535E53">
      <w:r w:rsidRPr="00535E53">
        <w:t>Small details can make a big difference.</w:t>
      </w:r>
    </w:p>
    <w:p w14:paraId="3B055FB2" w14:textId="77777777" w:rsidR="00535E53" w:rsidRPr="00535E53" w:rsidRDefault="00535E53" w:rsidP="00535E53">
      <w:r w:rsidRPr="00535E53">
        <w:t>________________________________________</w:t>
      </w:r>
    </w:p>
    <w:p w14:paraId="5834FF9D" w14:textId="77777777" w:rsidR="00535E53" w:rsidRPr="00535E53" w:rsidRDefault="00535E53" w:rsidP="00535E53">
      <w:r w:rsidRPr="00535E53">
        <w:t>Chapter Four Challenge</w:t>
      </w:r>
    </w:p>
    <w:p w14:paraId="043EFC9C" w14:textId="77777777" w:rsidR="00535E53" w:rsidRPr="00535E53" w:rsidRDefault="00535E53" w:rsidP="00535E53">
      <w:r w:rsidRPr="00535E53">
        <w:t>Before moving to Chapter Five:</w:t>
      </w:r>
    </w:p>
    <w:p w14:paraId="7F6DA697" w14:textId="77777777" w:rsidR="00535E53" w:rsidRPr="00535E53" w:rsidRDefault="00535E53" w:rsidP="00535E53">
      <w:r w:rsidRPr="00535E53">
        <w:rPr>
          <w:rFonts w:ascii="Segoe UI Symbol" w:hAnsi="Segoe UI Symbol" w:cs="Segoe UI Symbol"/>
        </w:rPr>
        <w:t>☐</w:t>
      </w:r>
      <w:r w:rsidRPr="00535E53">
        <w:t xml:space="preserve"> Update your professional summary.</w:t>
      </w:r>
    </w:p>
    <w:p w14:paraId="2C9CD85B" w14:textId="77777777" w:rsidR="00535E53" w:rsidRPr="00535E53" w:rsidRDefault="00535E53" w:rsidP="00535E53">
      <w:r w:rsidRPr="00535E53">
        <w:rPr>
          <w:rFonts w:ascii="Segoe UI Symbol" w:hAnsi="Segoe UI Symbol" w:cs="Segoe UI Symbol"/>
        </w:rPr>
        <w:t>☐</w:t>
      </w:r>
      <w:r w:rsidRPr="00535E53">
        <w:t xml:space="preserve"> Rewrite at least five achievement statements using the Action + Task + Result formula.</w:t>
      </w:r>
    </w:p>
    <w:p w14:paraId="1824EB4F" w14:textId="77777777" w:rsidR="00535E53" w:rsidRPr="00535E53" w:rsidRDefault="00535E53" w:rsidP="00535E53">
      <w:r w:rsidRPr="00535E53">
        <w:rPr>
          <w:rFonts w:ascii="Segoe UI Symbol" w:hAnsi="Segoe UI Symbol" w:cs="Segoe UI Symbol"/>
        </w:rPr>
        <w:lastRenderedPageBreak/>
        <w:t>☐</w:t>
      </w:r>
      <w:r w:rsidRPr="00535E53">
        <w:t xml:space="preserve"> Tailor your CV for one specific job description.</w:t>
      </w:r>
    </w:p>
    <w:p w14:paraId="5B63FDC7" w14:textId="77777777" w:rsidR="00535E53" w:rsidRPr="00535E53" w:rsidRDefault="00535E53" w:rsidP="00535E53">
      <w:r w:rsidRPr="00535E53">
        <w:rPr>
          <w:rFonts w:ascii="Segoe UI Symbol" w:hAnsi="Segoe UI Symbol" w:cs="Segoe UI Symbol"/>
        </w:rPr>
        <w:t>☐</w:t>
      </w:r>
      <w:r w:rsidRPr="00535E53">
        <w:t xml:space="preserve"> Proofread your CV carefully.</w:t>
      </w:r>
    </w:p>
    <w:p w14:paraId="260BB175" w14:textId="77777777" w:rsidR="00535E53" w:rsidRPr="00535E53" w:rsidRDefault="00535E53" w:rsidP="00535E53">
      <w:r w:rsidRPr="00535E53">
        <w:rPr>
          <w:rFonts w:ascii="Segoe UI Symbol" w:hAnsi="Segoe UI Symbol" w:cs="Segoe UI Symbol"/>
        </w:rPr>
        <w:t>☐</w:t>
      </w:r>
      <w:r w:rsidRPr="00535E53">
        <w:t xml:space="preserve"> Save it with a professional file name.</w:t>
      </w:r>
    </w:p>
    <w:p w14:paraId="29A39A24" w14:textId="77777777" w:rsidR="00535E53" w:rsidRPr="00535E53" w:rsidRDefault="00535E53" w:rsidP="00535E53">
      <w:r w:rsidRPr="00535E53">
        <w:t>Don't aim for perfection.</w:t>
      </w:r>
    </w:p>
    <w:p w14:paraId="045D193E" w14:textId="77777777" w:rsidR="00535E53" w:rsidRPr="00535E53" w:rsidRDefault="00535E53" w:rsidP="00535E53">
      <w:r w:rsidRPr="00535E53">
        <w:t>Aim for clarity, relevance, and professionalism.</w:t>
      </w:r>
    </w:p>
    <w:p w14:paraId="029E21EA" w14:textId="77777777" w:rsidR="00535E53" w:rsidRPr="00535E53" w:rsidRDefault="00535E53" w:rsidP="00535E53">
      <w:r w:rsidRPr="00535E53">
        <w:t>________________________________________</w:t>
      </w:r>
    </w:p>
    <w:p w14:paraId="0787BEF1" w14:textId="77777777" w:rsidR="00535E53" w:rsidRPr="00535E53" w:rsidRDefault="00535E53" w:rsidP="00535E53">
      <w:r w:rsidRPr="00535E53">
        <w:t>Key Lessons from Chapter Four</w:t>
      </w:r>
    </w:p>
    <w:p w14:paraId="7DB4C81D" w14:textId="77777777" w:rsidR="00535E53" w:rsidRPr="00535E53" w:rsidRDefault="00535E53" w:rsidP="00535E53">
      <w:r w:rsidRPr="00535E53">
        <w:t>Remember these principles:</w:t>
      </w:r>
    </w:p>
    <w:p w14:paraId="1B6E09F2" w14:textId="77777777" w:rsidR="00535E53" w:rsidRPr="00535E53" w:rsidRDefault="00535E53" w:rsidP="00535E53">
      <w:r w:rsidRPr="00535E53">
        <w:t>1.</w:t>
      </w:r>
      <w:r w:rsidRPr="00535E53">
        <w:tab/>
        <w:t xml:space="preserve">Your CV is a marketing document, not an autobiography. </w:t>
      </w:r>
    </w:p>
    <w:p w14:paraId="67805890" w14:textId="77777777" w:rsidR="00535E53" w:rsidRPr="00535E53" w:rsidRDefault="00535E53" w:rsidP="00535E53">
      <w:r w:rsidRPr="00535E53">
        <w:t>2.</w:t>
      </w:r>
      <w:r w:rsidRPr="00535E53">
        <w:tab/>
        <w:t xml:space="preserve">Tailor your application to the role whenever possible. </w:t>
      </w:r>
    </w:p>
    <w:p w14:paraId="41D26960" w14:textId="77777777" w:rsidR="00535E53" w:rsidRPr="00535E53" w:rsidRDefault="00535E53" w:rsidP="00535E53">
      <w:r w:rsidRPr="00535E53">
        <w:t>3.</w:t>
      </w:r>
      <w:r w:rsidRPr="00535E53">
        <w:tab/>
        <w:t xml:space="preserve">Highlight achievements, not just responsibilities. </w:t>
      </w:r>
    </w:p>
    <w:p w14:paraId="40215247" w14:textId="77777777" w:rsidR="00535E53" w:rsidRPr="00535E53" w:rsidRDefault="00535E53" w:rsidP="00535E53">
      <w:r w:rsidRPr="00535E53">
        <w:t>4.</w:t>
      </w:r>
      <w:r w:rsidRPr="00535E53">
        <w:tab/>
        <w:t xml:space="preserve">Keep the layout clean and easy to read. </w:t>
      </w:r>
    </w:p>
    <w:p w14:paraId="595E55CB" w14:textId="77777777" w:rsidR="00535E53" w:rsidRPr="00535E53" w:rsidRDefault="00535E53" w:rsidP="00535E53">
      <w:r w:rsidRPr="00535E53">
        <w:t>5.</w:t>
      </w:r>
      <w:r w:rsidRPr="00535E53">
        <w:tab/>
        <w:t xml:space="preserve">Help the recruiter quickly understand why you're a strong candidate. </w:t>
      </w:r>
    </w:p>
    <w:p w14:paraId="130E2B15" w14:textId="77777777" w:rsidR="00535E53" w:rsidRPr="00535E53" w:rsidRDefault="00535E53" w:rsidP="00535E53">
      <w:r w:rsidRPr="00535E53">
        <w:t>A strong CV won't guarantee an interview—but it gives employers a clearer picture of the value you can bring, which is exactly what you want.</w:t>
      </w:r>
    </w:p>
    <w:p w14:paraId="26CFDEBF" w14:textId="77777777" w:rsidR="00535E53" w:rsidRDefault="00535E53" w:rsidP="00535E53"/>
    <w:p w14:paraId="55472FEF" w14:textId="175AA9BF" w:rsidR="00535E53" w:rsidRPr="00535E53" w:rsidRDefault="00535E53" w:rsidP="00535E53">
      <w:r w:rsidRPr="00535E53">
        <w:drawing>
          <wp:inline distT="0" distB="0" distL="0" distR="0" wp14:anchorId="2C51B2DA" wp14:editId="7F9F24FB">
            <wp:extent cx="5669280" cy="3268980"/>
            <wp:effectExtent l="0" t="0" r="7620" b="7620"/>
            <wp:docPr id="95493620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6BC64" w14:textId="77777777" w:rsidR="00535E53" w:rsidRPr="00535E53" w:rsidRDefault="00535E53" w:rsidP="00535E53">
      <w:pPr>
        <w:rPr>
          <w:b/>
          <w:bCs/>
        </w:rPr>
      </w:pPr>
      <w:r w:rsidRPr="00535E53">
        <w:rPr>
          <w:b/>
          <w:bCs/>
        </w:rPr>
        <w:lastRenderedPageBreak/>
        <w:t>CHAPTER FIVE</w:t>
      </w:r>
    </w:p>
    <w:p w14:paraId="487616A1" w14:textId="77777777" w:rsidR="00535E53" w:rsidRPr="00535E53" w:rsidRDefault="00535E53" w:rsidP="00535E53">
      <w:r w:rsidRPr="00535E53">
        <w:t xml:space="preserve">Turn LinkedIn </w:t>
      </w:r>
      <w:proofErr w:type="gramStart"/>
      <w:r w:rsidRPr="00535E53">
        <w:t>Into</w:t>
      </w:r>
      <w:proofErr w:type="gramEnd"/>
      <w:r w:rsidRPr="00535E53">
        <w:t xml:space="preserve"> Your 24/7 Recruiter Magnet</w:t>
      </w:r>
    </w:p>
    <w:p w14:paraId="754EF135" w14:textId="77777777" w:rsidR="00535E53" w:rsidRPr="00535E53" w:rsidRDefault="00535E53" w:rsidP="00535E53">
      <w:r w:rsidRPr="00535E53">
        <w:t>Why Some People Get Invited Without Applying</w:t>
      </w:r>
    </w:p>
    <w:p w14:paraId="70886C79" w14:textId="77777777" w:rsidR="00535E53" w:rsidRPr="00535E53" w:rsidRDefault="00535E53" w:rsidP="00535E53">
      <w:r w:rsidRPr="00535E53">
        <w:rPr>
          <w:b/>
        </w:rPr>
        <w:t>Have you ever seen someone post:</w:t>
      </w:r>
    </w:p>
    <w:p w14:paraId="3CB63F4A" w14:textId="77777777" w:rsidR="00535E53" w:rsidRPr="00535E53" w:rsidRDefault="00535E53" w:rsidP="00535E53">
      <w:r w:rsidRPr="00535E53">
        <w:t>"I wasn't even looking for a job. A recruiter contacted me on LinkedIn."</w:t>
      </w:r>
    </w:p>
    <w:p w14:paraId="36A6D1ED" w14:textId="77777777" w:rsidR="00535E53" w:rsidRPr="00535E53" w:rsidRDefault="00535E53" w:rsidP="00535E53">
      <w:r w:rsidRPr="00535E53">
        <w:t>At first, I thought those people were simply lucky.</w:t>
      </w:r>
    </w:p>
    <w:p w14:paraId="38D034FC" w14:textId="77777777" w:rsidR="00535E53" w:rsidRPr="00535E53" w:rsidRDefault="00535E53" w:rsidP="00535E53">
      <w:r w:rsidRPr="00535E53">
        <w:t>Then I started paying attention.</w:t>
      </w:r>
    </w:p>
    <w:p w14:paraId="268D70C1" w14:textId="77777777" w:rsidR="00535E53" w:rsidRPr="00535E53" w:rsidRDefault="00535E53" w:rsidP="00535E53">
      <w:r w:rsidRPr="00535E53">
        <w:t>I noticed something.</w:t>
      </w:r>
    </w:p>
    <w:p w14:paraId="1B2B6159" w14:textId="77777777" w:rsidR="00535E53" w:rsidRPr="00535E53" w:rsidRDefault="00535E53" w:rsidP="00535E53">
      <w:r w:rsidRPr="00535E53">
        <w:t>Their LinkedIn profiles looked different.</w:t>
      </w:r>
    </w:p>
    <w:p w14:paraId="6A4266E0" w14:textId="77777777" w:rsidR="00535E53" w:rsidRPr="00535E53" w:rsidRDefault="00535E53" w:rsidP="00535E53">
      <w:r w:rsidRPr="00535E53">
        <w:t>Not flashy.</w:t>
      </w:r>
    </w:p>
    <w:p w14:paraId="10718D86" w14:textId="77777777" w:rsidR="00535E53" w:rsidRPr="00535E53" w:rsidRDefault="00535E53" w:rsidP="00535E53">
      <w:r w:rsidRPr="00535E53">
        <w:t>Not complicated.</w:t>
      </w:r>
    </w:p>
    <w:p w14:paraId="6F4F019A" w14:textId="77777777" w:rsidR="00535E53" w:rsidRPr="00535E53" w:rsidRDefault="00535E53" w:rsidP="00535E53">
      <w:r w:rsidRPr="00535E53">
        <w:t>Just complete.</w:t>
      </w:r>
    </w:p>
    <w:p w14:paraId="44FD6C6D" w14:textId="77777777" w:rsidR="00535E53" w:rsidRPr="00535E53" w:rsidRDefault="00535E53" w:rsidP="00535E53">
      <w:r w:rsidRPr="00535E53">
        <w:t>Professional.</w:t>
      </w:r>
    </w:p>
    <w:p w14:paraId="493578A0" w14:textId="77777777" w:rsidR="00535E53" w:rsidRPr="00535E53" w:rsidRDefault="00535E53" w:rsidP="00535E53">
      <w:r w:rsidRPr="00535E53">
        <w:t>Easy to understand.</w:t>
      </w:r>
    </w:p>
    <w:p w14:paraId="2361629A" w14:textId="77777777" w:rsidR="00535E53" w:rsidRPr="00535E53" w:rsidRDefault="00535E53" w:rsidP="00535E53">
      <w:r w:rsidRPr="00535E53">
        <w:t>That's when I realized something important.</w:t>
      </w:r>
    </w:p>
    <w:p w14:paraId="6A106491" w14:textId="77777777" w:rsidR="00535E53" w:rsidRPr="00535E53" w:rsidRDefault="00535E53" w:rsidP="00535E53">
      <w:r w:rsidRPr="00535E53">
        <w:t>LinkedIn isn't just another social media platform.</w:t>
      </w:r>
    </w:p>
    <w:p w14:paraId="11EEF87A" w14:textId="77777777" w:rsidR="00535E53" w:rsidRPr="00535E53" w:rsidRDefault="00535E53" w:rsidP="00535E53">
      <w:r w:rsidRPr="00535E53">
        <w:t>It's the world's largest professional networking platform.</w:t>
      </w:r>
    </w:p>
    <w:p w14:paraId="17BF2615" w14:textId="77777777" w:rsidR="00535E53" w:rsidRPr="00535E53" w:rsidRDefault="00535E53" w:rsidP="00535E53">
      <w:r w:rsidRPr="00535E53">
        <w:t>Many recruiters use it every day to search for candidates, verify applications, and learn more about potential hires.</w:t>
      </w:r>
    </w:p>
    <w:p w14:paraId="1B24AB3A" w14:textId="77777777" w:rsidR="00535E53" w:rsidRPr="00535E53" w:rsidRDefault="00535E53" w:rsidP="00535E53">
      <w:r w:rsidRPr="00535E53">
        <w:t>Think of your LinkedIn profile as your online office.</w:t>
      </w:r>
    </w:p>
    <w:p w14:paraId="68C9A15E" w14:textId="77777777" w:rsidR="00535E53" w:rsidRPr="00535E53" w:rsidRDefault="00535E53" w:rsidP="00535E53">
      <w:r w:rsidRPr="00535E53">
        <w:t>If someone walked into your office today, what impression would they leave with?</w:t>
      </w:r>
    </w:p>
    <w:p w14:paraId="1A407010" w14:textId="77777777" w:rsidR="00535E53" w:rsidRPr="00535E53" w:rsidRDefault="00535E53" w:rsidP="00535E53">
      <w:r w:rsidRPr="00535E53">
        <w:t>That's exactly what your profile communicates.</w:t>
      </w:r>
    </w:p>
    <w:p w14:paraId="3517D248" w14:textId="77777777" w:rsidR="00535E53" w:rsidRPr="00535E53" w:rsidRDefault="00535E53" w:rsidP="00535E53">
      <w:r w:rsidRPr="00535E53">
        <w:t>________________________________________</w:t>
      </w:r>
    </w:p>
    <w:p w14:paraId="6DEADE08" w14:textId="77777777" w:rsidR="00535E53" w:rsidRPr="00535E53" w:rsidRDefault="00535E53" w:rsidP="00535E53">
      <w:r w:rsidRPr="00535E53">
        <w:t>Stop Treating LinkedIn Like Facebook</w:t>
      </w:r>
    </w:p>
    <w:p w14:paraId="6654DCDA" w14:textId="77777777" w:rsidR="00535E53" w:rsidRPr="00535E53" w:rsidRDefault="00535E53" w:rsidP="00535E53">
      <w:r w:rsidRPr="00535E53">
        <w:t>One mistake I see often is treating LinkedIn like every other social platform.</w:t>
      </w:r>
    </w:p>
    <w:p w14:paraId="60A99273" w14:textId="77777777" w:rsidR="00535E53" w:rsidRPr="00535E53" w:rsidRDefault="00535E53" w:rsidP="00535E53">
      <w:r w:rsidRPr="00535E53">
        <w:t>People rarely update it.</w:t>
      </w:r>
    </w:p>
    <w:p w14:paraId="64643E43" w14:textId="77777777" w:rsidR="00535E53" w:rsidRPr="00535E53" w:rsidRDefault="00535E53" w:rsidP="00535E53">
      <w:r w:rsidRPr="00535E53">
        <w:t>Some only log in when they're unemployed.</w:t>
      </w:r>
    </w:p>
    <w:p w14:paraId="74B56D2C" w14:textId="77777777" w:rsidR="00535E53" w:rsidRPr="00535E53" w:rsidRDefault="00535E53" w:rsidP="00535E53">
      <w:r w:rsidRPr="00535E53">
        <w:lastRenderedPageBreak/>
        <w:t>Others leave profiles half-finished for years.</w:t>
      </w:r>
    </w:p>
    <w:p w14:paraId="6F2A3335" w14:textId="77777777" w:rsidR="00535E53" w:rsidRPr="00535E53" w:rsidRDefault="00535E53" w:rsidP="00535E53">
      <w:r w:rsidRPr="00535E53">
        <w:t>Imagine opening a shop but never putting your products on display.</w:t>
      </w:r>
    </w:p>
    <w:p w14:paraId="40FB6CC5" w14:textId="77777777" w:rsidR="00535E53" w:rsidRPr="00535E53" w:rsidRDefault="00535E53" w:rsidP="00535E53">
      <w:r w:rsidRPr="00535E53">
        <w:t>That's what an incomplete LinkedIn profile looks like.</w:t>
      </w:r>
    </w:p>
    <w:p w14:paraId="0888866E" w14:textId="77777777" w:rsidR="00535E53" w:rsidRPr="00535E53" w:rsidRDefault="00535E53" w:rsidP="00535E53">
      <w:r w:rsidRPr="00535E53">
        <w:t>The good news?</w:t>
      </w:r>
    </w:p>
    <w:p w14:paraId="7899DAA9" w14:textId="77777777" w:rsidR="00535E53" w:rsidRPr="00535E53" w:rsidRDefault="00535E53" w:rsidP="00535E53">
      <w:r w:rsidRPr="00535E53">
        <w:t>Fixing it doesn't require expensive software.</w:t>
      </w:r>
    </w:p>
    <w:p w14:paraId="41668825" w14:textId="77777777" w:rsidR="00535E53" w:rsidRPr="00535E53" w:rsidRDefault="00535E53" w:rsidP="00535E53">
      <w:r w:rsidRPr="00535E53">
        <w:t>It requires intention.</w:t>
      </w:r>
    </w:p>
    <w:p w14:paraId="1581CBEF" w14:textId="77777777" w:rsidR="00535E53" w:rsidRPr="00535E53" w:rsidRDefault="00535E53" w:rsidP="00535E53">
      <w:r w:rsidRPr="00535E53">
        <w:t>________________________________________</w:t>
      </w:r>
    </w:p>
    <w:p w14:paraId="2F795728" w14:textId="77777777" w:rsidR="00535E53" w:rsidRPr="00535E53" w:rsidRDefault="00535E53" w:rsidP="00535E53">
      <w:r w:rsidRPr="00535E53">
        <w:t>Your Profile Photo Matters</w:t>
      </w:r>
    </w:p>
    <w:p w14:paraId="5D11705F" w14:textId="77777777" w:rsidR="00535E53" w:rsidRPr="00535E53" w:rsidRDefault="00535E53" w:rsidP="00535E53">
      <w:r w:rsidRPr="00535E53">
        <w:t>Before anyone reads your experience, they usually see your photograph.</w:t>
      </w:r>
    </w:p>
    <w:p w14:paraId="0110DA5C" w14:textId="77777777" w:rsidR="00535E53" w:rsidRPr="00535E53" w:rsidRDefault="00535E53" w:rsidP="00535E53">
      <w:r w:rsidRPr="00535E53">
        <w:t>This doesn't mean you need a professional photographer.</w:t>
      </w:r>
    </w:p>
    <w:p w14:paraId="7E95B9D5" w14:textId="77777777" w:rsidR="00535E53" w:rsidRPr="00535E53" w:rsidRDefault="00535E53" w:rsidP="00535E53">
      <w:r w:rsidRPr="00535E53">
        <w:rPr>
          <w:b/>
        </w:rPr>
        <w:t>A clear smartphone photo is often enough if it is:</w:t>
      </w:r>
    </w:p>
    <w:p w14:paraId="51072C58" w14:textId="77777777" w:rsidR="00535E53" w:rsidRPr="00535E53" w:rsidRDefault="00535E53" w:rsidP="00535E53">
      <w:r w:rsidRPr="00535E53">
        <w:t>•</w:t>
      </w:r>
      <w:r w:rsidRPr="00535E53">
        <w:tab/>
        <w:t xml:space="preserve">Well-lit. </w:t>
      </w:r>
    </w:p>
    <w:p w14:paraId="1B3D1D0A" w14:textId="77777777" w:rsidR="00535E53" w:rsidRPr="00535E53" w:rsidRDefault="00535E53" w:rsidP="00535E53">
      <w:r w:rsidRPr="00535E53">
        <w:t>•</w:t>
      </w:r>
      <w:r w:rsidRPr="00535E53">
        <w:tab/>
        <w:t xml:space="preserve">Sharp. </w:t>
      </w:r>
    </w:p>
    <w:p w14:paraId="128FBFC8" w14:textId="77777777" w:rsidR="00535E53" w:rsidRPr="00535E53" w:rsidRDefault="00535E53" w:rsidP="00535E53">
      <w:r w:rsidRPr="00535E53">
        <w:t>•</w:t>
      </w:r>
      <w:r w:rsidRPr="00535E53">
        <w:tab/>
        <w:t xml:space="preserve">Friendly. </w:t>
      </w:r>
    </w:p>
    <w:p w14:paraId="2FBD2982" w14:textId="77777777" w:rsidR="00535E53" w:rsidRPr="00535E53" w:rsidRDefault="00535E53" w:rsidP="00535E53">
      <w:r w:rsidRPr="00535E53">
        <w:t>•</w:t>
      </w:r>
      <w:r w:rsidRPr="00535E53">
        <w:tab/>
        <w:t xml:space="preserve">Professional. </w:t>
      </w:r>
    </w:p>
    <w:p w14:paraId="06EE2F81" w14:textId="77777777" w:rsidR="00535E53" w:rsidRPr="00535E53" w:rsidRDefault="00535E53" w:rsidP="00535E53">
      <w:r w:rsidRPr="00535E53">
        <w:t>•</w:t>
      </w:r>
      <w:r w:rsidRPr="00535E53">
        <w:tab/>
        <w:t xml:space="preserve">Taken against a simple background. </w:t>
      </w:r>
    </w:p>
    <w:p w14:paraId="7AA12214" w14:textId="77777777" w:rsidR="00535E53" w:rsidRPr="00535E53" w:rsidRDefault="00535E53" w:rsidP="00535E53">
      <w:r w:rsidRPr="00535E53">
        <w:rPr>
          <w:b/>
        </w:rPr>
        <w:t>Avoid:</w:t>
      </w:r>
    </w:p>
    <w:p w14:paraId="12A55EA4" w14:textId="77777777" w:rsidR="00535E53" w:rsidRPr="00535E53" w:rsidRDefault="00535E53" w:rsidP="00535E53">
      <w:r w:rsidRPr="00535E53">
        <w:t>•</w:t>
      </w:r>
      <w:r w:rsidRPr="00535E53">
        <w:tab/>
        <w:t xml:space="preserve">Heavy filters. </w:t>
      </w:r>
    </w:p>
    <w:p w14:paraId="6D2C7957" w14:textId="77777777" w:rsidR="00535E53" w:rsidRPr="00535E53" w:rsidRDefault="00535E53" w:rsidP="00535E53">
      <w:r w:rsidRPr="00535E53">
        <w:t>•</w:t>
      </w:r>
      <w:r w:rsidRPr="00535E53">
        <w:tab/>
        <w:t xml:space="preserve">Sunglasses. </w:t>
      </w:r>
    </w:p>
    <w:p w14:paraId="5E37EE8C" w14:textId="77777777" w:rsidR="00535E53" w:rsidRPr="00535E53" w:rsidRDefault="00535E53" w:rsidP="00535E53">
      <w:r w:rsidRPr="00535E53">
        <w:t>•</w:t>
      </w:r>
      <w:r w:rsidRPr="00535E53">
        <w:tab/>
        <w:t xml:space="preserve">Group photos. </w:t>
      </w:r>
    </w:p>
    <w:p w14:paraId="22C75916" w14:textId="77777777" w:rsidR="00535E53" w:rsidRPr="00535E53" w:rsidRDefault="00535E53" w:rsidP="00535E53">
      <w:r w:rsidRPr="00535E53">
        <w:t>•</w:t>
      </w:r>
      <w:r w:rsidRPr="00535E53">
        <w:tab/>
        <w:t xml:space="preserve">Cropped party pictures. </w:t>
      </w:r>
    </w:p>
    <w:p w14:paraId="54B16DDE" w14:textId="77777777" w:rsidR="00535E53" w:rsidRPr="00535E53" w:rsidRDefault="00535E53" w:rsidP="00535E53">
      <w:r w:rsidRPr="00535E53">
        <w:t>•</w:t>
      </w:r>
      <w:r w:rsidRPr="00535E53">
        <w:tab/>
        <w:t xml:space="preserve">Low-quality selfies. </w:t>
      </w:r>
    </w:p>
    <w:p w14:paraId="35D0C56D" w14:textId="77777777" w:rsidR="00535E53" w:rsidRPr="00535E53" w:rsidRDefault="00535E53" w:rsidP="00535E53">
      <w:r w:rsidRPr="00535E53">
        <w:t>You're introducing yourself as a professional—not trying to win a photography competition.</w:t>
      </w:r>
    </w:p>
    <w:p w14:paraId="2532B008" w14:textId="77777777" w:rsidR="00535E53" w:rsidRPr="00535E53" w:rsidRDefault="00535E53" w:rsidP="00535E53">
      <w:r w:rsidRPr="00535E53">
        <w:t>________________________________________</w:t>
      </w:r>
    </w:p>
    <w:p w14:paraId="2497D6AF" w14:textId="77777777" w:rsidR="00535E53" w:rsidRPr="00535E53" w:rsidRDefault="00535E53" w:rsidP="00535E53">
      <w:r w:rsidRPr="00535E53">
        <w:t>Your Headline Is Your Elevator Pitch</w:t>
      </w:r>
    </w:p>
    <w:p w14:paraId="7013BEC1" w14:textId="77777777" w:rsidR="00535E53" w:rsidRPr="00535E53" w:rsidRDefault="00535E53" w:rsidP="00535E53">
      <w:r w:rsidRPr="00535E53">
        <w:rPr>
          <w:b/>
        </w:rPr>
        <w:t>Many people use headlines like:</w:t>
      </w:r>
    </w:p>
    <w:p w14:paraId="4089E162" w14:textId="77777777" w:rsidR="00535E53" w:rsidRPr="00535E53" w:rsidRDefault="00535E53" w:rsidP="00535E53">
      <w:r w:rsidRPr="00535E53">
        <w:lastRenderedPageBreak/>
        <w:t>Student</w:t>
      </w:r>
    </w:p>
    <w:p w14:paraId="04983C67" w14:textId="77777777" w:rsidR="00535E53" w:rsidRPr="00535E53" w:rsidRDefault="00535E53" w:rsidP="00535E53">
      <w:r w:rsidRPr="00535E53">
        <w:t>Unemployed</w:t>
      </w:r>
    </w:p>
    <w:p w14:paraId="5F52000D" w14:textId="77777777" w:rsidR="00535E53" w:rsidRPr="00535E53" w:rsidRDefault="00535E53" w:rsidP="00535E53">
      <w:r w:rsidRPr="00535E53">
        <w:t>Looking for Work</w:t>
      </w:r>
    </w:p>
    <w:p w14:paraId="67D8DB3F" w14:textId="77777777" w:rsidR="00535E53" w:rsidRPr="00535E53" w:rsidRDefault="00535E53" w:rsidP="00535E53">
      <w:r w:rsidRPr="00535E53">
        <w:t>These don't tell recruiters what you can actually do.</w:t>
      </w:r>
    </w:p>
    <w:p w14:paraId="055FE8A4" w14:textId="77777777" w:rsidR="00535E53" w:rsidRPr="00535E53" w:rsidRDefault="00535E53" w:rsidP="00535E53">
      <w:r w:rsidRPr="00535E53">
        <w:t>Instead, describe your professional value.</w:t>
      </w:r>
    </w:p>
    <w:p w14:paraId="4B6C8C82" w14:textId="77777777" w:rsidR="00535E53" w:rsidRPr="00535E53" w:rsidRDefault="00535E53" w:rsidP="00535E53">
      <w:r w:rsidRPr="00535E53">
        <w:rPr>
          <w:b/>
        </w:rPr>
        <w:t>Examples:</w:t>
      </w:r>
    </w:p>
    <w:p w14:paraId="1E572228" w14:textId="77777777" w:rsidR="00535E53" w:rsidRPr="00535E53" w:rsidRDefault="00535E53" w:rsidP="00535E53">
      <w:r w:rsidRPr="00535E53">
        <w:t>Customer Support Specialist | CRM Experience | Passionate About Solving Customer Problems</w:t>
      </w:r>
    </w:p>
    <w:p w14:paraId="0FC62496" w14:textId="77777777" w:rsidR="00535E53" w:rsidRPr="00535E53" w:rsidRDefault="00535E53" w:rsidP="00535E53">
      <w:r w:rsidRPr="00535E53">
        <w:t>Virtual Assistant | Calendar Management | Email Support | Administrative Professional</w:t>
      </w:r>
    </w:p>
    <w:p w14:paraId="3F764FFB" w14:textId="77777777" w:rsidR="00535E53" w:rsidRPr="00535E53" w:rsidRDefault="00535E53" w:rsidP="00535E53">
      <w:r w:rsidRPr="00535E53">
        <w:t>Content Writer | SEO | Blog Writing | Research</w:t>
      </w:r>
    </w:p>
    <w:p w14:paraId="38E72095" w14:textId="77777777" w:rsidR="00535E53" w:rsidRPr="00535E53" w:rsidRDefault="00535E53" w:rsidP="00535E53">
      <w:r w:rsidRPr="00535E53">
        <w:t>Notice the difference.</w:t>
      </w:r>
    </w:p>
    <w:p w14:paraId="15D9CA26" w14:textId="77777777" w:rsidR="00535E53" w:rsidRPr="00535E53" w:rsidRDefault="00535E53" w:rsidP="00535E53">
      <w:r w:rsidRPr="00535E53">
        <w:t>The second version helps recruiters understand your skills immediately.</w:t>
      </w:r>
    </w:p>
    <w:p w14:paraId="5F2CDB5C" w14:textId="77777777" w:rsidR="00535E53" w:rsidRPr="00535E53" w:rsidRDefault="00535E53" w:rsidP="00535E53">
      <w:r w:rsidRPr="00535E53">
        <w:t>________________________________________</w:t>
      </w:r>
    </w:p>
    <w:p w14:paraId="56E8442B" w14:textId="77777777" w:rsidR="00535E53" w:rsidRPr="00535E53" w:rsidRDefault="00535E53" w:rsidP="00535E53">
      <w:r w:rsidRPr="00535E53">
        <w:t>Write an "About" Section That Sounds Human</w:t>
      </w:r>
    </w:p>
    <w:p w14:paraId="278C071B" w14:textId="77777777" w:rsidR="00535E53" w:rsidRPr="00535E53" w:rsidRDefault="00535E53" w:rsidP="00535E53">
      <w:r w:rsidRPr="00535E53">
        <w:t>The About section is not the place to use buzzwords.</w:t>
      </w:r>
    </w:p>
    <w:p w14:paraId="41F95659" w14:textId="77777777" w:rsidR="00535E53" w:rsidRPr="00535E53" w:rsidRDefault="00535E53" w:rsidP="00535E53">
      <w:r w:rsidRPr="00535E53">
        <w:rPr>
          <w:b/>
        </w:rPr>
        <w:t>Instead of saying:</w:t>
      </w:r>
    </w:p>
    <w:p w14:paraId="15726F5F" w14:textId="77777777" w:rsidR="00535E53" w:rsidRPr="00535E53" w:rsidRDefault="00535E53" w:rsidP="00535E53">
      <w:r w:rsidRPr="00535E53">
        <w:t>I am hardworking, honest, loyal, dedicated and passionate...</w:t>
      </w:r>
    </w:p>
    <w:p w14:paraId="62275D96" w14:textId="77777777" w:rsidR="00535E53" w:rsidRPr="00535E53" w:rsidRDefault="00535E53" w:rsidP="00535E53">
      <w:r w:rsidRPr="00535E53">
        <w:t>Show people what you actually do.</w:t>
      </w:r>
    </w:p>
    <w:p w14:paraId="1B3E27AD" w14:textId="77777777" w:rsidR="00535E53" w:rsidRPr="00535E53" w:rsidRDefault="00535E53" w:rsidP="00535E53">
      <w:r w:rsidRPr="00535E53">
        <w:t>A simple structure works well.</w:t>
      </w:r>
    </w:p>
    <w:p w14:paraId="3A84C5B4" w14:textId="77777777" w:rsidR="00535E53" w:rsidRPr="00535E53" w:rsidRDefault="00535E53" w:rsidP="00535E53">
      <w:r w:rsidRPr="00535E53">
        <w:t>Paragraph One</w:t>
      </w:r>
    </w:p>
    <w:p w14:paraId="12A16A87" w14:textId="77777777" w:rsidR="00535E53" w:rsidRPr="00535E53" w:rsidRDefault="00535E53" w:rsidP="00535E53">
      <w:r w:rsidRPr="00535E53">
        <w:t>Who are you?</w:t>
      </w:r>
    </w:p>
    <w:p w14:paraId="5580723E" w14:textId="77777777" w:rsidR="00535E53" w:rsidRPr="00535E53" w:rsidRDefault="00535E53" w:rsidP="00535E53">
      <w:r w:rsidRPr="00535E53">
        <w:rPr>
          <w:b/>
        </w:rPr>
        <w:t>Example:</w:t>
      </w:r>
    </w:p>
    <w:p w14:paraId="3BAB8D04" w14:textId="77777777" w:rsidR="00535E53" w:rsidRPr="00535E53" w:rsidRDefault="00535E53" w:rsidP="00535E53">
      <w:r w:rsidRPr="00535E53">
        <w:t>I'm a customer support professional with three years of experience helping businesses improve customer satisfaction through clear communication and problem-solving.</w:t>
      </w:r>
    </w:p>
    <w:p w14:paraId="3F4D99C9" w14:textId="77777777" w:rsidR="00535E53" w:rsidRPr="00535E53" w:rsidRDefault="00535E53" w:rsidP="00535E53">
      <w:r w:rsidRPr="00535E53">
        <w:t>________________________________________</w:t>
      </w:r>
    </w:p>
    <w:p w14:paraId="1F118ADD" w14:textId="77777777" w:rsidR="00535E53" w:rsidRPr="00535E53" w:rsidRDefault="00535E53" w:rsidP="00535E53">
      <w:r w:rsidRPr="00535E53">
        <w:t>Paragraph Two</w:t>
      </w:r>
    </w:p>
    <w:p w14:paraId="7F0907C3" w14:textId="77777777" w:rsidR="00535E53" w:rsidRPr="00535E53" w:rsidRDefault="00535E53" w:rsidP="00535E53">
      <w:r w:rsidRPr="00535E53">
        <w:t>What value do you bring?</w:t>
      </w:r>
    </w:p>
    <w:p w14:paraId="187BCEFC" w14:textId="77777777" w:rsidR="00535E53" w:rsidRPr="00535E53" w:rsidRDefault="00535E53" w:rsidP="00535E53">
      <w:r w:rsidRPr="00535E53">
        <w:rPr>
          <w:b/>
        </w:rPr>
        <w:t>Example:</w:t>
      </w:r>
    </w:p>
    <w:p w14:paraId="60C058DC" w14:textId="77777777" w:rsidR="00535E53" w:rsidRPr="00535E53" w:rsidRDefault="00535E53" w:rsidP="00535E53">
      <w:r w:rsidRPr="00535E53">
        <w:lastRenderedPageBreak/>
        <w:t>I enjoy helping teams build positive customer experiences while improving response times and resolving complex enquiries professionally.</w:t>
      </w:r>
    </w:p>
    <w:p w14:paraId="4E1DDC6B" w14:textId="77777777" w:rsidR="00535E53" w:rsidRPr="00535E53" w:rsidRDefault="00535E53" w:rsidP="00535E53">
      <w:r w:rsidRPr="00535E53">
        <w:t>________________________________________</w:t>
      </w:r>
    </w:p>
    <w:p w14:paraId="6A9DCF4F" w14:textId="77777777" w:rsidR="00535E53" w:rsidRPr="00535E53" w:rsidRDefault="00535E53" w:rsidP="00535E53">
      <w:r w:rsidRPr="00535E53">
        <w:t>Paragraph Three</w:t>
      </w:r>
    </w:p>
    <w:p w14:paraId="4326ECC1" w14:textId="77777777" w:rsidR="00535E53" w:rsidRPr="00535E53" w:rsidRDefault="00535E53" w:rsidP="00535E53">
      <w:r w:rsidRPr="00535E53">
        <w:t>What opportunities are you interested in?</w:t>
      </w:r>
    </w:p>
    <w:p w14:paraId="475586E6" w14:textId="77777777" w:rsidR="00535E53" w:rsidRPr="00535E53" w:rsidRDefault="00535E53" w:rsidP="00535E53">
      <w:r w:rsidRPr="00535E53">
        <w:rPr>
          <w:b/>
        </w:rPr>
        <w:t>Example:</w:t>
      </w:r>
    </w:p>
    <w:p w14:paraId="3724F6C7" w14:textId="77777777" w:rsidR="00535E53" w:rsidRPr="00535E53" w:rsidRDefault="00535E53" w:rsidP="00535E53">
      <w:r w:rsidRPr="00535E53">
        <w:t>I'm currently interested in remote customer support opportunities where I can contribute to a collaborative international team while continuing to grow professionally.</w:t>
      </w:r>
    </w:p>
    <w:p w14:paraId="201C063D" w14:textId="77777777" w:rsidR="00535E53" w:rsidRPr="00535E53" w:rsidRDefault="00535E53" w:rsidP="00535E53">
      <w:r w:rsidRPr="00535E53">
        <w:t>Simple.</w:t>
      </w:r>
    </w:p>
    <w:p w14:paraId="6E2812BF" w14:textId="77777777" w:rsidR="00535E53" w:rsidRPr="00535E53" w:rsidRDefault="00535E53" w:rsidP="00535E53">
      <w:r w:rsidRPr="00535E53">
        <w:t>Clear.</w:t>
      </w:r>
    </w:p>
    <w:p w14:paraId="12641942" w14:textId="77777777" w:rsidR="00535E53" w:rsidRPr="00535E53" w:rsidRDefault="00535E53" w:rsidP="00535E53">
      <w:r w:rsidRPr="00535E53">
        <w:t>Professional.</w:t>
      </w:r>
    </w:p>
    <w:p w14:paraId="2529B3CC" w14:textId="77777777" w:rsidR="00535E53" w:rsidRPr="00535E53" w:rsidRDefault="00535E53" w:rsidP="00535E53">
      <w:r w:rsidRPr="00535E53">
        <w:t>________________________________________</w:t>
      </w:r>
    </w:p>
    <w:p w14:paraId="4BE36323" w14:textId="77777777" w:rsidR="00535E53" w:rsidRPr="00535E53" w:rsidRDefault="00535E53" w:rsidP="00535E53">
      <w:r w:rsidRPr="00535E53">
        <w:t>Your Experience Should Match Your CV</w:t>
      </w:r>
    </w:p>
    <w:p w14:paraId="6D5F213C" w14:textId="77777777" w:rsidR="00535E53" w:rsidRPr="00535E53" w:rsidRDefault="00535E53" w:rsidP="00535E53">
      <w:r w:rsidRPr="00535E53">
        <w:t xml:space="preserve">One mistake </w:t>
      </w:r>
      <w:proofErr w:type="gramStart"/>
      <w:r w:rsidRPr="00535E53">
        <w:t>recruiters</w:t>
      </w:r>
      <w:proofErr w:type="gramEnd"/>
      <w:r w:rsidRPr="00535E53">
        <w:t xml:space="preserve"> notice quickly is inconsistency.</w:t>
      </w:r>
    </w:p>
    <w:p w14:paraId="758AEDBC" w14:textId="77777777" w:rsidR="00535E53" w:rsidRPr="00535E53" w:rsidRDefault="00535E53" w:rsidP="00535E53">
      <w:r w:rsidRPr="00535E53">
        <w:rPr>
          <w:b/>
        </w:rPr>
        <w:t>Imagine your CV says:</w:t>
      </w:r>
    </w:p>
    <w:p w14:paraId="6DCF37B6" w14:textId="77777777" w:rsidR="00535E53" w:rsidRPr="00535E53" w:rsidRDefault="00535E53" w:rsidP="00535E53">
      <w:r w:rsidRPr="00535E53">
        <w:t>Customer Support Specialist</w:t>
      </w:r>
    </w:p>
    <w:p w14:paraId="4199290B" w14:textId="77777777" w:rsidR="00535E53" w:rsidRPr="00535E53" w:rsidRDefault="00535E53" w:rsidP="00535E53">
      <w:r w:rsidRPr="00535E53">
        <w:rPr>
          <w:b/>
        </w:rPr>
        <w:t>But LinkedIn says:</w:t>
      </w:r>
    </w:p>
    <w:p w14:paraId="2BC86270" w14:textId="77777777" w:rsidR="00535E53" w:rsidRPr="00535E53" w:rsidRDefault="00535E53" w:rsidP="00535E53">
      <w:r w:rsidRPr="00535E53">
        <w:t>Administrative Assistant.</w:t>
      </w:r>
    </w:p>
    <w:p w14:paraId="41753B8D" w14:textId="77777777" w:rsidR="00535E53" w:rsidRPr="00535E53" w:rsidRDefault="00535E53" w:rsidP="00535E53">
      <w:r w:rsidRPr="00535E53">
        <w:t>Or your employment dates don't match.</w:t>
      </w:r>
    </w:p>
    <w:p w14:paraId="497A7A65" w14:textId="77777777" w:rsidR="00535E53" w:rsidRPr="00535E53" w:rsidRDefault="00535E53" w:rsidP="00535E53">
      <w:r w:rsidRPr="00535E53">
        <w:t>Small inconsistencies can create unnecessary questions.</w:t>
      </w:r>
    </w:p>
    <w:p w14:paraId="7AB65D4A" w14:textId="77777777" w:rsidR="00535E53" w:rsidRPr="00535E53" w:rsidRDefault="00535E53" w:rsidP="00535E53">
      <w:r w:rsidRPr="00535E53">
        <w:rPr>
          <w:b/>
        </w:rPr>
        <w:t>Before applying for jobs:</w:t>
      </w:r>
    </w:p>
    <w:p w14:paraId="4125CF9A" w14:textId="77777777" w:rsidR="00535E53" w:rsidRPr="00535E53" w:rsidRDefault="00535E53" w:rsidP="00535E53">
      <w:r w:rsidRPr="00535E53">
        <w:t>Compare your CV and LinkedIn.</w:t>
      </w:r>
    </w:p>
    <w:p w14:paraId="629A1A30" w14:textId="77777777" w:rsidR="00535E53" w:rsidRPr="00535E53" w:rsidRDefault="00535E53" w:rsidP="00535E53">
      <w:r w:rsidRPr="00535E53">
        <w:rPr>
          <w:b/>
        </w:rPr>
        <w:t>Ensure:</w:t>
      </w:r>
    </w:p>
    <w:p w14:paraId="4CEB9C12" w14:textId="77777777" w:rsidR="00535E53" w:rsidRPr="00535E53" w:rsidRDefault="00535E53" w:rsidP="00535E53">
      <w:r w:rsidRPr="00535E53">
        <w:rPr>
          <w:rFonts w:ascii="Segoe UI Symbol" w:hAnsi="Segoe UI Symbol" w:cs="Segoe UI Symbol"/>
        </w:rPr>
        <w:t>✔</w:t>
      </w:r>
      <w:r w:rsidRPr="00535E53">
        <w:t xml:space="preserve"> Job titles match.</w:t>
      </w:r>
    </w:p>
    <w:p w14:paraId="05CF4951" w14:textId="77777777" w:rsidR="00535E53" w:rsidRPr="00535E53" w:rsidRDefault="00535E53" w:rsidP="00535E53">
      <w:r w:rsidRPr="00535E53">
        <w:rPr>
          <w:rFonts w:ascii="Segoe UI Symbol" w:hAnsi="Segoe UI Symbol" w:cs="Segoe UI Symbol"/>
        </w:rPr>
        <w:t>✔</w:t>
      </w:r>
      <w:r w:rsidRPr="00535E53">
        <w:t xml:space="preserve"> Dates match.</w:t>
      </w:r>
    </w:p>
    <w:p w14:paraId="7C3C55AE" w14:textId="77777777" w:rsidR="00535E53" w:rsidRPr="00535E53" w:rsidRDefault="00535E53" w:rsidP="00535E53">
      <w:r w:rsidRPr="00535E53">
        <w:rPr>
          <w:rFonts w:ascii="Segoe UI Symbol" w:hAnsi="Segoe UI Symbol" w:cs="Segoe UI Symbol"/>
        </w:rPr>
        <w:t>✔</w:t>
      </w:r>
      <w:r w:rsidRPr="00535E53">
        <w:t xml:space="preserve"> Responsibilities align.</w:t>
      </w:r>
    </w:p>
    <w:p w14:paraId="31AFE953" w14:textId="77777777" w:rsidR="00535E53" w:rsidRPr="00535E53" w:rsidRDefault="00535E53" w:rsidP="00535E53">
      <w:r w:rsidRPr="00535E53">
        <w:rPr>
          <w:rFonts w:ascii="Segoe UI Symbol" w:hAnsi="Segoe UI Symbol" w:cs="Segoe UI Symbol"/>
        </w:rPr>
        <w:t>✔</w:t>
      </w:r>
      <w:r w:rsidRPr="00535E53">
        <w:t xml:space="preserve"> Achievements are consistent.</w:t>
      </w:r>
    </w:p>
    <w:p w14:paraId="4496EB65" w14:textId="77777777" w:rsidR="00535E53" w:rsidRPr="00535E53" w:rsidRDefault="00535E53" w:rsidP="00535E53">
      <w:r w:rsidRPr="00535E53">
        <w:lastRenderedPageBreak/>
        <w:t>________________________________________</w:t>
      </w:r>
    </w:p>
    <w:p w14:paraId="6CD15E27" w14:textId="77777777" w:rsidR="00535E53" w:rsidRPr="00535E53" w:rsidRDefault="00535E53" w:rsidP="00535E53">
      <w:r w:rsidRPr="00535E53">
        <w:t>Showcase Your Skills</w:t>
      </w:r>
    </w:p>
    <w:p w14:paraId="3715DD8D" w14:textId="77777777" w:rsidR="00535E53" w:rsidRPr="00535E53" w:rsidRDefault="00535E53" w:rsidP="00535E53">
      <w:r w:rsidRPr="00535E53">
        <w:t>LinkedIn allows you to list your professional skills.</w:t>
      </w:r>
    </w:p>
    <w:p w14:paraId="5CE14CE7" w14:textId="77777777" w:rsidR="00535E53" w:rsidRPr="00535E53" w:rsidRDefault="00535E53" w:rsidP="00535E53">
      <w:r w:rsidRPr="00535E53">
        <w:t>Don't add everything you've ever learned.</w:t>
      </w:r>
    </w:p>
    <w:p w14:paraId="4A501C39" w14:textId="77777777" w:rsidR="00535E53" w:rsidRPr="00535E53" w:rsidRDefault="00535E53" w:rsidP="00535E53">
      <w:r w:rsidRPr="00535E53">
        <w:t>Focus on skills relevant to your target role.</w:t>
      </w:r>
    </w:p>
    <w:p w14:paraId="7E579C88" w14:textId="77777777" w:rsidR="00535E53" w:rsidRPr="00535E53" w:rsidRDefault="00535E53" w:rsidP="00535E53">
      <w:r w:rsidRPr="00535E53">
        <w:rPr>
          <w:b/>
        </w:rPr>
        <w:t>For example, if you're applying for customer support positions:</w:t>
      </w:r>
    </w:p>
    <w:p w14:paraId="021D07D8" w14:textId="77777777" w:rsidR="00535E53" w:rsidRPr="00535E53" w:rsidRDefault="00535E53" w:rsidP="00535E53">
      <w:r w:rsidRPr="00535E53">
        <w:t>•</w:t>
      </w:r>
      <w:r w:rsidRPr="00535E53">
        <w:tab/>
        <w:t xml:space="preserve">Customer Service </w:t>
      </w:r>
    </w:p>
    <w:p w14:paraId="2EC29574" w14:textId="77777777" w:rsidR="00535E53" w:rsidRPr="00535E53" w:rsidRDefault="00535E53" w:rsidP="00535E53">
      <w:r w:rsidRPr="00535E53">
        <w:t>•</w:t>
      </w:r>
      <w:r w:rsidRPr="00535E53">
        <w:tab/>
        <w:t xml:space="preserve">Email Support </w:t>
      </w:r>
    </w:p>
    <w:p w14:paraId="79EC4E85" w14:textId="77777777" w:rsidR="00535E53" w:rsidRPr="00535E53" w:rsidRDefault="00535E53" w:rsidP="00535E53">
      <w:r w:rsidRPr="00535E53">
        <w:t>•</w:t>
      </w:r>
      <w:r w:rsidRPr="00535E53">
        <w:tab/>
        <w:t xml:space="preserve">CRM Software </w:t>
      </w:r>
    </w:p>
    <w:p w14:paraId="798D2AD1" w14:textId="77777777" w:rsidR="00535E53" w:rsidRPr="00535E53" w:rsidRDefault="00535E53" w:rsidP="00535E53">
      <w:r w:rsidRPr="00535E53">
        <w:t>•</w:t>
      </w:r>
      <w:r w:rsidRPr="00535E53">
        <w:tab/>
        <w:t xml:space="preserve">Conflict Resolution </w:t>
      </w:r>
    </w:p>
    <w:p w14:paraId="37B08059" w14:textId="77777777" w:rsidR="00535E53" w:rsidRPr="00535E53" w:rsidRDefault="00535E53" w:rsidP="00535E53">
      <w:r w:rsidRPr="00535E53">
        <w:t>•</w:t>
      </w:r>
      <w:r w:rsidRPr="00535E53">
        <w:tab/>
        <w:t xml:space="preserve">Communication </w:t>
      </w:r>
    </w:p>
    <w:p w14:paraId="0938A9E1" w14:textId="77777777" w:rsidR="00535E53" w:rsidRPr="00535E53" w:rsidRDefault="00535E53" w:rsidP="00535E53">
      <w:r w:rsidRPr="00535E53">
        <w:t>•</w:t>
      </w:r>
      <w:r w:rsidRPr="00535E53">
        <w:tab/>
        <w:t xml:space="preserve">Problem Solving </w:t>
      </w:r>
    </w:p>
    <w:p w14:paraId="5DD9E485" w14:textId="77777777" w:rsidR="00535E53" w:rsidRPr="00535E53" w:rsidRDefault="00535E53" w:rsidP="00535E53">
      <w:r w:rsidRPr="00535E53">
        <w:t>•</w:t>
      </w:r>
      <w:r w:rsidRPr="00535E53">
        <w:tab/>
        <w:t xml:space="preserve">Microsoft Office </w:t>
      </w:r>
    </w:p>
    <w:p w14:paraId="0B209C9C" w14:textId="77777777" w:rsidR="00535E53" w:rsidRPr="00535E53" w:rsidRDefault="00535E53" w:rsidP="00535E53">
      <w:r w:rsidRPr="00535E53">
        <w:t>•</w:t>
      </w:r>
      <w:r w:rsidRPr="00535E53">
        <w:tab/>
        <w:t xml:space="preserve">Google Workspace </w:t>
      </w:r>
    </w:p>
    <w:p w14:paraId="7D24BB6C" w14:textId="77777777" w:rsidR="00535E53" w:rsidRPr="00535E53" w:rsidRDefault="00535E53" w:rsidP="00535E53">
      <w:r w:rsidRPr="00535E53">
        <w:t>Choose quality over quantity.</w:t>
      </w:r>
    </w:p>
    <w:p w14:paraId="05372BA1" w14:textId="77777777" w:rsidR="00535E53" w:rsidRPr="00535E53" w:rsidRDefault="00535E53" w:rsidP="00535E53">
      <w:r w:rsidRPr="00535E53">
        <w:t>________________________________________</w:t>
      </w:r>
    </w:p>
    <w:p w14:paraId="309169AD" w14:textId="77777777" w:rsidR="00535E53" w:rsidRPr="00535E53" w:rsidRDefault="00535E53" w:rsidP="00535E53">
      <w:r w:rsidRPr="00535E53">
        <w:t>Build Your Network the Right Way</w:t>
      </w:r>
    </w:p>
    <w:p w14:paraId="558FCF70" w14:textId="77777777" w:rsidR="00535E53" w:rsidRPr="00535E53" w:rsidRDefault="00535E53" w:rsidP="00535E53">
      <w:r w:rsidRPr="00535E53">
        <w:t>Many people believe networking means asking strangers for jobs.</w:t>
      </w:r>
    </w:p>
    <w:p w14:paraId="0915E15E" w14:textId="77777777" w:rsidR="00535E53" w:rsidRPr="00535E53" w:rsidRDefault="00535E53" w:rsidP="00535E53">
      <w:r w:rsidRPr="00535E53">
        <w:t>It doesn't.</w:t>
      </w:r>
    </w:p>
    <w:p w14:paraId="27739948" w14:textId="77777777" w:rsidR="00535E53" w:rsidRPr="00535E53" w:rsidRDefault="00535E53" w:rsidP="00535E53">
      <w:r w:rsidRPr="00535E53">
        <w:t>Networking means building professional relationships.</w:t>
      </w:r>
    </w:p>
    <w:p w14:paraId="18CC3999" w14:textId="77777777" w:rsidR="00535E53" w:rsidRPr="00535E53" w:rsidRDefault="00535E53" w:rsidP="00535E53">
      <w:r w:rsidRPr="00535E53">
        <w:rPr>
          <w:b/>
        </w:rPr>
        <w:t>Start by:</w:t>
      </w:r>
    </w:p>
    <w:p w14:paraId="6DCA5F45" w14:textId="77777777" w:rsidR="00535E53" w:rsidRPr="00535E53" w:rsidRDefault="00535E53" w:rsidP="00535E53">
      <w:r w:rsidRPr="00535E53">
        <w:t>•</w:t>
      </w:r>
      <w:r w:rsidRPr="00535E53">
        <w:tab/>
        <w:t xml:space="preserve">Following companies you admire. </w:t>
      </w:r>
    </w:p>
    <w:p w14:paraId="07B5DF38" w14:textId="77777777" w:rsidR="00535E53" w:rsidRPr="00535E53" w:rsidRDefault="00535E53" w:rsidP="00535E53">
      <w:r w:rsidRPr="00535E53">
        <w:t>•</w:t>
      </w:r>
      <w:r w:rsidRPr="00535E53">
        <w:tab/>
        <w:t xml:space="preserve">Connecting with recruiters in your industry. </w:t>
      </w:r>
    </w:p>
    <w:p w14:paraId="67411247" w14:textId="77777777" w:rsidR="00535E53" w:rsidRPr="00535E53" w:rsidRDefault="00535E53" w:rsidP="00535E53">
      <w:r w:rsidRPr="00535E53">
        <w:t>•</w:t>
      </w:r>
      <w:r w:rsidRPr="00535E53">
        <w:tab/>
        <w:t xml:space="preserve">Sending polite, personalized connection requests. </w:t>
      </w:r>
    </w:p>
    <w:p w14:paraId="46670AB4" w14:textId="77777777" w:rsidR="00535E53" w:rsidRPr="00535E53" w:rsidRDefault="00535E53" w:rsidP="00535E53">
      <w:r w:rsidRPr="00535E53">
        <w:t>•</w:t>
      </w:r>
      <w:r w:rsidRPr="00535E53">
        <w:tab/>
        <w:t xml:space="preserve">Commenting thoughtfully on professional discussions. </w:t>
      </w:r>
    </w:p>
    <w:p w14:paraId="7A127E38" w14:textId="77777777" w:rsidR="00535E53" w:rsidRPr="00535E53" w:rsidRDefault="00535E53" w:rsidP="00535E53">
      <w:r w:rsidRPr="00535E53">
        <w:t>•</w:t>
      </w:r>
      <w:r w:rsidRPr="00535E53">
        <w:tab/>
        <w:t xml:space="preserve">Congratulating people on career achievements. </w:t>
      </w:r>
    </w:p>
    <w:p w14:paraId="32811A96" w14:textId="77777777" w:rsidR="00535E53" w:rsidRPr="00535E53" w:rsidRDefault="00535E53" w:rsidP="00535E53">
      <w:r w:rsidRPr="00535E53">
        <w:lastRenderedPageBreak/>
        <w:t>You don't need thousands of connections.</w:t>
      </w:r>
    </w:p>
    <w:p w14:paraId="1DE5CA3B" w14:textId="77777777" w:rsidR="00535E53" w:rsidRPr="00535E53" w:rsidRDefault="00535E53" w:rsidP="00535E53">
      <w:r w:rsidRPr="00535E53">
        <w:t>A smaller network of relevant professionals is often more valuable.</w:t>
      </w:r>
    </w:p>
    <w:p w14:paraId="138BF5D4" w14:textId="77777777" w:rsidR="00535E53" w:rsidRPr="00535E53" w:rsidRDefault="00535E53" w:rsidP="00535E53">
      <w:r w:rsidRPr="00535E53">
        <w:t>________________________________________</w:t>
      </w:r>
    </w:p>
    <w:p w14:paraId="7B6288EC" w14:textId="77777777" w:rsidR="00535E53" w:rsidRPr="00535E53" w:rsidRDefault="00535E53" w:rsidP="00535E53">
      <w:r w:rsidRPr="00535E53">
        <w:t>Stay Active Without Becoming Annoying</w:t>
      </w:r>
    </w:p>
    <w:p w14:paraId="0E2BCDCF" w14:textId="77777777" w:rsidR="00535E53" w:rsidRPr="00535E53" w:rsidRDefault="00535E53" w:rsidP="00535E53">
      <w:r w:rsidRPr="00535E53">
        <w:t>You don't have to post every day.</w:t>
      </w:r>
    </w:p>
    <w:p w14:paraId="41832C48" w14:textId="77777777" w:rsidR="00535E53" w:rsidRPr="00535E53" w:rsidRDefault="00535E53" w:rsidP="00535E53">
      <w:r w:rsidRPr="00535E53">
        <w:t>Even one thoughtful post each week can help keep your profile active.</w:t>
      </w:r>
    </w:p>
    <w:p w14:paraId="604694D4" w14:textId="77777777" w:rsidR="00535E53" w:rsidRPr="00535E53" w:rsidRDefault="00535E53" w:rsidP="00535E53">
      <w:r w:rsidRPr="00535E53">
        <w:rPr>
          <w:b/>
        </w:rPr>
        <w:t>Ideas include:</w:t>
      </w:r>
    </w:p>
    <w:p w14:paraId="0EC87E95" w14:textId="77777777" w:rsidR="00535E53" w:rsidRPr="00535E53" w:rsidRDefault="00535E53" w:rsidP="00535E53">
      <w:r w:rsidRPr="00535E53">
        <w:t>•</w:t>
      </w:r>
      <w:r w:rsidRPr="00535E53">
        <w:tab/>
        <w:t xml:space="preserve">A lesson you learned from a course. </w:t>
      </w:r>
    </w:p>
    <w:p w14:paraId="3CACCD61" w14:textId="77777777" w:rsidR="00535E53" w:rsidRPr="00535E53" w:rsidRDefault="00535E53" w:rsidP="00535E53">
      <w:r w:rsidRPr="00535E53">
        <w:t>•</w:t>
      </w:r>
      <w:r w:rsidRPr="00535E53">
        <w:tab/>
        <w:t xml:space="preserve">A book recommendation. </w:t>
      </w:r>
    </w:p>
    <w:p w14:paraId="4C4FE55E" w14:textId="77777777" w:rsidR="00535E53" w:rsidRPr="00535E53" w:rsidRDefault="00535E53" w:rsidP="00535E53">
      <w:r w:rsidRPr="00535E53">
        <w:t>•</w:t>
      </w:r>
      <w:r w:rsidRPr="00535E53">
        <w:tab/>
        <w:t xml:space="preserve">A project you completed. </w:t>
      </w:r>
    </w:p>
    <w:p w14:paraId="301F2CE7" w14:textId="77777777" w:rsidR="00535E53" w:rsidRPr="00535E53" w:rsidRDefault="00535E53" w:rsidP="00535E53">
      <w:r w:rsidRPr="00535E53">
        <w:t>•</w:t>
      </w:r>
      <w:r w:rsidRPr="00535E53">
        <w:tab/>
        <w:t xml:space="preserve">An industry insight. </w:t>
      </w:r>
    </w:p>
    <w:p w14:paraId="370A6705" w14:textId="77777777" w:rsidR="00535E53" w:rsidRPr="00535E53" w:rsidRDefault="00535E53" w:rsidP="00535E53">
      <w:r w:rsidRPr="00535E53">
        <w:t>•</w:t>
      </w:r>
      <w:r w:rsidRPr="00535E53">
        <w:tab/>
        <w:t xml:space="preserve">A career milestone. </w:t>
      </w:r>
    </w:p>
    <w:p w14:paraId="251F0123" w14:textId="77777777" w:rsidR="00535E53" w:rsidRPr="00535E53" w:rsidRDefault="00535E53" w:rsidP="00535E53">
      <w:r w:rsidRPr="00535E53">
        <w:t>Avoid turning your profile into a motivational quote page.</w:t>
      </w:r>
    </w:p>
    <w:p w14:paraId="317B58C8" w14:textId="77777777" w:rsidR="00535E53" w:rsidRPr="00535E53" w:rsidRDefault="00535E53" w:rsidP="00535E53">
      <w:r w:rsidRPr="00535E53">
        <w:t>Professional value attracts professional opportunities.</w:t>
      </w:r>
    </w:p>
    <w:p w14:paraId="6409CBEB" w14:textId="77777777" w:rsidR="00535E53" w:rsidRPr="00535E53" w:rsidRDefault="00535E53" w:rsidP="00535E53">
      <w:r w:rsidRPr="00535E53">
        <w:t>________________________________________</w:t>
      </w:r>
    </w:p>
    <w:p w14:paraId="66E0D959" w14:textId="77777777" w:rsidR="00535E53" w:rsidRPr="00535E53" w:rsidRDefault="00535E53" w:rsidP="00535E53">
      <w:r w:rsidRPr="00535E53">
        <w:t>Ask for Recommendations</w:t>
      </w:r>
    </w:p>
    <w:p w14:paraId="5AFF2983" w14:textId="77777777" w:rsidR="00535E53" w:rsidRPr="00535E53" w:rsidRDefault="00535E53" w:rsidP="00535E53">
      <w:r w:rsidRPr="00535E53">
        <w:t>Recommendations add credibility to your profile.</w:t>
      </w:r>
    </w:p>
    <w:p w14:paraId="09E85BF0" w14:textId="77777777" w:rsidR="00535E53" w:rsidRPr="00535E53" w:rsidRDefault="00535E53" w:rsidP="00535E53">
      <w:r w:rsidRPr="00535E53">
        <w:rPr>
          <w:b/>
        </w:rPr>
        <w:t>If you've worked with:</w:t>
      </w:r>
    </w:p>
    <w:p w14:paraId="321BB565" w14:textId="77777777" w:rsidR="00535E53" w:rsidRPr="00535E53" w:rsidRDefault="00535E53" w:rsidP="00535E53">
      <w:r w:rsidRPr="00535E53">
        <w:t>•</w:t>
      </w:r>
      <w:r w:rsidRPr="00535E53">
        <w:tab/>
        <w:t xml:space="preserve">A manager. </w:t>
      </w:r>
    </w:p>
    <w:p w14:paraId="6C0AA7CD" w14:textId="77777777" w:rsidR="00535E53" w:rsidRPr="00535E53" w:rsidRDefault="00535E53" w:rsidP="00535E53">
      <w:r w:rsidRPr="00535E53">
        <w:t>•</w:t>
      </w:r>
      <w:r w:rsidRPr="00535E53">
        <w:tab/>
        <w:t xml:space="preserve">A colleague. </w:t>
      </w:r>
    </w:p>
    <w:p w14:paraId="6FD44194" w14:textId="77777777" w:rsidR="00535E53" w:rsidRPr="00535E53" w:rsidRDefault="00535E53" w:rsidP="00535E53">
      <w:r w:rsidRPr="00535E53">
        <w:t>•</w:t>
      </w:r>
      <w:r w:rsidRPr="00535E53">
        <w:tab/>
        <w:t xml:space="preserve">A lecturer. </w:t>
      </w:r>
    </w:p>
    <w:p w14:paraId="3CE4D05D" w14:textId="77777777" w:rsidR="00535E53" w:rsidRPr="00535E53" w:rsidRDefault="00535E53" w:rsidP="00535E53">
      <w:r w:rsidRPr="00535E53">
        <w:t>•</w:t>
      </w:r>
      <w:r w:rsidRPr="00535E53">
        <w:tab/>
        <w:t xml:space="preserve">A client. </w:t>
      </w:r>
    </w:p>
    <w:p w14:paraId="311A5488" w14:textId="77777777" w:rsidR="00535E53" w:rsidRPr="00535E53" w:rsidRDefault="00535E53" w:rsidP="00535E53">
      <w:r w:rsidRPr="00535E53">
        <w:t>•</w:t>
      </w:r>
      <w:r w:rsidRPr="00535E53">
        <w:tab/>
        <w:t xml:space="preserve">A volunteer coordinator. </w:t>
      </w:r>
    </w:p>
    <w:p w14:paraId="5A29A997" w14:textId="77777777" w:rsidR="00535E53" w:rsidRPr="00535E53" w:rsidRDefault="00535E53" w:rsidP="00535E53">
      <w:r w:rsidRPr="00535E53">
        <w:t>Ask if they'd be willing to write a short recommendation about your work.</w:t>
      </w:r>
    </w:p>
    <w:p w14:paraId="0B5BEAF0" w14:textId="77777777" w:rsidR="00535E53" w:rsidRPr="00535E53" w:rsidRDefault="00535E53" w:rsidP="00535E53">
      <w:r w:rsidRPr="00535E53">
        <w:t>A genuine recommendation often carries more weight than self-praise.</w:t>
      </w:r>
    </w:p>
    <w:p w14:paraId="6050ADEF" w14:textId="77777777" w:rsidR="00535E53" w:rsidRPr="00535E53" w:rsidRDefault="00535E53" w:rsidP="00535E53">
      <w:r w:rsidRPr="00535E53">
        <w:t>________________________________________</w:t>
      </w:r>
    </w:p>
    <w:p w14:paraId="122DA53C" w14:textId="77777777" w:rsidR="00535E53" w:rsidRPr="00535E53" w:rsidRDefault="00535E53" w:rsidP="00535E53">
      <w:r w:rsidRPr="00535E53">
        <w:lastRenderedPageBreak/>
        <w:t>Use the "Featured" Section</w:t>
      </w:r>
    </w:p>
    <w:p w14:paraId="7C28A87D" w14:textId="77777777" w:rsidR="00535E53" w:rsidRPr="00535E53" w:rsidRDefault="00535E53" w:rsidP="00535E53">
      <w:r w:rsidRPr="00535E53">
        <w:t>Many people ignore this feature.</w:t>
      </w:r>
    </w:p>
    <w:p w14:paraId="3ED4BE5E" w14:textId="77777777" w:rsidR="00535E53" w:rsidRPr="00535E53" w:rsidRDefault="00535E53" w:rsidP="00535E53">
      <w:r w:rsidRPr="00535E53">
        <w:t>If you've written articles, completed projects, created a portfolio, earned certifications, or published work, consider adding relevant examples to your Featured section.</w:t>
      </w:r>
    </w:p>
    <w:p w14:paraId="0297F8D7" w14:textId="77777777" w:rsidR="00535E53" w:rsidRPr="00535E53" w:rsidRDefault="00535E53" w:rsidP="00535E53">
      <w:r w:rsidRPr="00535E53">
        <w:t>This gives recruiters quick access to evidence of your skills.</w:t>
      </w:r>
    </w:p>
    <w:p w14:paraId="1B31F7AC" w14:textId="77777777" w:rsidR="00535E53" w:rsidRPr="00535E53" w:rsidRDefault="00535E53" w:rsidP="00535E53">
      <w:r w:rsidRPr="00535E53">
        <w:t>________________________________________</w:t>
      </w:r>
    </w:p>
    <w:p w14:paraId="66F7315D" w14:textId="77777777" w:rsidR="00535E53" w:rsidRPr="00535E53" w:rsidRDefault="00535E53" w:rsidP="00535E53">
      <w:r w:rsidRPr="00535E53">
        <w:t>Tool 1: LinkedIn Profile Audit Checklist</w:t>
      </w:r>
    </w:p>
    <w:p w14:paraId="342DB040" w14:textId="77777777" w:rsidR="00535E53" w:rsidRPr="00535E53" w:rsidRDefault="00535E53" w:rsidP="00535E53">
      <w:r w:rsidRPr="00535E53">
        <w:t>Complete this before applying for your next job.</w:t>
      </w:r>
    </w:p>
    <w:p w14:paraId="57CF5D91" w14:textId="77777777" w:rsidR="00535E53" w:rsidRPr="00535E53" w:rsidRDefault="00535E53" w:rsidP="00535E53">
      <w:r w:rsidRPr="00535E53">
        <w:t>Task</w:t>
      </w:r>
      <w:r w:rsidRPr="00535E53">
        <w:tab/>
        <w:t>Complete</w:t>
      </w:r>
    </w:p>
    <w:p w14:paraId="4945671B" w14:textId="77777777" w:rsidR="00535E53" w:rsidRPr="00535E53" w:rsidRDefault="00535E53" w:rsidP="00535E53">
      <w:r w:rsidRPr="00535E53">
        <w:t>Professional profile photo</w:t>
      </w:r>
      <w:r w:rsidRPr="00535E53">
        <w:tab/>
      </w:r>
      <w:r w:rsidRPr="00535E53">
        <w:rPr>
          <w:rFonts w:ascii="Segoe UI Symbol" w:hAnsi="Segoe UI Symbol" w:cs="Segoe UI Symbol"/>
        </w:rPr>
        <w:t>☐</w:t>
      </w:r>
    </w:p>
    <w:p w14:paraId="06915213" w14:textId="77777777" w:rsidR="00535E53" w:rsidRPr="00535E53" w:rsidRDefault="00535E53" w:rsidP="00535E53">
      <w:r w:rsidRPr="00535E53">
        <w:t>Custom headline</w:t>
      </w:r>
      <w:r w:rsidRPr="00535E53">
        <w:tab/>
      </w:r>
      <w:r w:rsidRPr="00535E53">
        <w:rPr>
          <w:rFonts w:ascii="Segoe UI Symbol" w:hAnsi="Segoe UI Symbol" w:cs="Segoe UI Symbol"/>
        </w:rPr>
        <w:t>☐</w:t>
      </w:r>
    </w:p>
    <w:p w14:paraId="10065F86" w14:textId="77777777" w:rsidR="00535E53" w:rsidRPr="00535E53" w:rsidRDefault="00535E53" w:rsidP="00535E53">
      <w:r w:rsidRPr="00535E53">
        <w:t>About section completed</w:t>
      </w:r>
      <w:r w:rsidRPr="00535E53">
        <w:tab/>
      </w:r>
      <w:r w:rsidRPr="00535E53">
        <w:rPr>
          <w:rFonts w:ascii="Segoe UI Symbol" w:hAnsi="Segoe UI Symbol" w:cs="Segoe UI Symbol"/>
        </w:rPr>
        <w:t>☐</w:t>
      </w:r>
    </w:p>
    <w:p w14:paraId="5F8B4921" w14:textId="77777777" w:rsidR="00535E53" w:rsidRPr="00535E53" w:rsidRDefault="00535E53" w:rsidP="00535E53">
      <w:r w:rsidRPr="00535E53">
        <w:t>Work experience updated</w:t>
      </w:r>
      <w:r w:rsidRPr="00535E53">
        <w:tab/>
      </w:r>
      <w:r w:rsidRPr="00535E53">
        <w:rPr>
          <w:rFonts w:ascii="Segoe UI Symbol" w:hAnsi="Segoe UI Symbol" w:cs="Segoe UI Symbol"/>
        </w:rPr>
        <w:t>☐</w:t>
      </w:r>
    </w:p>
    <w:p w14:paraId="7D8172B1" w14:textId="77777777" w:rsidR="00535E53" w:rsidRPr="00535E53" w:rsidRDefault="00535E53" w:rsidP="00535E53">
      <w:r w:rsidRPr="00535E53">
        <w:t>Skills listed</w:t>
      </w:r>
      <w:r w:rsidRPr="00535E53">
        <w:tab/>
      </w:r>
      <w:r w:rsidRPr="00535E53">
        <w:rPr>
          <w:rFonts w:ascii="Segoe UI Symbol" w:hAnsi="Segoe UI Symbol" w:cs="Segoe UI Symbol"/>
        </w:rPr>
        <w:t>☐</w:t>
      </w:r>
    </w:p>
    <w:p w14:paraId="6A19EC3B" w14:textId="77777777" w:rsidR="00535E53" w:rsidRPr="00535E53" w:rsidRDefault="00535E53" w:rsidP="00535E53">
      <w:r w:rsidRPr="00535E53">
        <w:t>Education completed</w:t>
      </w:r>
      <w:r w:rsidRPr="00535E53">
        <w:tab/>
      </w:r>
      <w:r w:rsidRPr="00535E53">
        <w:rPr>
          <w:rFonts w:ascii="Segoe UI Symbol" w:hAnsi="Segoe UI Symbol" w:cs="Segoe UI Symbol"/>
        </w:rPr>
        <w:t>☐</w:t>
      </w:r>
    </w:p>
    <w:p w14:paraId="7F887E0E" w14:textId="77777777" w:rsidR="00535E53" w:rsidRPr="00535E53" w:rsidRDefault="00535E53" w:rsidP="00535E53">
      <w:r w:rsidRPr="00535E53">
        <w:t>Contact information updated</w:t>
      </w:r>
      <w:r w:rsidRPr="00535E53">
        <w:tab/>
      </w:r>
      <w:r w:rsidRPr="00535E53">
        <w:rPr>
          <w:rFonts w:ascii="Segoe UI Symbol" w:hAnsi="Segoe UI Symbol" w:cs="Segoe UI Symbol"/>
        </w:rPr>
        <w:t>☐</w:t>
      </w:r>
    </w:p>
    <w:p w14:paraId="3258CB22" w14:textId="77777777" w:rsidR="00535E53" w:rsidRPr="00535E53" w:rsidRDefault="00535E53" w:rsidP="00535E53">
      <w:r w:rsidRPr="00535E53">
        <w:t>Featured section used (if applicable)</w:t>
      </w:r>
      <w:r w:rsidRPr="00535E53">
        <w:tab/>
      </w:r>
      <w:r w:rsidRPr="00535E53">
        <w:rPr>
          <w:rFonts w:ascii="Segoe UI Symbol" w:hAnsi="Segoe UI Symbol" w:cs="Segoe UI Symbol"/>
        </w:rPr>
        <w:t>☐</w:t>
      </w:r>
    </w:p>
    <w:p w14:paraId="1375AE7F" w14:textId="77777777" w:rsidR="00535E53" w:rsidRPr="00535E53" w:rsidRDefault="00535E53" w:rsidP="00535E53">
      <w:r w:rsidRPr="00535E53">
        <w:t>Profile URL customized</w:t>
      </w:r>
      <w:r w:rsidRPr="00535E53">
        <w:tab/>
      </w:r>
      <w:r w:rsidRPr="00535E53">
        <w:rPr>
          <w:rFonts w:ascii="Segoe UI Symbol" w:hAnsi="Segoe UI Symbol" w:cs="Segoe UI Symbol"/>
        </w:rPr>
        <w:t>☐</w:t>
      </w:r>
    </w:p>
    <w:p w14:paraId="24B3FB21" w14:textId="77777777" w:rsidR="00535E53" w:rsidRPr="00535E53" w:rsidRDefault="00535E53" w:rsidP="00535E53">
      <w:r w:rsidRPr="00535E53">
        <w:t>Open to Work settings reviewed</w:t>
      </w:r>
      <w:r w:rsidRPr="00535E53">
        <w:tab/>
      </w:r>
      <w:r w:rsidRPr="00535E53">
        <w:rPr>
          <w:rFonts w:ascii="Segoe UI Symbol" w:hAnsi="Segoe UI Symbol" w:cs="Segoe UI Symbol"/>
        </w:rPr>
        <w:t>☐</w:t>
      </w:r>
    </w:p>
    <w:p w14:paraId="27B5F549" w14:textId="77777777" w:rsidR="00535E53" w:rsidRPr="00535E53" w:rsidRDefault="00535E53" w:rsidP="00535E53">
      <w:r w:rsidRPr="00535E53">
        <w:t>Aim to complete every item.</w:t>
      </w:r>
    </w:p>
    <w:p w14:paraId="0A8FB243" w14:textId="77777777" w:rsidR="00535E53" w:rsidRPr="00535E53" w:rsidRDefault="00535E53" w:rsidP="00535E53">
      <w:r w:rsidRPr="00535E53">
        <w:t>________________________________________</w:t>
      </w:r>
    </w:p>
    <w:p w14:paraId="45B6656B" w14:textId="77777777" w:rsidR="00535E53" w:rsidRPr="00535E53" w:rsidRDefault="00535E53" w:rsidP="00535E53">
      <w:r w:rsidRPr="00535E53">
        <w:t>Tool 2: Weekly LinkedIn Growth Planner</w:t>
      </w:r>
    </w:p>
    <w:p w14:paraId="015D92BD" w14:textId="77777777" w:rsidR="00535E53" w:rsidRPr="00535E53" w:rsidRDefault="00535E53" w:rsidP="00535E53">
      <w:r w:rsidRPr="00535E53">
        <w:t>Monday</w:t>
      </w:r>
    </w:p>
    <w:p w14:paraId="7DD32078" w14:textId="77777777" w:rsidR="00535E53" w:rsidRPr="00535E53" w:rsidRDefault="00535E53" w:rsidP="00535E53">
      <w:r w:rsidRPr="00535E53">
        <w:t>Review your profile.</w:t>
      </w:r>
    </w:p>
    <w:p w14:paraId="27918432" w14:textId="77777777" w:rsidR="00535E53" w:rsidRPr="00535E53" w:rsidRDefault="00535E53" w:rsidP="00535E53">
      <w:r w:rsidRPr="00535E53">
        <w:t>Update anything that's outdated.</w:t>
      </w:r>
    </w:p>
    <w:p w14:paraId="14894710" w14:textId="77777777" w:rsidR="00535E53" w:rsidRPr="00535E53" w:rsidRDefault="00535E53" w:rsidP="00535E53">
      <w:r w:rsidRPr="00535E53">
        <w:t>________________________________________</w:t>
      </w:r>
    </w:p>
    <w:p w14:paraId="7177DC91" w14:textId="77777777" w:rsidR="00535E53" w:rsidRPr="00535E53" w:rsidRDefault="00535E53" w:rsidP="00535E53">
      <w:r w:rsidRPr="00535E53">
        <w:lastRenderedPageBreak/>
        <w:t>Tuesday</w:t>
      </w:r>
    </w:p>
    <w:p w14:paraId="1E55A9E1" w14:textId="77777777" w:rsidR="00535E53" w:rsidRPr="00535E53" w:rsidRDefault="00535E53" w:rsidP="00535E53">
      <w:r w:rsidRPr="00535E53">
        <w:t>Connect with five professionals in your field.</w:t>
      </w:r>
    </w:p>
    <w:p w14:paraId="5762D250" w14:textId="77777777" w:rsidR="00535E53" w:rsidRPr="00535E53" w:rsidRDefault="00535E53" w:rsidP="00535E53">
      <w:r w:rsidRPr="00535E53">
        <w:t>________________________________________</w:t>
      </w:r>
    </w:p>
    <w:p w14:paraId="052B1C09" w14:textId="77777777" w:rsidR="00535E53" w:rsidRPr="00535E53" w:rsidRDefault="00535E53" w:rsidP="00535E53">
      <w:r w:rsidRPr="00535E53">
        <w:t>Wednesday</w:t>
      </w:r>
    </w:p>
    <w:p w14:paraId="61DF37FF" w14:textId="77777777" w:rsidR="00535E53" w:rsidRPr="00535E53" w:rsidRDefault="00535E53" w:rsidP="00535E53">
      <w:r w:rsidRPr="00535E53">
        <w:t>Comment thoughtfully on three industry posts.</w:t>
      </w:r>
    </w:p>
    <w:p w14:paraId="4B740A5A" w14:textId="77777777" w:rsidR="00535E53" w:rsidRPr="00535E53" w:rsidRDefault="00535E53" w:rsidP="00535E53">
      <w:r w:rsidRPr="00535E53">
        <w:t>________________________________________</w:t>
      </w:r>
    </w:p>
    <w:p w14:paraId="3DBDFAEF" w14:textId="77777777" w:rsidR="00535E53" w:rsidRPr="00535E53" w:rsidRDefault="00535E53" w:rsidP="00535E53">
      <w:r w:rsidRPr="00535E53">
        <w:t>Thursday</w:t>
      </w:r>
    </w:p>
    <w:p w14:paraId="3C506D4E" w14:textId="77777777" w:rsidR="00535E53" w:rsidRPr="00535E53" w:rsidRDefault="00535E53" w:rsidP="00535E53">
      <w:r w:rsidRPr="00535E53">
        <w:t>Share one useful insight or learning experience.</w:t>
      </w:r>
    </w:p>
    <w:p w14:paraId="747E11F0" w14:textId="77777777" w:rsidR="00535E53" w:rsidRPr="00535E53" w:rsidRDefault="00535E53" w:rsidP="00535E53">
      <w:r w:rsidRPr="00535E53">
        <w:t>________________________________________</w:t>
      </w:r>
    </w:p>
    <w:p w14:paraId="238324C4" w14:textId="77777777" w:rsidR="00535E53" w:rsidRPr="00535E53" w:rsidRDefault="00535E53" w:rsidP="00535E53">
      <w:r w:rsidRPr="00535E53">
        <w:t>Friday</w:t>
      </w:r>
    </w:p>
    <w:p w14:paraId="7926415A" w14:textId="77777777" w:rsidR="00535E53" w:rsidRPr="00535E53" w:rsidRDefault="00535E53" w:rsidP="00535E53">
      <w:r w:rsidRPr="00535E53">
        <w:t>Research companies that interest you.</w:t>
      </w:r>
    </w:p>
    <w:p w14:paraId="4BA604D8" w14:textId="77777777" w:rsidR="00535E53" w:rsidRPr="00535E53" w:rsidRDefault="00535E53" w:rsidP="00535E53">
      <w:r w:rsidRPr="00535E53">
        <w:t>Follow them and review their career pages.</w:t>
      </w:r>
    </w:p>
    <w:p w14:paraId="3B14A2B8" w14:textId="77777777" w:rsidR="00535E53" w:rsidRPr="00535E53" w:rsidRDefault="00535E53" w:rsidP="00535E53">
      <w:r w:rsidRPr="00535E53">
        <w:t>________________________________________</w:t>
      </w:r>
    </w:p>
    <w:p w14:paraId="21B334ED" w14:textId="77777777" w:rsidR="00535E53" w:rsidRPr="00535E53" w:rsidRDefault="00535E53" w:rsidP="00535E53">
      <w:r w:rsidRPr="00535E53">
        <w:t>Weekend</w:t>
      </w:r>
    </w:p>
    <w:p w14:paraId="730237E5" w14:textId="77777777" w:rsidR="00535E53" w:rsidRPr="00535E53" w:rsidRDefault="00535E53" w:rsidP="00535E53">
      <w:r w:rsidRPr="00535E53">
        <w:t>Reflect on your activity.</w:t>
      </w:r>
    </w:p>
    <w:p w14:paraId="37273731" w14:textId="77777777" w:rsidR="00535E53" w:rsidRPr="00535E53" w:rsidRDefault="00535E53" w:rsidP="00535E53">
      <w:r w:rsidRPr="00535E53">
        <w:t>Did you build genuine relationships or simply send connection requests?</w:t>
      </w:r>
    </w:p>
    <w:p w14:paraId="767D14F6" w14:textId="77777777" w:rsidR="00535E53" w:rsidRPr="00535E53" w:rsidRDefault="00535E53" w:rsidP="00535E53">
      <w:r w:rsidRPr="00535E53">
        <w:t>Quality interactions matter more than quantity.</w:t>
      </w:r>
    </w:p>
    <w:p w14:paraId="379A0A1E" w14:textId="77777777" w:rsidR="00535E53" w:rsidRPr="00535E53" w:rsidRDefault="00535E53" w:rsidP="00535E53">
      <w:r w:rsidRPr="00535E53">
        <w:t>________________________________________</w:t>
      </w:r>
    </w:p>
    <w:p w14:paraId="2B82F857" w14:textId="77777777" w:rsidR="00535E53" w:rsidRPr="00535E53" w:rsidRDefault="00535E53" w:rsidP="00535E53">
      <w:r w:rsidRPr="00535E53">
        <w:t>Tool 3: Connection Message Template</w:t>
      </w:r>
    </w:p>
    <w:p w14:paraId="5A7DFA78" w14:textId="77777777" w:rsidR="00535E53" w:rsidRPr="00535E53" w:rsidRDefault="00535E53" w:rsidP="00535E53">
      <w:r w:rsidRPr="00535E53">
        <w:t>When sending a connection request, keep it short and respectful.</w:t>
      </w:r>
    </w:p>
    <w:p w14:paraId="2DFEB7C5" w14:textId="77777777" w:rsidR="00535E53" w:rsidRPr="00535E53" w:rsidRDefault="00535E53" w:rsidP="00535E53">
      <w:r w:rsidRPr="00535E53">
        <w:rPr>
          <w:b/>
        </w:rPr>
        <w:t>Example:</w:t>
      </w:r>
    </w:p>
    <w:p w14:paraId="1FDCC2CE" w14:textId="77777777" w:rsidR="00535E53" w:rsidRPr="00535E53" w:rsidRDefault="00535E53" w:rsidP="00535E53">
      <w:r w:rsidRPr="00535E53">
        <w:t>Hello [Name], I came across your profile while researching professionals in the customer support field. I admire your experience and would appreciate connecting here on LinkedIn. Thank you.</w:t>
      </w:r>
    </w:p>
    <w:p w14:paraId="732A2230" w14:textId="77777777" w:rsidR="00535E53" w:rsidRPr="00535E53" w:rsidRDefault="00535E53" w:rsidP="00535E53">
      <w:r w:rsidRPr="00535E53">
        <w:t>Notice what this message doesn't do.</w:t>
      </w:r>
    </w:p>
    <w:p w14:paraId="326E84F9" w14:textId="77777777" w:rsidR="00535E53" w:rsidRPr="00535E53" w:rsidRDefault="00535E53" w:rsidP="00535E53">
      <w:r w:rsidRPr="00535E53">
        <w:t>It doesn't ask for a job.</w:t>
      </w:r>
    </w:p>
    <w:p w14:paraId="54F00FE9" w14:textId="77777777" w:rsidR="00535E53" w:rsidRPr="00535E53" w:rsidRDefault="00535E53" w:rsidP="00535E53">
      <w:r w:rsidRPr="00535E53">
        <w:t>It doesn't demand a referral.</w:t>
      </w:r>
    </w:p>
    <w:p w14:paraId="189F341D" w14:textId="77777777" w:rsidR="00535E53" w:rsidRPr="00535E53" w:rsidRDefault="00535E53" w:rsidP="00535E53">
      <w:r w:rsidRPr="00535E53">
        <w:lastRenderedPageBreak/>
        <w:t>It simply opens the door to a professional connection.</w:t>
      </w:r>
    </w:p>
    <w:p w14:paraId="2E9F078A" w14:textId="77777777" w:rsidR="00535E53" w:rsidRPr="00535E53" w:rsidRDefault="00535E53" w:rsidP="00535E53">
      <w:r w:rsidRPr="00535E53">
        <w:t>________________________________________</w:t>
      </w:r>
    </w:p>
    <w:p w14:paraId="25F10C28" w14:textId="77777777" w:rsidR="00535E53" w:rsidRPr="00535E53" w:rsidRDefault="00535E53" w:rsidP="00535E53">
      <w:r w:rsidRPr="00535E53">
        <w:t>Common LinkedIn Mistakes</w:t>
      </w:r>
    </w:p>
    <w:p w14:paraId="2B6C17E6" w14:textId="77777777" w:rsidR="00535E53" w:rsidRPr="00535E53" w:rsidRDefault="00535E53" w:rsidP="00535E53">
      <w:r w:rsidRPr="00535E53">
        <w:rPr>
          <w:b/>
        </w:rPr>
        <w:t>Avoid these habits:</w:t>
      </w:r>
    </w:p>
    <w:p w14:paraId="6CDDA353" w14:textId="77777777" w:rsidR="00535E53" w:rsidRPr="00535E53" w:rsidRDefault="00535E53" w:rsidP="00535E53">
      <w:r w:rsidRPr="00535E53">
        <w:t>•</w:t>
      </w:r>
      <w:r w:rsidRPr="00535E53">
        <w:tab/>
        <w:t xml:space="preserve">Leaving your profile incomplete. </w:t>
      </w:r>
    </w:p>
    <w:p w14:paraId="0DCFA004" w14:textId="77777777" w:rsidR="00535E53" w:rsidRPr="00535E53" w:rsidRDefault="00535E53" w:rsidP="00535E53">
      <w:r w:rsidRPr="00535E53">
        <w:t>•</w:t>
      </w:r>
      <w:r w:rsidRPr="00535E53">
        <w:tab/>
        <w:t xml:space="preserve">Using an unprofessional photo. </w:t>
      </w:r>
    </w:p>
    <w:p w14:paraId="713A6C7A" w14:textId="77777777" w:rsidR="00535E53" w:rsidRPr="00535E53" w:rsidRDefault="00535E53" w:rsidP="00535E53">
      <w:r w:rsidRPr="00535E53">
        <w:t>•</w:t>
      </w:r>
      <w:r w:rsidRPr="00535E53">
        <w:tab/>
        <w:t xml:space="preserve">Copying motivational quotes instead of sharing meaningful insights. </w:t>
      </w:r>
    </w:p>
    <w:p w14:paraId="696078E8" w14:textId="77777777" w:rsidR="00535E53" w:rsidRPr="00535E53" w:rsidRDefault="00535E53" w:rsidP="00535E53">
      <w:r w:rsidRPr="00535E53">
        <w:t>•</w:t>
      </w:r>
      <w:r w:rsidRPr="00535E53">
        <w:tab/>
        <w:t xml:space="preserve">Sending generic connection requests. </w:t>
      </w:r>
    </w:p>
    <w:p w14:paraId="350B4E66" w14:textId="77777777" w:rsidR="00535E53" w:rsidRPr="00535E53" w:rsidRDefault="00535E53" w:rsidP="00535E53">
      <w:r w:rsidRPr="00535E53">
        <w:t>•</w:t>
      </w:r>
      <w:r w:rsidRPr="00535E53">
        <w:tab/>
        <w:t xml:space="preserve">Ignoring recruiter messages. </w:t>
      </w:r>
    </w:p>
    <w:p w14:paraId="0DCB6B09" w14:textId="77777777" w:rsidR="00535E53" w:rsidRPr="00535E53" w:rsidRDefault="00535E53" w:rsidP="00535E53">
      <w:r w:rsidRPr="00535E53">
        <w:t>•</w:t>
      </w:r>
      <w:r w:rsidRPr="00535E53">
        <w:tab/>
        <w:t xml:space="preserve">Letting your profile become outdated. </w:t>
      </w:r>
    </w:p>
    <w:p w14:paraId="4FD5F2CA" w14:textId="77777777" w:rsidR="00535E53" w:rsidRPr="00535E53" w:rsidRDefault="00535E53" w:rsidP="00535E53">
      <w:r w:rsidRPr="00535E53">
        <w:t>________________________________________</w:t>
      </w:r>
    </w:p>
    <w:p w14:paraId="5DD003E7" w14:textId="77777777" w:rsidR="00535E53" w:rsidRPr="00535E53" w:rsidRDefault="00535E53" w:rsidP="00535E53">
      <w:r w:rsidRPr="00535E53">
        <w:t>Chapter Five Challenge</w:t>
      </w:r>
    </w:p>
    <w:p w14:paraId="10328A90" w14:textId="77777777" w:rsidR="00535E53" w:rsidRPr="00535E53" w:rsidRDefault="00535E53" w:rsidP="00535E53">
      <w:r w:rsidRPr="00535E53">
        <w:rPr>
          <w:b/>
        </w:rPr>
        <w:t>Before moving to Chapter Six:</w:t>
      </w:r>
    </w:p>
    <w:p w14:paraId="7DFA8163" w14:textId="77777777" w:rsidR="00535E53" w:rsidRPr="00535E53" w:rsidRDefault="00535E53" w:rsidP="00535E53">
      <w:r w:rsidRPr="00535E53">
        <w:rPr>
          <w:rFonts w:ascii="Segoe UI Symbol" w:hAnsi="Segoe UI Symbol" w:cs="Segoe UI Symbol"/>
        </w:rPr>
        <w:t>☐</w:t>
      </w:r>
      <w:r w:rsidRPr="00535E53">
        <w:t xml:space="preserve"> Update your profile photo.</w:t>
      </w:r>
    </w:p>
    <w:p w14:paraId="0E42B352" w14:textId="77777777" w:rsidR="00535E53" w:rsidRPr="00535E53" w:rsidRDefault="00535E53" w:rsidP="00535E53">
      <w:r w:rsidRPr="00535E53">
        <w:rPr>
          <w:rFonts w:ascii="Segoe UI Symbol" w:hAnsi="Segoe UI Symbol" w:cs="Segoe UI Symbol"/>
        </w:rPr>
        <w:t>☐</w:t>
      </w:r>
      <w:r w:rsidRPr="00535E53">
        <w:t xml:space="preserve"> Rewrite your headline.</w:t>
      </w:r>
    </w:p>
    <w:p w14:paraId="2FE60A1C" w14:textId="77777777" w:rsidR="00535E53" w:rsidRPr="00535E53" w:rsidRDefault="00535E53" w:rsidP="00535E53">
      <w:r w:rsidRPr="00535E53">
        <w:rPr>
          <w:rFonts w:ascii="Segoe UI Symbol" w:hAnsi="Segoe UI Symbol" w:cs="Segoe UI Symbol"/>
        </w:rPr>
        <w:t>☐</w:t>
      </w:r>
      <w:r w:rsidRPr="00535E53">
        <w:t xml:space="preserve"> Complete your About section.</w:t>
      </w:r>
    </w:p>
    <w:p w14:paraId="271EAC4A" w14:textId="77777777" w:rsidR="00535E53" w:rsidRPr="00535E53" w:rsidRDefault="00535E53" w:rsidP="00535E53">
      <w:r w:rsidRPr="00535E53">
        <w:rPr>
          <w:rFonts w:ascii="Segoe UI Symbol" w:hAnsi="Segoe UI Symbol" w:cs="Segoe UI Symbol"/>
        </w:rPr>
        <w:t>☐</w:t>
      </w:r>
      <w:r w:rsidRPr="00535E53">
        <w:t xml:space="preserve"> Add at least five relevant skills.</w:t>
      </w:r>
    </w:p>
    <w:p w14:paraId="5EC45DBC" w14:textId="77777777" w:rsidR="00535E53" w:rsidRPr="00535E53" w:rsidRDefault="00535E53" w:rsidP="00535E53">
      <w:r w:rsidRPr="00535E53">
        <w:rPr>
          <w:rFonts w:ascii="Segoe UI Symbol" w:hAnsi="Segoe UI Symbol" w:cs="Segoe UI Symbol"/>
        </w:rPr>
        <w:t>☐</w:t>
      </w:r>
      <w:r w:rsidRPr="00535E53">
        <w:t xml:space="preserve"> Connect with five professionals in your target industry.</w:t>
      </w:r>
    </w:p>
    <w:p w14:paraId="2E4CE0BF" w14:textId="77777777" w:rsidR="00535E53" w:rsidRPr="00535E53" w:rsidRDefault="00535E53" w:rsidP="00535E53">
      <w:r w:rsidRPr="00535E53">
        <w:rPr>
          <w:rFonts w:ascii="Segoe UI Symbol" w:hAnsi="Segoe UI Symbol" w:cs="Segoe UI Symbol"/>
        </w:rPr>
        <w:t>☐</w:t>
      </w:r>
      <w:r w:rsidRPr="00535E53">
        <w:t xml:space="preserve"> Follow ten companies you'd genuinely like to work for.</w:t>
      </w:r>
    </w:p>
    <w:p w14:paraId="5656C4FE" w14:textId="77777777" w:rsidR="00535E53" w:rsidRPr="00535E53" w:rsidRDefault="00535E53" w:rsidP="00535E53">
      <w:r w:rsidRPr="00535E53">
        <w:rPr>
          <w:rFonts w:ascii="Segoe UI Symbol" w:hAnsi="Segoe UI Symbol" w:cs="Segoe UI Symbol"/>
        </w:rPr>
        <w:t>☐</w:t>
      </w:r>
      <w:r w:rsidRPr="00535E53">
        <w:t xml:space="preserve"> Review your profile from the perspective of a recruiter.</w:t>
      </w:r>
    </w:p>
    <w:p w14:paraId="59D03AA9" w14:textId="77777777" w:rsidR="00535E53" w:rsidRPr="00535E53" w:rsidRDefault="00535E53" w:rsidP="00535E53">
      <w:r w:rsidRPr="00535E53">
        <w:t>________________________________________</w:t>
      </w:r>
    </w:p>
    <w:p w14:paraId="24673EF0" w14:textId="77777777" w:rsidR="00535E53" w:rsidRPr="00535E53" w:rsidRDefault="00535E53" w:rsidP="00535E53">
      <w:r w:rsidRPr="00535E53">
        <w:t>Key Lessons from Chapter Five</w:t>
      </w:r>
    </w:p>
    <w:p w14:paraId="27E632FD" w14:textId="77777777" w:rsidR="00535E53" w:rsidRPr="00535E53" w:rsidRDefault="00535E53" w:rsidP="00535E53">
      <w:r w:rsidRPr="00535E53">
        <w:rPr>
          <w:b/>
        </w:rPr>
        <w:t>Remember these principles:</w:t>
      </w:r>
    </w:p>
    <w:p w14:paraId="453ED76C" w14:textId="77777777" w:rsidR="00535E53" w:rsidRPr="00535E53" w:rsidRDefault="00535E53" w:rsidP="00535E53">
      <w:r w:rsidRPr="00535E53">
        <w:t>1.</w:t>
      </w:r>
      <w:r w:rsidRPr="00535E53">
        <w:tab/>
        <w:t xml:space="preserve">LinkedIn is your professional storefront. Keep it current and complete. </w:t>
      </w:r>
    </w:p>
    <w:p w14:paraId="16DB16F7" w14:textId="77777777" w:rsidR="00535E53" w:rsidRPr="00535E53" w:rsidRDefault="00535E53" w:rsidP="00535E53">
      <w:r w:rsidRPr="00535E53">
        <w:t>2.</w:t>
      </w:r>
      <w:r w:rsidRPr="00535E53">
        <w:tab/>
        <w:t xml:space="preserve">Clarity beats cleverness. Tell recruiters what you do and the value you bring. </w:t>
      </w:r>
    </w:p>
    <w:p w14:paraId="6E0CB534" w14:textId="77777777" w:rsidR="00535E53" w:rsidRPr="00535E53" w:rsidRDefault="00535E53" w:rsidP="00535E53">
      <w:r w:rsidRPr="00535E53">
        <w:t>3.</w:t>
      </w:r>
      <w:r w:rsidRPr="00535E53">
        <w:tab/>
        <w:t xml:space="preserve">Consistency builds trust. Your LinkedIn profile should support—not contradict—your CV. </w:t>
      </w:r>
    </w:p>
    <w:p w14:paraId="789083EC" w14:textId="77777777" w:rsidR="00535E53" w:rsidRPr="00535E53" w:rsidRDefault="00535E53" w:rsidP="00535E53">
      <w:r w:rsidRPr="00535E53">
        <w:lastRenderedPageBreak/>
        <w:t>4.</w:t>
      </w:r>
      <w:r w:rsidRPr="00535E53">
        <w:tab/>
        <w:t xml:space="preserve">Networking is about relationships, not requests. Focus on meaningful professional connections. </w:t>
      </w:r>
    </w:p>
    <w:p w14:paraId="5B21F4A3" w14:textId="77777777" w:rsidR="00535E53" w:rsidRPr="00535E53" w:rsidRDefault="00535E53" w:rsidP="00535E53">
      <w:r w:rsidRPr="00535E53">
        <w:t>5.</w:t>
      </w:r>
      <w:r w:rsidRPr="00535E53">
        <w:tab/>
        <w:t>Stay visible. Regular, thoughtful activity can help you remain on recruiters' radar over time.</w:t>
      </w:r>
    </w:p>
    <w:p w14:paraId="7BE26DAE" w14:textId="6DF2B788" w:rsidR="00535E53" w:rsidRPr="00535E53" w:rsidRDefault="00535E53" w:rsidP="00535E53">
      <w:r w:rsidRPr="00535E53">
        <w:drawing>
          <wp:inline distT="0" distB="0" distL="0" distR="0" wp14:anchorId="70E77E3A" wp14:editId="1D80B6D4">
            <wp:extent cx="5669280" cy="3268980"/>
            <wp:effectExtent l="0" t="0" r="7620" b="7620"/>
            <wp:docPr id="129706752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69ABB" w14:textId="77777777" w:rsidR="00535E53" w:rsidRPr="00535E53" w:rsidRDefault="00535E53" w:rsidP="00535E53">
      <w:pPr>
        <w:rPr>
          <w:b/>
          <w:bCs/>
        </w:rPr>
      </w:pPr>
      <w:r w:rsidRPr="00535E53">
        <w:rPr>
          <w:b/>
          <w:bCs/>
        </w:rPr>
        <w:t>CHAPTER SIX</w:t>
      </w:r>
    </w:p>
    <w:p w14:paraId="04BACEC8" w14:textId="77777777" w:rsidR="00535E53" w:rsidRPr="00535E53" w:rsidRDefault="00535E53" w:rsidP="00535E53">
      <w:r w:rsidRPr="00535E53">
        <w:t>The Application System That Gets Responses</w:t>
      </w:r>
    </w:p>
    <w:p w14:paraId="0D9B6FC7" w14:textId="77777777" w:rsidR="00535E53" w:rsidRPr="00535E53" w:rsidRDefault="00535E53" w:rsidP="00535E53">
      <w:r w:rsidRPr="00535E53">
        <w:t>Don't Press "Apply" Just Yet</w:t>
      </w:r>
    </w:p>
    <w:p w14:paraId="1F1BE3B6" w14:textId="77777777" w:rsidR="00535E53" w:rsidRPr="00535E53" w:rsidRDefault="00535E53" w:rsidP="00535E53">
      <w:r w:rsidRPr="00535E53">
        <w:t>A mistake many job seekers make is treating every application the same.</w:t>
      </w:r>
    </w:p>
    <w:p w14:paraId="0BFB7C5C" w14:textId="77777777" w:rsidR="00535E53" w:rsidRPr="00535E53" w:rsidRDefault="00535E53" w:rsidP="00535E53">
      <w:r w:rsidRPr="00535E53">
        <w:t>They find a vacancy.</w:t>
      </w:r>
    </w:p>
    <w:p w14:paraId="49DE9496" w14:textId="77777777" w:rsidR="00535E53" w:rsidRPr="00535E53" w:rsidRDefault="00535E53" w:rsidP="00535E53">
      <w:r w:rsidRPr="00535E53">
        <w:t>Attach the same CV.</w:t>
      </w:r>
    </w:p>
    <w:p w14:paraId="7AF71D0C" w14:textId="77777777" w:rsidR="00535E53" w:rsidRPr="00535E53" w:rsidRDefault="00535E53" w:rsidP="00535E53">
      <w:r w:rsidRPr="00535E53">
        <w:t>Attach the same cover letter.</w:t>
      </w:r>
    </w:p>
    <w:p w14:paraId="75225E66" w14:textId="77777777" w:rsidR="00535E53" w:rsidRPr="00535E53" w:rsidRDefault="00535E53" w:rsidP="00535E53">
      <w:r w:rsidRPr="00535E53">
        <w:t>Click "Apply."</w:t>
      </w:r>
    </w:p>
    <w:p w14:paraId="428C77CD" w14:textId="77777777" w:rsidR="00535E53" w:rsidRPr="00535E53" w:rsidRDefault="00535E53" w:rsidP="00535E53">
      <w:r w:rsidRPr="00535E53">
        <w:t>Repeat.</w:t>
      </w:r>
    </w:p>
    <w:p w14:paraId="21DCB9FB" w14:textId="77777777" w:rsidR="00535E53" w:rsidRPr="00535E53" w:rsidRDefault="00535E53" w:rsidP="00535E53">
      <w:r w:rsidRPr="00535E53">
        <w:t>By Friday, they've sent fifty applications.</w:t>
      </w:r>
    </w:p>
    <w:p w14:paraId="2BD7A91A" w14:textId="77777777" w:rsidR="00535E53" w:rsidRPr="00535E53" w:rsidRDefault="00535E53" w:rsidP="00535E53">
      <w:r w:rsidRPr="00535E53">
        <w:t>By the following Friday...</w:t>
      </w:r>
    </w:p>
    <w:p w14:paraId="0B7F18E6" w14:textId="77777777" w:rsidR="00535E53" w:rsidRPr="00535E53" w:rsidRDefault="00535E53" w:rsidP="00535E53">
      <w:r w:rsidRPr="00535E53">
        <w:t>Nothing.</w:t>
      </w:r>
    </w:p>
    <w:p w14:paraId="25EAE9DA" w14:textId="77777777" w:rsidR="00535E53" w:rsidRPr="00535E53" w:rsidRDefault="00535E53" w:rsidP="00535E53">
      <w:r w:rsidRPr="00535E53">
        <w:lastRenderedPageBreak/>
        <w:t>It's frustrating because they worked hard.</w:t>
      </w:r>
    </w:p>
    <w:p w14:paraId="401A0FCF" w14:textId="77777777" w:rsidR="00535E53" w:rsidRPr="00535E53" w:rsidRDefault="00535E53" w:rsidP="00535E53">
      <w:r w:rsidRPr="00535E53">
        <w:t>But effort alone isn't enough.</w:t>
      </w:r>
    </w:p>
    <w:p w14:paraId="42DD5A35" w14:textId="77777777" w:rsidR="00535E53" w:rsidRPr="00535E53" w:rsidRDefault="00535E53" w:rsidP="00535E53">
      <w:r w:rsidRPr="00535E53">
        <w:t>International employers aren't simply looking for people who are available.</w:t>
      </w:r>
    </w:p>
    <w:p w14:paraId="40DA6D35" w14:textId="77777777" w:rsidR="00535E53" w:rsidRPr="00535E53" w:rsidRDefault="00535E53" w:rsidP="00535E53">
      <w:r w:rsidRPr="00535E53">
        <w:t>They're looking for people who look like the right fit.</w:t>
      </w:r>
    </w:p>
    <w:p w14:paraId="169C6ECF" w14:textId="77777777" w:rsidR="00535E53" w:rsidRPr="00535E53" w:rsidRDefault="00535E53" w:rsidP="00535E53">
      <w:r w:rsidRPr="00535E53">
        <w:t>Your application should answer one question before the recruiter even meets you:</w:t>
      </w:r>
    </w:p>
    <w:p w14:paraId="0A53CBE7" w14:textId="77777777" w:rsidR="00535E53" w:rsidRPr="00535E53" w:rsidRDefault="00535E53" w:rsidP="00535E53">
      <w:r w:rsidRPr="00535E53">
        <w:t>"Why should I interview this person instead of the other 200 applicants?"</w:t>
      </w:r>
    </w:p>
    <w:p w14:paraId="4BC20215" w14:textId="77777777" w:rsidR="00535E53" w:rsidRPr="00535E53" w:rsidRDefault="00535E53" w:rsidP="00535E53">
      <w:r w:rsidRPr="00535E53">
        <w:t>That's what this chapter is about.</w:t>
      </w:r>
    </w:p>
    <w:p w14:paraId="6CD6BD10" w14:textId="77777777" w:rsidR="00535E53" w:rsidRPr="00535E53" w:rsidRDefault="00535E53" w:rsidP="00535E53">
      <w:r w:rsidRPr="00535E53">
        <w:t>________________________________________</w:t>
      </w:r>
    </w:p>
    <w:p w14:paraId="051FFC10" w14:textId="77777777" w:rsidR="00535E53" w:rsidRPr="00535E53" w:rsidRDefault="00535E53" w:rsidP="00535E53">
      <w:r w:rsidRPr="00535E53">
        <w:t>The 15-Minute Application Rule</w:t>
      </w:r>
    </w:p>
    <w:p w14:paraId="37159EFF" w14:textId="77777777" w:rsidR="00535E53" w:rsidRPr="00535E53" w:rsidRDefault="00535E53" w:rsidP="00535E53">
      <w:r w:rsidRPr="00535E53">
        <w:t>Never apply immediately after finding a vacancy.</w:t>
      </w:r>
    </w:p>
    <w:p w14:paraId="5381646B" w14:textId="77777777" w:rsidR="00535E53" w:rsidRPr="00535E53" w:rsidRDefault="00535E53" w:rsidP="00535E53">
      <w:r w:rsidRPr="00535E53">
        <w:t>Instead, spend the first 15 minutes understanding the job.</w:t>
      </w:r>
    </w:p>
    <w:p w14:paraId="25F63729" w14:textId="77777777" w:rsidR="00535E53" w:rsidRPr="00535E53" w:rsidRDefault="00535E53" w:rsidP="00535E53">
      <w:r w:rsidRPr="00535E53">
        <w:t>Read the description carefully.</w:t>
      </w:r>
    </w:p>
    <w:p w14:paraId="71AEF503" w14:textId="77777777" w:rsidR="00535E53" w:rsidRPr="00535E53" w:rsidRDefault="00535E53" w:rsidP="00535E53">
      <w:r w:rsidRPr="00535E53">
        <w:t>Ask yourself:</w:t>
      </w:r>
    </w:p>
    <w:p w14:paraId="5FFA5B1D" w14:textId="77777777" w:rsidR="00535E53" w:rsidRPr="00535E53" w:rsidRDefault="00535E53" w:rsidP="00535E53">
      <w:r w:rsidRPr="00535E53">
        <w:t>•</w:t>
      </w:r>
      <w:r w:rsidRPr="00535E53">
        <w:tab/>
        <w:t xml:space="preserve">What problem is this company trying to solve? </w:t>
      </w:r>
    </w:p>
    <w:p w14:paraId="22865E73" w14:textId="77777777" w:rsidR="00535E53" w:rsidRPr="00535E53" w:rsidRDefault="00535E53" w:rsidP="00535E53">
      <w:r w:rsidRPr="00535E53">
        <w:t>•</w:t>
      </w:r>
      <w:r w:rsidRPr="00535E53">
        <w:tab/>
        <w:t xml:space="preserve">Which skills appear repeatedly? </w:t>
      </w:r>
    </w:p>
    <w:p w14:paraId="17E21F5F" w14:textId="77777777" w:rsidR="00535E53" w:rsidRPr="00535E53" w:rsidRDefault="00535E53" w:rsidP="00535E53">
      <w:r w:rsidRPr="00535E53">
        <w:t>•</w:t>
      </w:r>
      <w:r w:rsidRPr="00535E53">
        <w:tab/>
        <w:t xml:space="preserve">Which qualifications are essential? </w:t>
      </w:r>
    </w:p>
    <w:p w14:paraId="58DA3ED3" w14:textId="77777777" w:rsidR="00535E53" w:rsidRPr="00535E53" w:rsidRDefault="00535E53" w:rsidP="00535E53">
      <w:r w:rsidRPr="00535E53">
        <w:t>•</w:t>
      </w:r>
      <w:r w:rsidRPr="00535E53">
        <w:tab/>
        <w:t xml:space="preserve">Which are merely preferred? </w:t>
      </w:r>
    </w:p>
    <w:p w14:paraId="47A91126" w14:textId="77777777" w:rsidR="00535E53" w:rsidRPr="00535E53" w:rsidRDefault="00535E53" w:rsidP="00535E53">
      <w:r w:rsidRPr="00535E53">
        <w:t>•</w:t>
      </w:r>
      <w:r w:rsidRPr="00535E53">
        <w:tab/>
        <w:t xml:space="preserve">What kind of person are they describing? </w:t>
      </w:r>
    </w:p>
    <w:p w14:paraId="3C03B93E" w14:textId="77777777" w:rsidR="00535E53" w:rsidRPr="00535E53" w:rsidRDefault="00535E53" w:rsidP="00535E53">
      <w:r w:rsidRPr="00535E53">
        <w:t>These answers tell you exactly what your application should emphasize.</w:t>
      </w:r>
    </w:p>
    <w:p w14:paraId="75E66293" w14:textId="77777777" w:rsidR="00535E53" w:rsidRPr="00535E53" w:rsidRDefault="00535E53" w:rsidP="00535E53">
      <w:r w:rsidRPr="00535E53">
        <w:t>________________________________________</w:t>
      </w:r>
    </w:p>
    <w:p w14:paraId="2260A68D" w14:textId="77777777" w:rsidR="00535E53" w:rsidRPr="00535E53" w:rsidRDefault="00535E53" w:rsidP="00535E53">
      <w:r w:rsidRPr="00535E53">
        <w:t>Read Like a Recruiter</w:t>
      </w:r>
    </w:p>
    <w:p w14:paraId="70E24084" w14:textId="77777777" w:rsidR="00535E53" w:rsidRPr="00535E53" w:rsidRDefault="00535E53" w:rsidP="00535E53">
      <w:r w:rsidRPr="00535E53">
        <w:t>Many applicants only look at the job title.</w:t>
      </w:r>
    </w:p>
    <w:p w14:paraId="32D20B3B" w14:textId="77777777" w:rsidR="00535E53" w:rsidRPr="00535E53" w:rsidRDefault="00535E53" w:rsidP="00535E53">
      <w:r w:rsidRPr="00535E53">
        <w:t>Recruiters read much more.</w:t>
      </w:r>
    </w:p>
    <w:p w14:paraId="3F0592E7" w14:textId="77777777" w:rsidR="00535E53" w:rsidRPr="00535E53" w:rsidRDefault="00535E53" w:rsidP="00535E53">
      <w:r w:rsidRPr="00535E53">
        <w:t>When reviewing a job description, highlight:</w:t>
      </w:r>
    </w:p>
    <w:p w14:paraId="53E171CC" w14:textId="77777777" w:rsidR="00535E53" w:rsidRPr="00535E53" w:rsidRDefault="00535E53" w:rsidP="00535E53">
      <w:r w:rsidRPr="00535E53">
        <w:t>Responsibilities</w:t>
      </w:r>
    </w:p>
    <w:p w14:paraId="0AD77CB3" w14:textId="77777777" w:rsidR="00535E53" w:rsidRPr="00535E53" w:rsidRDefault="00535E53" w:rsidP="00535E53">
      <w:r w:rsidRPr="00535E53">
        <w:t>These tell you what you'll actually be doing.</w:t>
      </w:r>
    </w:p>
    <w:p w14:paraId="07D78D7D" w14:textId="77777777" w:rsidR="00535E53" w:rsidRPr="00535E53" w:rsidRDefault="00535E53" w:rsidP="00535E53">
      <w:r w:rsidRPr="00535E53">
        <w:lastRenderedPageBreak/>
        <w:t>________________________________________</w:t>
      </w:r>
    </w:p>
    <w:p w14:paraId="735B9932" w14:textId="77777777" w:rsidR="00535E53" w:rsidRPr="00535E53" w:rsidRDefault="00535E53" w:rsidP="00535E53">
      <w:r w:rsidRPr="00535E53">
        <w:t>Required Skills</w:t>
      </w:r>
    </w:p>
    <w:p w14:paraId="1C111A7D" w14:textId="77777777" w:rsidR="00535E53" w:rsidRPr="00535E53" w:rsidRDefault="00535E53" w:rsidP="00535E53">
      <w:r w:rsidRPr="00535E53">
        <w:t>These are usually the minimum expectations.</w:t>
      </w:r>
    </w:p>
    <w:p w14:paraId="5731E2AF" w14:textId="77777777" w:rsidR="00535E53" w:rsidRPr="00535E53" w:rsidRDefault="00535E53" w:rsidP="00535E53">
      <w:r w:rsidRPr="00535E53">
        <w:t>If you meet most of them, the role may be worth pursuing.</w:t>
      </w:r>
    </w:p>
    <w:p w14:paraId="2FD23309" w14:textId="77777777" w:rsidR="00535E53" w:rsidRPr="00535E53" w:rsidRDefault="00535E53" w:rsidP="00535E53">
      <w:r w:rsidRPr="00535E53">
        <w:t>________________________________________</w:t>
      </w:r>
    </w:p>
    <w:p w14:paraId="2DFCA37B" w14:textId="77777777" w:rsidR="00535E53" w:rsidRPr="00535E53" w:rsidRDefault="00535E53" w:rsidP="00535E53">
      <w:r w:rsidRPr="00535E53">
        <w:t>Preferred Skills</w:t>
      </w:r>
    </w:p>
    <w:p w14:paraId="50187CE6" w14:textId="77777777" w:rsidR="00535E53" w:rsidRPr="00535E53" w:rsidRDefault="00535E53" w:rsidP="00535E53">
      <w:r w:rsidRPr="00535E53">
        <w:t>These strengthen an application but aren't always mandatory.</w:t>
      </w:r>
    </w:p>
    <w:p w14:paraId="567C6DE0" w14:textId="77777777" w:rsidR="00535E53" w:rsidRPr="00535E53" w:rsidRDefault="00535E53" w:rsidP="00535E53">
      <w:r w:rsidRPr="00535E53">
        <w:t>Don't automatically reject yourself because you're missing one preferred skill.</w:t>
      </w:r>
    </w:p>
    <w:p w14:paraId="7E9020E8" w14:textId="77777777" w:rsidR="00535E53" w:rsidRPr="00535E53" w:rsidRDefault="00535E53" w:rsidP="00535E53">
      <w:r w:rsidRPr="00535E53">
        <w:t>________________________________________</w:t>
      </w:r>
    </w:p>
    <w:p w14:paraId="7A4B721E" w14:textId="77777777" w:rsidR="00535E53" w:rsidRPr="00535E53" w:rsidRDefault="00535E53" w:rsidP="00535E53">
      <w:r w:rsidRPr="00535E53">
        <w:t>Keywords</w:t>
      </w:r>
    </w:p>
    <w:p w14:paraId="3B65E342" w14:textId="77777777" w:rsidR="00535E53" w:rsidRPr="00535E53" w:rsidRDefault="00535E53" w:rsidP="00535E53">
      <w:r w:rsidRPr="00535E53">
        <w:t>Notice words that appear several times.</w:t>
      </w:r>
    </w:p>
    <w:p w14:paraId="4ECC2647" w14:textId="77777777" w:rsidR="00535E53" w:rsidRPr="00535E53" w:rsidRDefault="00535E53" w:rsidP="00535E53">
      <w:r w:rsidRPr="00535E53">
        <w:t>For example:</w:t>
      </w:r>
    </w:p>
    <w:p w14:paraId="08E560B1" w14:textId="77777777" w:rsidR="00535E53" w:rsidRPr="00535E53" w:rsidRDefault="00535E53" w:rsidP="00535E53">
      <w:r w:rsidRPr="00535E53">
        <w:t>Customer Experience</w:t>
      </w:r>
    </w:p>
    <w:p w14:paraId="62BB132E" w14:textId="77777777" w:rsidR="00535E53" w:rsidRPr="00535E53" w:rsidRDefault="00535E53" w:rsidP="00535E53">
      <w:r w:rsidRPr="00535E53">
        <w:t>Communication</w:t>
      </w:r>
    </w:p>
    <w:p w14:paraId="3DDBC459" w14:textId="77777777" w:rsidR="00535E53" w:rsidRPr="00535E53" w:rsidRDefault="00535E53" w:rsidP="00535E53">
      <w:r w:rsidRPr="00535E53">
        <w:t>CRM</w:t>
      </w:r>
    </w:p>
    <w:p w14:paraId="33084EBE" w14:textId="77777777" w:rsidR="00535E53" w:rsidRPr="00535E53" w:rsidRDefault="00535E53" w:rsidP="00535E53">
      <w:r w:rsidRPr="00535E53">
        <w:t>Problem Solving</w:t>
      </w:r>
    </w:p>
    <w:p w14:paraId="60C1A2A4" w14:textId="77777777" w:rsidR="00535E53" w:rsidRPr="00535E53" w:rsidRDefault="00535E53" w:rsidP="00535E53">
      <w:r w:rsidRPr="00535E53">
        <w:t>Project Management</w:t>
      </w:r>
    </w:p>
    <w:p w14:paraId="7F8962B0" w14:textId="77777777" w:rsidR="00535E53" w:rsidRPr="00535E53" w:rsidRDefault="00535E53" w:rsidP="00535E53">
      <w:r w:rsidRPr="00535E53">
        <w:t>Time Management</w:t>
      </w:r>
    </w:p>
    <w:p w14:paraId="549BF678" w14:textId="77777777" w:rsidR="00535E53" w:rsidRPr="00535E53" w:rsidRDefault="00535E53" w:rsidP="00535E53">
      <w:r w:rsidRPr="00535E53">
        <w:t>These are clues about what the employer values.</w:t>
      </w:r>
    </w:p>
    <w:p w14:paraId="7E4B2F3C" w14:textId="77777777" w:rsidR="00535E53" w:rsidRPr="00535E53" w:rsidRDefault="00535E53" w:rsidP="00535E53">
      <w:r w:rsidRPr="00535E53">
        <w:t>Where appropriate and truthful, reflect these ideas naturally in your CV and cover letter.</w:t>
      </w:r>
    </w:p>
    <w:p w14:paraId="2560023E" w14:textId="77777777" w:rsidR="00535E53" w:rsidRPr="00535E53" w:rsidRDefault="00535E53" w:rsidP="00535E53">
      <w:r w:rsidRPr="00535E53">
        <w:t>________________________________________</w:t>
      </w:r>
    </w:p>
    <w:p w14:paraId="6F42B84C" w14:textId="77777777" w:rsidR="00535E53" w:rsidRPr="00535E53" w:rsidRDefault="00535E53" w:rsidP="00535E53">
      <w:r w:rsidRPr="00535E53">
        <w:t>Tailor Your CV</w:t>
      </w:r>
    </w:p>
    <w:p w14:paraId="6DA52927" w14:textId="77777777" w:rsidR="00535E53" w:rsidRPr="00535E53" w:rsidRDefault="00535E53" w:rsidP="00535E53">
      <w:r w:rsidRPr="00535E53">
        <w:t>Remember your Master CV?</w:t>
      </w:r>
    </w:p>
    <w:p w14:paraId="7428AC95" w14:textId="77777777" w:rsidR="00535E53" w:rsidRPr="00535E53" w:rsidRDefault="00535E53" w:rsidP="00535E53">
      <w:r w:rsidRPr="00535E53">
        <w:t>Now you'll use it.</w:t>
      </w:r>
    </w:p>
    <w:p w14:paraId="5771D43A" w14:textId="77777777" w:rsidR="00535E53" w:rsidRPr="00535E53" w:rsidRDefault="00535E53" w:rsidP="00535E53">
      <w:r w:rsidRPr="00535E53">
        <w:t>Instead of rewriting everything, choose the experience most relevant to the role.</w:t>
      </w:r>
    </w:p>
    <w:p w14:paraId="44E797E7" w14:textId="77777777" w:rsidR="00535E53" w:rsidRPr="00535E53" w:rsidRDefault="00535E53" w:rsidP="00535E53">
      <w:r w:rsidRPr="00535E53">
        <w:t>For example:</w:t>
      </w:r>
    </w:p>
    <w:p w14:paraId="03BB42CD" w14:textId="77777777" w:rsidR="00535E53" w:rsidRPr="00535E53" w:rsidRDefault="00535E53" w:rsidP="00535E53">
      <w:r w:rsidRPr="00535E53">
        <w:lastRenderedPageBreak/>
        <w:t>If you're applying for Customer Support,</w:t>
      </w:r>
    </w:p>
    <w:p w14:paraId="41FE69B2" w14:textId="77777777" w:rsidR="00535E53" w:rsidRPr="00535E53" w:rsidRDefault="00535E53" w:rsidP="00535E53">
      <w:r w:rsidRPr="00535E53">
        <w:t>emphasize:</w:t>
      </w:r>
    </w:p>
    <w:p w14:paraId="5829A67B" w14:textId="77777777" w:rsidR="00535E53" w:rsidRPr="00535E53" w:rsidRDefault="00535E53" w:rsidP="00535E53">
      <w:r w:rsidRPr="00535E53">
        <w:t>•</w:t>
      </w:r>
      <w:r w:rsidRPr="00535E53">
        <w:tab/>
        <w:t xml:space="preserve">customer communication </w:t>
      </w:r>
    </w:p>
    <w:p w14:paraId="50E4AE33" w14:textId="77777777" w:rsidR="00535E53" w:rsidRPr="00535E53" w:rsidRDefault="00535E53" w:rsidP="00535E53">
      <w:r w:rsidRPr="00535E53">
        <w:t>•</w:t>
      </w:r>
      <w:r w:rsidRPr="00535E53">
        <w:tab/>
        <w:t xml:space="preserve">conflict resolution </w:t>
      </w:r>
    </w:p>
    <w:p w14:paraId="6FFBBB7B" w14:textId="77777777" w:rsidR="00535E53" w:rsidRPr="00535E53" w:rsidRDefault="00535E53" w:rsidP="00535E53">
      <w:r w:rsidRPr="00535E53">
        <w:t>•</w:t>
      </w:r>
      <w:r w:rsidRPr="00535E53">
        <w:tab/>
        <w:t xml:space="preserve">CRM systems </w:t>
      </w:r>
    </w:p>
    <w:p w14:paraId="27545F89" w14:textId="77777777" w:rsidR="00535E53" w:rsidRPr="00535E53" w:rsidRDefault="00535E53" w:rsidP="00535E53">
      <w:r w:rsidRPr="00535E53">
        <w:t>•</w:t>
      </w:r>
      <w:r w:rsidRPr="00535E53">
        <w:tab/>
        <w:t xml:space="preserve">problem solving </w:t>
      </w:r>
    </w:p>
    <w:p w14:paraId="6AE1DC5D" w14:textId="77777777" w:rsidR="00535E53" w:rsidRPr="00535E53" w:rsidRDefault="00535E53" w:rsidP="00535E53">
      <w:r w:rsidRPr="00535E53">
        <w:t>If you're applying for Virtual Assistant positions,</w:t>
      </w:r>
    </w:p>
    <w:p w14:paraId="75CFD491" w14:textId="77777777" w:rsidR="00535E53" w:rsidRPr="00535E53" w:rsidRDefault="00535E53" w:rsidP="00535E53">
      <w:r w:rsidRPr="00535E53">
        <w:t>highlight:</w:t>
      </w:r>
    </w:p>
    <w:p w14:paraId="411AB763" w14:textId="77777777" w:rsidR="00535E53" w:rsidRPr="00535E53" w:rsidRDefault="00535E53" w:rsidP="00535E53">
      <w:r w:rsidRPr="00535E53">
        <w:t>•</w:t>
      </w:r>
      <w:r w:rsidRPr="00535E53">
        <w:tab/>
        <w:t xml:space="preserve">scheduling </w:t>
      </w:r>
    </w:p>
    <w:p w14:paraId="38FA1C6B" w14:textId="77777777" w:rsidR="00535E53" w:rsidRPr="00535E53" w:rsidRDefault="00535E53" w:rsidP="00535E53">
      <w:r w:rsidRPr="00535E53">
        <w:t>•</w:t>
      </w:r>
      <w:r w:rsidRPr="00535E53">
        <w:tab/>
        <w:t xml:space="preserve">email management </w:t>
      </w:r>
    </w:p>
    <w:p w14:paraId="6E210B56" w14:textId="77777777" w:rsidR="00535E53" w:rsidRPr="00535E53" w:rsidRDefault="00535E53" w:rsidP="00535E53">
      <w:r w:rsidRPr="00535E53">
        <w:t>•</w:t>
      </w:r>
      <w:r w:rsidRPr="00535E53">
        <w:tab/>
        <w:t xml:space="preserve">organization </w:t>
      </w:r>
    </w:p>
    <w:p w14:paraId="04BCD39D" w14:textId="77777777" w:rsidR="00535E53" w:rsidRPr="00535E53" w:rsidRDefault="00535E53" w:rsidP="00535E53">
      <w:r w:rsidRPr="00535E53">
        <w:t>•</w:t>
      </w:r>
      <w:r w:rsidRPr="00535E53">
        <w:tab/>
        <w:t xml:space="preserve">calendar coordination </w:t>
      </w:r>
    </w:p>
    <w:p w14:paraId="5B0EDAC4" w14:textId="77777777" w:rsidR="00535E53" w:rsidRPr="00535E53" w:rsidRDefault="00535E53" w:rsidP="00535E53">
      <w:r w:rsidRPr="00535E53">
        <w:t>Same person.</w:t>
      </w:r>
    </w:p>
    <w:p w14:paraId="63EB7BE6" w14:textId="77777777" w:rsidR="00535E53" w:rsidRPr="00535E53" w:rsidRDefault="00535E53" w:rsidP="00535E53">
      <w:r w:rsidRPr="00535E53">
        <w:t>Different emphasis.</w:t>
      </w:r>
    </w:p>
    <w:p w14:paraId="5BFD1991" w14:textId="77777777" w:rsidR="00535E53" w:rsidRPr="00535E53" w:rsidRDefault="00535E53" w:rsidP="00535E53">
      <w:r w:rsidRPr="00535E53">
        <w:t>________________________________________</w:t>
      </w:r>
    </w:p>
    <w:p w14:paraId="17CAC8EA" w14:textId="77777777" w:rsidR="00535E53" w:rsidRPr="00535E53" w:rsidRDefault="00535E53" w:rsidP="00535E53">
      <w:r w:rsidRPr="00535E53">
        <w:t>Write a Cover Letter That Sounds Human</w:t>
      </w:r>
    </w:p>
    <w:p w14:paraId="598A6870" w14:textId="77777777" w:rsidR="00535E53" w:rsidRPr="00535E53" w:rsidRDefault="00535E53" w:rsidP="00535E53">
      <w:r w:rsidRPr="00535E53">
        <w:t>Many cover letters begin like this:</w:t>
      </w:r>
    </w:p>
    <w:p w14:paraId="2DD569B4" w14:textId="77777777" w:rsidR="00535E53" w:rsidRPr="00535E53" w:rsidRDefault="00535E53" w:rsidP="00535E53">
      <w:r w:rsidRPr="00535E53">
        <w:t>"I wish to apply for the position..."</w:t>
      </w:r>
    </w:p>
    <w:p w14:paraId="6F44F023" w14:textId="77777777" w:rsidR="00535E53" w:rsidRPr="00535E53" w:rsidRDefault="00535E53" w:rsidP="00535E53">
      <w:r w:rsidRPr="00535E53">
        <w:t>Recruiters have read that sentence thousands of times.</w:t>
      </w:r>
    </w:p>
    <w:p w14:paraId="42BD4F13" w14:textId="77777777" w:rsidR="00535E53" w:rsidRPr="00535E53" w:rsidRDefault="00535E53" w:rsidP="00535E53">
      <w:r w:rsidRPr="00535E53">
        <w:t>Instead, begin with genuine interest.</w:t>
      </w:r>
    </w:p>
    <w:p w14:paraId="738F5627" w14:textId="77777777" w:rsidR="00535E53" w:rsidRPr="00535E53" w:rsidRDefault="00535E53" w:rsidP="00535E53">
      <w:r w:rsidRPr="00535E53">
        <w:t>Example:</w:t>
      </w:r>
    </w:p>
    <w:p w14:paraId="5CE91698" w14:textId="77777777" w:rsidR="00535E53" w:rsidRPr="00535E53" w:rsidRDefault="00535E53" w:rsidP="00535E53">
      <w:r w:rsidRPr="00535E53">
        <w:t>Dear Hiring Manager,</w:t>
      </w:r>
    </w:p>
    <w:p w14:paraId="7514ABF1" w14:textId="77777777" w:rsidR="00535E53" w:rsidRPr="00535E53" w:rsidRDefault="00535E53" w:rsidP="00535E53">
      <w:r w:rsidRPr="00535E53">
        <w:t>I was excited to see your opening for a Customer Support Specialist because the role closely matches the type of work I enjoy most—helping customers solve problems while creating positive experiences.</w:t>
      </w:r>
    </w:p>
    <w:p w14:paraId="35153DE1" w14:textId="77777777" w:rsidR="00535E53" w:rsidRPr="00535E53" w:rsidRDefault="00535E53" w:rsidP="00535E53">
      <w:r w:rsidRPr="00535E53">
        <w:t>Immediately, the letter feels more personal.</w:t>
      </w:r>
    </w:p>
    <w:p w14:paraId="0AF3A800" w14:textId="77777777" w:rsidR="00535E53" w:rsidRPr="00535E53" w:rsidRDefault="00535E53" w:rsidP="00535E53">
      <w:r w:rsidRPr="00535E53">
        <w:t>________________________________________</w:t>
      </w:r>
    </w:p>
    <w:p w14:paraId="4080B183" w14:textId="77777777" w:rsidR="00535E53" w:rsidRPr="00535E53" w:rsidRDefault="00535E53" w:rsidP="00535E53">
      <w:r w:rsidRPr="00535E53">
        <w:lastRenderedPageBreak/>
        <w:t>A Simple Cover Letter Structure</w:t>
      </w:r>
    </w:p>
    <w:p w14:paraId="2426BA32" w14:textId="77777777" w:rsidR="00535E53" w:rsidRPr="00535E53" w:rsidRDefault="00535E53" w:rsidP="00535E53">
      <w:r w:rsidRPr="00535E53">
        <w:t>You don't need complicated language.</w:t>
      </w:r>
    </w:p>
    <w:p w14:paraId="7CC1CE34" w14:textId="77777777" w:rsidR="00535E53" w:rsidRPr="00535E53" w:rsidRDefault="00535E53" w:rsidP="00535E53">
      <w:r w:rsidRPr="00535E53">
        <w:t>Use this framework.</w:t>
      </w:r>
    </w:p>
    <w:p w14:paraId="32108A04" w14:textId="77777777" w:rsidR="00535E53" w:rsidRPr="00535E53" w:rsidRDefault="00535E53" w:rsidP="00535E53">
      <w:r w:rsidRPr="00535E53">
        <w:t>Paragraph One</w:t>
      </w:r>
    </w:p>
    <w:p w14:paraId="3F8B8F4C" w14:textId="77777777" w:rsidR="00535E53" w:rsidRPr="00535E53" w:rsidRDefault="00535E53" w:rsidP="00535E53">
      <w:r w:rsidRPr="00535E53">
        <w:t>Introduce yourself.</w:t>
      </w:r>
    </w:p>
    <w:p w14:paraId="68053A43" w14:textId="77777777" w:rsidR="00535E53" w:rsidRPr="00535E53" w:rsidRDefault="00535E53" w:rsidP="00535E53">
      <w:r w:rsidRPr="00535E53">
        <w:t>Mention the role.</w:t>
      </w:r>
    </w:p>
    <w:p w14:paraId="2B990C82" w14:textId="77777777" w:rsidR="00535E53" w:rsidRPr="00535E53" w:rsidRDefault="00535E53" w:rsidP="00535E53">
      <w:r w:rsidRPr="00535E53">
        <w:t>Explain why you're interested.</w:t>
      </w:r>
    </w:p>
    <w:p w14:paraId="2981ADD8" w14:textId="77777777" w:rsidR="00535E53" w:rsidRPr="00535E53" w:rsidRDefault="00535E53" w:rsidP="00535E53">
      <w:r w:rsidRPr="00535E53">
        <w:t>________________________________________</w:t>
      </w:r>
    </w:p>
    <w:p w14:paraId="6EF71068" w14:textId="77777777" w:rsidR="00535E53" w:rsidRPr="00535E53" w:rsidRDefault="00535E53" w:rsidP="00535E53">
      <w:r w:rsidRPr="00535E53">
        <w:t>Paragraph Two</w:t>
      </w:r>
    </w:p>
    <w:p w14:paraId="173D56ED" w14:textId="77777777" w:rsidR="00535E53" w:rsidRPr="00535E53" w:rsidRDefault="00535E53" w:rsidP="00535E53">
      <w:r w:rsidRPr="00535E53">
        <w:t>Describe your most relevant experience.</w:t>
      </w:r>
    </w:p>
    <w:p w14:paraId="273C805D" w14:textId="77777777" w:rsidR="00535E53" w:rsidRPr="00535E53" w:rsidRDefault="00535E53" w:rsidP="00535E53">
      <w:r w:rsidRPr="00535E53">
        <w:t>Use one or two concrete examples.</w:t>
      </w:r>
    </w:p>
    <w:p w14:paraId="57154773" w14:textId="77777777" w:rsidR="00535E53" w:rsidRPr="00535E53" w:rsidRDefault="00535E53" w:rsidP="00535E53">
      <w:r w:rsidRPr="00535E53">
        <w:t>________________________________________</w:t>
      </w:r>
    </w:p>
    <w:p w14:paraId="6662F48C" w14:textId="77777777" w:rsidR="00535E53" w:rsidRPr="00535E53" w:rsidRDefault="00535E53" w:rsidP="00535E53">
      <w:r w:rsidRPr="00535E53">
        <w:t>Paragraph Three</w:t>
      </w:r>
    </w:p>
    <w:p w14:paraId="7D4C7CAB" w14:textId="77777777" w:rsidR="00535E53" w:rsidRPr="00535E53" w:rsidRDefault="00535E53" w:rsidP="00535E53">
      <w:r w:rsidRPr="00535E53">
        <w:t>Explain how your skills could benefit the company.</w:t>
      </w:r>
    </w:p>
    <w:p w14:paraId="7A5795D7" w14:textId="77777777" w:rsidR="00535E53" w:rsidRPr="00535E53" w:rsidRDefault="00535E53" w:rsidP="00535E53">
      <w:r w:rsidRPr="00535E53">
        <w:t>________________________________________</w:t>
      </w:r>
    </w:p>
    <w:p w14:paraId="0D1C64B3" w14:textId="77777777" w:rsidR="00535E53" w:rsidRPr="00535E53" w:rsidRDefault="00535E53" w:rsidP="00535E53">
      <w:r w:rsidRPr="00535E53">
        <w:t>Paragraph Four</w:t>
      </w:r>
    </w:p>
    <w:p w14:paraId="154FE9CB" w14:textId="77777777" w:rsidR="00535E53" w:rsidRPr="00535E53" w:rsidRDefault="00535E53" w:rsidP="00535E53">
      <w:r w:rsidRPr="00535E53">
        <w:t>Close professionally.</w:t>
      </w:r>
    </w:p>
    <w:p w14:paraId="35C8BE27" w14:textId="77777777" w:rsidR="00535E53" w:rsidRPr="00535E53" w:rsidRDefault="00535E53" w:rsidP="00535E53">
      <w:r w:rsidRPr="00535E53">
        <w:t>Express appreciation.</w:t>
      </w:r>
    </w:p>
    <w:p w14:paraId="7133BADA" w14:textId="77777777" w:rsidR="00535E53" w:rsidRPr="00535E53" w:rsidRDefault="00535E53" w:rsidP="00535E53">
      <w:r w:rsidRPr="00535E53">
        <w:t>Invite further discussion.</w:t>
      </w:r>
    </w:p>
    <w:p w14:paraId="6894317B" w14:textId="77777777" w:rsidR="00535E53" w:rsidRPr="00535E53" w:rsidRDefault="00535E53" w:rsidP="00535E53">
      <w:r w:rsidRPr="00535E53">
        <w:t>Simple.</w:t>
      </w:r>
    </w:p>
    <w:p w14:paraId="183B384B" w14:textId="77777777" w:rsidR="00535E53" w:rsidRPr="00535E53" w:rsidRDefault="00535E53" w:rsidP="00535E53">
      <w:r w:rsidRPr="00535E53">
        <w:t>Professional.</w:t>
      </w:r>
    </w:p>
    <w:p w14:paraId="32EB4B58" w14:textId="77777777" w:rsidR="00535E53" w:rsidRPr="00535E53" w:rsidRDefault="00535E53" w:rsidP="00535E53">
      <w:r w:rsidRPr="00535E53">
        <w:t>Easy to read.</w:t>
      </w:r>
    </w:p>
    <w:p w14:paraId="07B64E5B" w14:textId="77777777" w:rsidR="00535E53" w:rsidRPr="00535E53" w:rsidRDefault="00535E53" w:rsidP="00535E53">
      <w:r w:rsidRPr="00535E53">
        <w:t>________________________________________</w:t>
      </w:r>
    </w:p>
    <w:p w14:paraId="77E8B54C" w14:textId="77777777" w:rsidR="00535E53" w:rsidRPr="00535E53" w:rsidRDefault="00535E53" w:rsidP="00535E53">
      <w:r w:rsidRPr="00535E53">
        <w:t>Write Better Application Emails</w:t>
      </w:r>
    </w:p>
    <w:p w14:paraId="35802650" w14:textId="77777777" w:rsidR="00535E53" w:rsidRPr="00535E53" w:rsidRDefault="00535E53" w:rsidP="00535E53">
      <w:r w:rsidRPr="00535E53">
        <w:t>Sometimes you'll email your application directly.</w:t>
      </w:r>
    </w:p>
    <w:p w14:paraId="104A8EBA" w14:textId="77777777" w:rsidR="00535E53" w:rsidRPr="00535E53" w:rsidRDefault="00535E53" w:rsidP="00535E53">
      <w:r w:rsidRPr="00535E53">
        <w:t>Keep your email brief.</w:t>
      </w:r>
    </w:p>
    <w:p w14:paraId="175229E0" w14:textId="77777777" w:rsidR="00535E53" w:rsidRPr="00535E53" w:rsidRDefault="00535E53" w:rsidP="00535E53">
      <w:r w:rsidRPr="00535E53">
        <w:lastRenderedPageBreak/>
        <w:t>Example:</w:t>
      </w:r>
    </w:p>
    <w:p w14:paraId="461D219C" w14:textId="77777777" w:rsidR="00535E53" w:rsidRPr="00535E53" w:rsidRDefault="00535E53" w:rsidP="00535E53">
      <w:r w:rsidRPr="00535E53">
        <w:t>________________________________________</w:t>
      </w:r>
    </w:p>
    <w:p w14:paraId="669F3017" w14:textId="77777777" w:rsidR="00535E53" w:rsidRPr="00535E53" w:rsidRDefault="00535E53" w:rsidP="00535E53">
      <w:r w:rsidRPr="00535E53">
        <w:t>Subject: Application for Customer Support Specialist</w:t>
      </w:r>
    </w:p>
    <w:p w14:paraId="0404DB12" w14:textId="77777777" w:rsidR="00535E53" w:rsidRPr="00535E53" w:rsidRDefault="00535E53" w:rsidP="00535E53">
      <w:r w:rsidRPr="00535E53">
        <w:t>Dear Hiring Manager,</w:t>
      </w:r>
    </w:p>
    <w:p w14:paraId="4954E68E" w14:textId="77777777" w:rsidR="00535E53" w:rsidRPr="00535E53" w:rsidRDefault="00535E53" w:rsidP="00535E53">
      <w:r w:rsidRPr="00535E53">
        <w:t>I hope you're doing well.</w:t>
      </w:r>
    </w:p>
    <w:p w14:paraId="591DA515" w14:textId="77777777" w:rsidR="00535E53" w:rsidRPr="00535E53" w:rsidRDefault="00535E53" w:rsidP="00535E53">
      <w:r w:rsidRPr="00535E53">
        <w:t>Please find attached my application for the Customer Support Specialist position advertised on your careers page.</w:t>
      </w:r>
    </w:p>
    <w:p w14:paraId="61530C1D" w14:textId="77777777" w:rsidR="00535E53" w:rsidRPr="00535E53" w:rsidRDefault="00535E53" w:rsidP="00535E53">
      <w:r w:rsidRPr="00535E53">
        <w:t>I believe my background in customer service, communication, and problem-solving aligns well with the requirements of the role.</w:t>
      </w:r>
    </w:p>
    <w:p w14:paraId="4A04AD8B" w14:textId="77777777" w:rsidR="00535E53" w:rsidRPr="00535E53" w:rsidRDefault="00535E53" w:rsidP="00535E53">
      <w:r w:rsidRPr="00535E53">
        <w:t>Thank you for your time and consideration.</w:t>
      </w:r>
    </w:p>
    <w:p w14:paraId="308294C0" w14:textId="77777777" w:rsidR="00535E53" w:rsidRPr="00535E53" w:rsidRDefault="00535E53" w:rsidP="00535E53">
      <w:r w:rsidRPr="00535E53">
        <w:t>I look forward to hearing from you.</w:t>
      </w:r>
    </w:p>
    <w:p w14:paraId="1C9148C4" w14:textId="77777777" w:rsidR="00535E53" w:rsidRPr="00535E53" w:rsidRDefault="00535E53" w:rsidP="00535E53">
      <w:r w:rsidRPr="00535E53">
        <w:t>Kind regards,</w:t>
      </w:r>
    </w:p>
    <w:p w14:paraId="0CA157D4" w14:textId="77777777" w:rsidR="00535E53" w:rsidRPr="00535E53" w:rsidRDefault="00535E53" w:rsidP="00535E53">
      <w:r w:rsidRPr="00535E53">
        <w:t>[Your Name]</w:t>
      </w:r>
    </w:p>
    <w:p w14:paraId="24B32494" w14:textId="77777777" w:rsidR="00535E53" w:rsidRPr="00535E53" w:rsidRDefault="00535E53" w:rsidP="00535E53">
      <w:r w:rsidRPr="00535E53">
        <w:t>________________________________________</w:t>
      </w:r>
    </w:p>
    <w:p w14:paraId="078EFCF6" w14:textId="77777777" w:rsidR="00535E53" w:rsidRPr="00535E53" w:rsidRDefault="00535E53" w:rsidP="00535E53">
      <w:r w:rsidRPr="00535E53">
        <w:t>Notice what isn't included.</w:t>
      </w:r>
    </w:p>
    <w:p w14:paraId="138B2FE1" w14:textId="77777777" w:rsidR="00535E53" w:rsidRPr="00535E53" w:rsidRDefault="00535E53" w:rsidP="00535E53">
      <w:r w:rsidRPr="00535E53">
        <w:t>No life story.</w:t>
      </w:r>
    </w:p>
    <w:p w14:paraId="5DB87B4A" w14:textId="77777777" w:rsidR="00535E53" w:rsidRPr="00535E53" w:rsidRDefault="00535E53" w:rsidP="00535E53">
      <w:r w:rsidRPr="00535E53">
        <w:t>No unnecessary compliments.</w:t>
      </w:r>
    </w:p>
    <w:p w14:paraId="095EBAB3" w14:textId="77777777" w:rsidR="00535E53" w:rsidRPr="00535E53" w:rsidRDefault="00535E53" w:rsidP="00535E53">
      <w:r w:rsidRPr="00535E53">
        <w:t>No lengthy explanations.</w:t>
      </w:r>
    </w:p>
    <w:p w14:paraId="122D1F53" w14:textId="77777777" w:rsidR="00535E53" w:rsidRPr="00535E53" w:rsidRDefault="00535E53" w:rsidP="00535E53">
      <w:r w:rsidRPr="00535E53">
        <w:t>Professional communication respects the reader's time.</w:t>
      </w:r>
    </w:p>
    <w:p w14:paraId="681772C4" w14:textId="77777777" w:rsidR="00535E53" w:rsidRPr="00535E53" w:rsidRDefault="00535E53" w:rsidP="00535E53">
      <w:r w:rsidRPr="00535E53">
        <w:t>________________________________________</w:t>
      </w:r>
    </w:p>
    <w:p w14:paraId="669AAB35" w14:textId="77777777" w:rsidR="00535E53" w:rsidRPr="00535E53" w:rsidRDefault="00535E53" w:rsidP="00535E53">
      <w:r w:rsidRPr="00535E53">
        <w:t>Follow Up Professionally</w:t>
      </w:r>
    </w:p>
    <w:p w14:paraId="56A70092" w14:textId="77777777" w:rsidR="00535E53" w:rsidRPr="00535E53" w:rsidRDefault="00535E53" w:rsidP="00535E53">
      <w:r w:rsidRPr="00535E53">
        <w:t>Following up doesn't annoy employers when done respectfully.</w:t>
      </w:r>
    </w:p>
    <w:p w14:paraId="5FCDC597" w14:textId="77777777" w:rsidR="00535E53" w:rsidRPr="00535E53" w:rsidRDefault="00535E53" w:rsidP="00535E53">
      <w:r w:rsidRPr="00535E53">
        <w:t>If the job advert doesn't say otherwise, you may consider sending a polite follow-up after a reasonable amount of time if you haven't received a response.</w:t>
      </w:r>
    </w:p>
    <w:p w14:paraId="742228EA" w14:textId="77777777" w:rsidR="00535E53" w:rsidRPr="00535E53" w:rsidRDefault="00535E53" w:rsidP="00535E53">
      <w:r w:rsidRPr="00535E53">
        <w:t>Keep it short.</w:t>
      </w:r>
    </w:p>
    <w:p w14:paraId="5D888AE6" w14:textId="77777777" w:rsidR="00535E53" w:rsidRPr="00535E53" w:rsidRDefault="00535E53" w:rsidP="00535E53">
      <w:r w:rsidRPr="00535E53">
        <w:t>Example:</w:t>
      </w:r>
    </w:p>
    <w:p w14:paraId="5A4576FD" w14:textId="77777777" w:rsidR="00535E53" w:rsidRPr="00535E53" w:rsidRDefault="00535E53" w:rsidP="00535E53">
      <w:r w:rsidRPr="00535E53">
        <w:t>Dear Hiring Manager,</w:t>
      </w:r>
    </w:p>
    <w:p w14:paraId="35F2B528" w14:textId="77777777" w:rsidR="00535E53" w:rsidRPr="00535E53" w:rsidRDefault="00535E53" w:rsidP="00535E53">
      <w:r w:rsidRPr="00535E53">
        <w:t>I hope you're well.</w:t>
      </w:r>
    </w:p>
    <w:p w14:paraId="3B1C92ED" w14:textId="77777777" w:rsidR="00535E53" w:rsidRPr="00535E53" w:rsidRDefault="00535E53" w:rsidP="00535E53">
      <w:r w:rsidRPr="00535E53">
        <w:lastRenderedPageBreak/>
        <w:t>I'm writing to follow up on my application for the Customer Support Specialist position submitted on [Date].</w:t>
      </w:r>
    </w:p>
    <w:p w14:paraId="523D6E4E" w14:textId="77777777" w:rsidR="00535E53" w:rsidRPr="00535E53" w:rsidRDefault="00535E53" w:rsidP="00535E53">
      <w:r w:rsidRPr="00535E53">
        <w:t>I'm still very interested in the opportunity and would appreciate any update you can share.</w:t>
      </w:r>
    </w:p>
    <w:p w14:paraId="19BD88DF" w14:textId="77777777" w:rsidR="00535E53" w:rsidRPr="00535E53" w:rsidRDefault="00535E53" w:rsidP="00535E53">
      <w:r w:rsidRPr="00535E53">
        <w:t>Thank you for your time.</w:t>
      </w:r>
    </w:p>
    <w:p w14:paraId="17388105" w14:textId="77777777" w:rsidR="00535E53" w:rsidRPr="00535E53" w:rsidRDefault="00535E53" w:rsidP="00535E53">
      <w:r w:rsidRPr="00535E53">
        <w:t>That's enough.</w:t>
      </w:r>
    </w:p>
    <w:p w14:paraId="6DBA6485" w14:textId="77777777" w:rsidR="00535E53" w:rsidRPr="00535E53" w:rsidRDefault="00535E53" w:rsidP="00535E53">
      <w:r w:rsidRPr="00535E53">
        <w:t>Don't send daily reminders.</w:t>
      </w:r>
    </w:p>
    <w:p w14:paraId="22AF3C01" w14:textId="77777777" w:rsidR="00535E53" w:rsidRPr="00535E53" w:rsidRDefault="00535E53" w:rsidP="00535E53">
      <w:r w:rsidRPr="00535E53">
        <w:t>One courteous follow-up is often sufficient unless the employer invites further communication.</w:t>
      </w:r>
    </w:p>
    <w:p w14:paraId="379DA53E" w14:textId="77777777" w:rsidR="00535E53" w:rsidRPr="00535E53" w:rsidRDefault="00535E53" w:rsidP="00535E53">
      <w:r w:rsidRPr="00535E53">
        <w:t>________________________________________</w:t>
      </w:r>
    </w:p>
    <w:p w14:paraId="35D8FBD0" w14:textId="77777777" w:rsidR="00535E53" w:rsidRPr="00535E53" w:rsidRDefault="00535E53" w:rsidP="00535E53">
      <w:r w:rsidRPr="00535E53">
        <w:t>Organize Every Application</w:t>
      </w:r>
    </w:p>
    <w:p w14:paraId="60412E8E" w14:textId="77777777" w:rsidR="00535E53" w:rsidRPr="00535E53" w:rsidRDefault="00535E53" w:rsidP="00535E53">
      <w:r w:rsidRPr="00535E53">
        <w:t>If you're applying for several roles, organization becomes essential.</w:t>
      </w:r>
    </w:p>
    <w:p w14:paraId="3FA3EF2D" w14:textId="77777777" w:rsidR="00535E53" w:rsidRPr="00535E53" w:rsidRDefault="00535E53" w:rsidP="00535E53">
      <w:r w:rsidRPr="00535E53">
        <w:t>Create a folder for each application containing:</w:t>
      </w:r>
    </w:p>
    <w:p w14:paraId="0F1B7947" w14:textId="77777777" w:rsidR="00535E53" w:rsidRPr="00535E53" w:rsidRDefault="00535E53" w:rsidP="00535E53">
      <w:r w:rsidRPr="00535E53">
        <w:t>•</w:t>
      </w:r>
      <w:r w:rsidRPr="00535E53">
        <w:tab/>
        <w:t xml:space="preserve">Tailored CV </w:t>
      </w:r>
    </w:p>
    <w:p w14:paraId="2C0849CC" w14:textId="77777777" w:rsidR="00535E53" w:rsidRPr="00535E53" w:rsidRDefault="00535E53" w:rsidP="00535E53">
      <w:r w:rsidRPr="00535E53">
        <w:t>•</w:t>
      </w:r>
      <w:r w:rsidRPr="00535E53">
        <w:tab/>
        <w:t xml:space="preserve">Cover Letter </w:t>
      </w:r>
    </w:p>
    <w:p w14:paraId="5503E901" w14:textId="77777777" w:rsidR="00535E53" w:rsidRPr="00535E53" w:rsidRDefault="00535E53" w:rsidP="00535E53">
      <w:r w:rsidRPr="00535E53">
        <w:t>•</w:t>
      </w:r>
      <w:r w:rsidRPr="00535E53">
        <w:tab/>
        <w:t xml:space="preserve">Job Description </w:t>
      </w:r>
    </w:p>
    <w:p w14:paraId="120EB9A9" w14:textId="77777777" w:rsidR="00535E53" w:rsidRPr="00535E53" w:rsidRDefault="00535E53" w:rsidP="00535E53">
      <w:r w:rsidRPr="00535E53">
        <w:t>•</w:t>
      </w:r>
      <w:r w:rsidRPr="00535E53">
        <w:tab/>
        <w:t xml:space="preserve">Company Notes </w:t>
      </w:r>
    </w:p>
    <w:p w14:paraId="59F54A41" w14:textId="77777777" w:rsidR="00535E53" w:rsidRPr="00535E53" w:rsidRDefault="00535E53" w:rsidP="00535E53">
      <w:r w:rsidRPr="00535E53">
        <w:t>•</w:t>
      </w:r>
      <w:r w:rsidRPr="00535E53">
        <w:tab/>
        <w:t xml:space="preserve">Confirmation Email </w:t>
      </w:r>
    </w:p>
    <w:p w14:paraId="322E92DB" w14:textId="77777777" w:rsidR="00535E53" w:rsidRPr="00535E53" w:rsidRDefault="00535E53" w:rsidP="00535E53">
      <w:r w:rsidRPr="00535E53">
        <w:t>•</w:t>
      </w:r>
      <w:r w:rsidRPr="00535E53">
        <w:tab/>
        <w:t xml:space="preserve">Interview Notes (if invited) </w:t>
      </w:r>
    </w:p>
    <w:p w14:paraId="3FC49CF9" w14:textId="77777777" w:rsidR="00535E53" w:rsidRPr="00535E53" w:rsidRDefault="00535E53" w:rsidP="00535E53">
      <w:r w:rsidRPr="00535E53">
        <w:t>When recruiters contact you later, you'll immediately remember what you applied for.</w:t>
      </w:r>
    </w:p>
    <w:p w14:paraId="74C6C5E2" w14:textId="77777777" w:rsidR="00535E53" w:rsidRPr="00535E53" w:rsidRDefault="00535E53" w:rsidP="00535E53">
      <w:r w:rsidRPr="00535E53">
        <w:t>________________________________________</w:t>
      </w:r>
    </w:p>
    <w:p w14:paraId="08A26F9B" w14:textId="77777777" w:rsidR="00535E53" w:rsidRPr="00535E53" w:rsidRDefault="00535E53" w:rsidP="00535E53">
      <w:r w:rsidRPr="00535E53">
        <w:t>Tool 1: Job Description Analyzer</w:t>
      </w:r>
    </w:p>
    <w:p w14:paraId="5AA05490" w14:textId="77777777" w:rsidR="00535E53" w:rsidRPr="00535E53" w:rsidRDefault="00535E53" w:rsidP="00535E53">
      <w:r w:rsidRPr="00535E53">
        <w:t>Before applying, complete this worksheet.</w:t>
      </w:r>
    </w:p>
    <w:p w14:paraId="53D90E8C" w14:textId="77777777" w:rsidR="00535E53" w:rsidRPr="00535E53" w:rsidRDefault="00535E53" w:rsidP="00535E53">
      <w:r w:rsidRPr="00535E53">
        <w:t>Job Title: _______________________</w:t>
      </w:r>
    </w:p>
    <w:p w14:paraId="491002D3" w14:textId="77777777" w:rsidR="00535E53" w:rsidRPr="00535E53" w:rsidRDefault="00535E53" w:rsidP="00535E53">
      <w:r w:rsidRPr="00535E53">
        <w:t>Company: _______________________</w:t>
      </w:r>
    </w:p>
    <w:p w14:paraId="06493D0F" w14:textId="77777777" w:rsidR="00535E53" w:rsidRPr="00535E53" w:rsidRDefault="00535E53" w:rsidP="00535E53">
      <w:r w:rsidRPr="00535E53">
        <w:t>Required Skills</w:t>
      </w:r>
    </w:p>
    <w:p w14:paraId="42B82B36" w14:textId="77777777" w:rsidR="00535E53" w:rsidRPr="00535E53" w:rsidRDefault="00535E53" w:rsidP="00535E53">
      <w:r w:rsidRPr="00535E53">
        <w:t>1.</w:t>
      </w:r>
      <w:r w:rsidRPr="00535E53">
        <w:tab/>
        <w:t>________________________________________</w:t>
      </w:r>
    </w:p>
    <w:p w14:paraId="2E5E8A63" w14:textId="77777777" w:rsidR="00535E53" w:rsidRPr="00535E53" w:rsidRDefault="00535E53" w:rsidP="00535E53">
      <w:r w:rsidRPr="00535E53">
        <w:t>2.</w:t>
      </w:r>
      <w:r w:rsidRPr="00535E53">
        <w:tab/>
        <w:t>________________________________________</w:t>
      </w:r>
    </w:p>
    <w:p w14:paraId="7BEFD4A6" w14:textId="77777777" w:rsidR="00535E53" w:rsidRPr="00535E53" w:rsidRDefault="00535E53" w:rsidP="00535E53">
      <w:r w:rsidRPr="00535E53">
        <w:t>3.</w:t>
      </w:r>
      <w:r w:rsidRPr="00535E53">
        <w:tab/>
        <w:t>________________________________________</w:t>
      </w:r>
    </w:p>
    <w:p w14:paraId="3ABDD898" w14:textId="77777777" w:rsidR="00535E53" w:rsidRPr="00535E53" w:rsidRDefault="00535E53" w:rsidP="00535E53">
      <w:r w:rsidRPr="00535E53">
        <w:lastRenderedPageBreak/>
        <w:t>Preferred Skills</w:t>
      </w:r>
    </w:p>
    <w:p w14:paraId="202B1577" w14:textId="77777777" w:rsidR="00535E53" w:rsidRPr="00535E53" w:rsidRDefault="00535E53" w:rsidP="00535E53">
      <w:r w:rsidRPr="00535E53">
        <w:t>1.</w:t>
      </w:r>
      <w:r w:rsidRPr="00535E53">
        <w:tab/>
        <w:t>________________________________________</w:t>
      </w:r>
    </w:p>
    <w:p w14:paraId="2FE32C54" w14:textId="77777777" w:rsidR="00535E53" w:rsidRPr="00535E53" w:rsidRDefault="00535E53" w:rsidP="00535E53">
      <w:r w:rsidRPr="00535E53">
        <w:t>2.</w:t>
      </w:r>
      <w:r w:rsidRPr="00535E53">
        <w:tab/>
        <w:t>________________________________________</w:t>
      </w:r>
    </w:p>
    <w:p w14:paraId="392871E6" w14:textId="77777777" w:rsidR="00535E53" w:rsidRPr="00535E53" w:rsidRDefault="00535E53" w:rsidP="00535E53">
      <w:r w:rsidRPr="00535E53">
        <w:t>3.</w:t>
      </w:r>
      <w:r w:rsidRPr="00535E53">
        <w:tab/>
        <w:t>________________________________________</w:t>
      </w:r>
    </w:p>
    <w:p w14:paraId="5FA66729" w14:textId="77777777" w:rsidR="00535E53" w:rsidRPr="00535E53" w:rsidRDefault="00535E53" w:rsidP="00535E53">
      <w:r w:rsidRPr="00535E53">
        <w:t>Keywords Used Repeatedly</w:t>
      </w:r>
    </w:p>
    <w:p w14:paraId="0DD06B3C" w14:textId="77777777" w:rsidR="00535E53" w:rsidRPr="00535E53" w:rsidRDefault="00535E53" w:rsidP="00535E53">
      <w:r w:rsidRPr="00535E53">
        <w:t>________________________________________</w:t>
      </w:r>
    </w:p>
    <w:p w14:paraId="0FAEA063" w14:textId="77777777" w:rsidR="00535E53" w:rsidRPr="00535E53" w:rsidRDefault="00535E53" w:rsidP="00535E53">
      <w:r w:rsidRPr="00535E53">
        <w:t>My Relevant Experience</w:t>
      </w:r>
    </w:p>
    <w:p w14:paraId="394BA34C" w14:textId="77777777" w:rsidR="00535E53" w:rsidRPr="00535E53" w:rsidRDefault="00535E53" w:rsidP="00535E53">
      <w:r w:rsidRPr="00535E53">
        <w:t>________________________________________</w:t>
      </w:r>
    </w:p>
    <w:p w14:paraId="25C47054" w14:textId="77777777" w:rsidR="00535E53" w:rsidRPr="00535E53" w:rsidRDefault="00535E53" w:rsidP="00535E53">
      <w:r w:rsidRPr="00535E53">
        <w:t>What Should I Highlight?</w:t>
      </w:r>
    </w:p>
    <w:p w14:paraId="7C16188F" w14:textId="77777777" w:rsidR="00535E53" w:rsidRPr="00535E53" w:rsidRDefault="00535E53" w:rsidP="00535E53">
      <w:r w:rsidRPr="00535E53">
        <w:t>________________________________________</w:t>
      </w:r>
    </w:p>
    <w:p w14:paraId="76B9222D" w14:textId="77777777" w:rsidR="00535E53" w:rsidRPr="00535E53" w:rsidRDefault="00535E53" w:rsidP="00535E53">
      <w:r w:rsidRPr="00535E53">
        <w:t>This five-minute exercise helps you tailor your application instead of guessing.</w:t>
      </w:r>
    </w:p>
    <w:p w14:paraId="37611ED8" w14:textId="77777777" w:rsidR="00535E53" w:rsidRPr="00535E53" w:rsidRDefault="00535E53" w:rsidP="00535E53">
      <w:r w:rsidRPr="00535E53">
        <w:t>________________________________________</w:t>
      </w:r>
    </w:p>
    <w:p w14:paraId="23E9201C" w14:textId="77777777" w:rsidR="00535E53" w:rsidRPr="00535E53" w:rsidRDefault="00535E53" w:rsidP="00535E53">
      <w:r w:rsidRPr="00535E53">
        <w:t>Tool 2: Cover Letter Builder</w:t>
      </w:r>
    </w:p>
    <w:p w14:paraId="41818B44" w14:textId="77777777" w:rsidR="00535E53" w:rsidRPr="00535E53" w:rsidRDefault="00535E53" w:rsidP="00535E53">
      <w:r w:rsidRPr="00535E53">
        <w:t>Complete the prompts below.</w:t>
      </w:r>
    </w:p>
    <w:p w14:paraId="21C89947" w14:textId="77777777" w:rsidR="00535E53" w:rsidRPr="00535E53" w:rsidRDefault="00535E53" w:rsidP="00535E53">
      <w:r w:rsidRPr="00535E53">
        <w:t>Opening</w:t>
      </w:r>
    </w:p>
    <w:p w14:paraId="27AD1003" w14:textId="77777777" w:rsidR="00535E53" w:rsidRPr="00535E53" w:rsidRDefault="00535E53" w:rsidP="00535E53">
      <w:r w:rsidRPr="00535E53">
        <w:t>I'm applying for the position of __________________ because __________________.</w:t>
      </w:r>
    </w:p>
    <w:p w14:paraId="354C070D" w14:textId="77777777" w:rsidR="00535E53" w:rsidRPr="00535E53" w:rsidRDefault="00535E53" w:rsidP="00535E53">
      <w:r w:rsidRPr="00535E53">
        <w:t>Experience</w:t>
      </w:r>
    </w:p>
    <w:p w14:paraId="40B74DE5" w14:textId="77777777" w:rsidR="00535E53" w:rsidRPr="00535E53" w:rsidRDefault="00535E53" w:rsidP="00535E53">
      <w:r w:rsidRPr="00535E53">
        <w:t>My most relevant experience includes __________________.</w:t>
      </w:r>
    </w:p>
    <w:p w14:paraId="533431AB" w14:textId="77777777" w:rsidR="00535E53" w:rsidRPr="00535E53" w:rsidRDefault="00535E53" w:rsidP="00535E53">
      <w:r w:rsidRPr="00535E53">
        <w:t>Value</w:t>
      </w:r>
    </w:p>
    <w:p w14:paraId="1462410B" w14:textId="77777777" w:rsidR="00535E53" w:rsidRPr="00535E53" w:rsidRDefault="00535E53" w:rsidP="00535E53">
      <w:r w:rsidRPr="00535E53">
        <w:t>I believe I can help your organization by __________________.</w:t>
      </w:r>
    </w:p>
    <w:p w14:paraId="18660742" w14:textId="77777777" w:rsidR="00535E53" w:rsidRPr="00535E53" w:rsidRDefault="00535E53" w:rsidP="00535E53">
      <w:r w:rsidRPr="00535E53">
        <w:t>Closing</w:t>
      </w:r>
    </w:p>
    <w:p w14:paraId="1D3134AA" w14:textId="77777777" w:rsidR="00535E53" w:rsidRPr="00535E53" w:rsidRDefault="00535E53" w:rsidP="00535E53">
      <w:r w:rsidRPr="00535E53">
        <w:t>Thank you for considering my application. I would welcome the opportunity to discuss how my experience aligns with your team's needs.</w:t>
      </w:r>
    </w:p>
    <w:p w14:paraId="03BE0E64" w14:textId="77777777" w:rsidR="00535E53" w:rsidRPr="00535E53" w:rsidRDefault="00535E53" w:rsidP="00535E53">
      <w:r w:rsidRPr="00535E53">
        <w:t>________________________________________</w:t>
      </w:r>
    </w:p>
    <w:p w14:paraId="2D3AC162" w14:textId="77777777" w:rsidR="00535E53" w:rsidRPr="00535E53" w:rsidRDefault="00535E53" w:rsidP="00535E53">
      <w:r w:rsidRPr="00535E53">
        <w:t>Tool 3: Application Tracker</w:t>
      </w:r>
    </w:p>
    <w:p w14:paraId="4219A923" w14:textId="77777777" w:rsidR="00535E53" w:rsidRPr="00535E53" w:rsidRDefault="00535E53" w:rsidP="00535E53">
      <w:r w:rsidRPr="00535E53">
        <w:t>Company</w:t>
      </w:r>
      <w:r w:rsidRPr="00535E53">
        <w:tab/>
        <w:t>Position</w:t>
      </w:r>
      <w:r w:rsidRPr="00535E53">
        <w:tab/>
        <w:t>Date Applied</w:t>
      </w:r>
      <w:r w:rsidRPr="00535E53">
        <w:tab/>
        <w:t>Follow-Up Date</w:t>
      </w:r>
      <w:r w:rsidRPr="00535E53">
        <w:tab/>
        <w:t>Interview</w:t>
      </w:r>
      <w:r w:rsidRPr="00535E53">
        <w:tab/>
        <w:t>Status</w:t>
      </w:r>
    </w:p>
    <w:p w14:paraId="6D7A8A10" w14:textId="77777777" w:rsidR="00535E53" w:rsidRPr="00535E53" w:rsidRDefault="00535E53" w:rsidP="00535E53"/>
    <w:p w14:paraId="110F8CAA" w14:textId="77777777" w:rsidR="00535E53" w:rsidRPr="00535E53" w:rsidRDefault="00535E53" w:rsidP="00535E53">
      <w:r w:rsidRPr="00535E53">
        <w:lastRenderedPageBreak/>
        <w:t>Update this table every time you apply.</w:t>
      </w:r>
    </w:p>
    <w:p w14:paraId="1C940B2F" w14:textId="77777777" w:rsidR="00535E53" w:rsidRPr="00535E53" w:rsidRDefault="00535E53" w:rsidP="00535E53">
      <w:r w:rsidRPr="00535E53">
        <w:t>It helps you stay organized and avoid duplicate applications.</w:t>
      </w:r>
    </w:p>
    <w:p w14:paraId="767DD11A" w14:textId="77777777" w:rsidR="00535E53" w:rsidRPr="00535E53" w:rsidRDefault="00535E53" w:rsidP="00535E53">
      <w:r w:rsidRPr="00535E53">
        <w:t>________________________________________</w:t>
      </w:r>
    </w:p>
    <w:p w14:paraId="53CBDA24" w14:textId="77777777" w:rsidR="00535E53" w:rsidRPr="00535E53" w:rsidRDefault="00535E53" w:rsidP="00535E53">
      <w:r w:rsidRPr="00535E53">
        <w:t>Common Application Mistakes</w:t>
      </w:r>
    </w:p>
    <w:p w14:paraId="4E7C6F1E" w14:textId="77777777" w:rsidR="00535E53" w:rsidRPr="00535E53" w:rsidRDefault="00535E53" w:rsidP="00535E53">
      <w:r w:rsidRPr="00535E53">
        <w:t>Avoid these habits:</w:t>
      </w:r>
    </w:p>
    <w:p w14:paraId="16BFBC26" w14:textId="77777777" w:rsidR="00535E53" w:rsidRPr="00535E53" w:rsidRDefault="00535E53" w:rsidP="00535E53">
      <w:r w:rsidRPr="00535E53">
        <w:t>•</w:t>
      </w:r>
      <w:r w:rsidRPr="00535E53">
        <w:tab/>
        <w:t xml:space="preserve">Applying without reading the job description. </w:t>
      </w:r>
    </w:p>
    <w:p w14:paraId="54A1C702" w14:textId="77777777" w:rsidR="00535E53" w:rsidRPr="00535E53" w:rsidRDefault="00535E53" w:rsidP="00535E53">
      <w:r w:rsidRPr="00535E53">
        <w:t>•</w:t>
      </w:r>
      <w:r w:rsidRPr="00535E53">
        <w:tab/>
        <w:t xml:space="preserve">Sending the same CV to every employer. </w:t>
      </w:r>
    </w:p>
    <w:p w14:paraId="5D5C8352" w14:textId="77777777" w:rsidR="00535E53" w:rsidRPr="00535E53" w:rsidRDefault="00535E53" w:rsidP="00535E53">
      <w:r w:rsidRPr="00535E53">
        <w:t>•</w:t>
      </w:r>
      <w:r w:rsidRPr="00535E53">
        <w:tab/>
        <w:t xml:space="preserve">Forgetting to rename your files professionally. </w:t>
      </w:r>
    </w:p>
    <w:p w14:paraId="4126DAB3" w14:textId="77777777" w:rsidR="00535E53" w:rsidRPr="00535E53" w:rsidRDefault="00535E53" w:rsidP="00535E53">
      <w:r w:rsidRPr="00535E53">
        <w:t>•</w:t>
      </w:r>
      <w:r w:rsidRPr="00535E53">
        <w:tab/>
        <w:t xml:space="preserve">Writing long, generic cover letters. </w:t>
      </w:r>
    </w:p>
    <w:p w14:paraId="0AA0CCD0" w14:textId="77777777" w:rsidR="00535E53" w:rsidRPr="00535E53" w:rsidRDefault="00535E53" w:rsidP="00535E53">
      <w:r w:rsidRPr="00535E53">
        <w:t>•</w:t>
      </w:r>
      <w:r w:rsidRPr="00535E53">
        <w:tab/>
        <w:t xml:space="preserve">Ignoring spelling and grammar. </w:t>
      </w:r>
    </w:p>
    <w:p w14:paraId="55DDFB7D" w14:textId="77777777" w:rsidR="00535E53" w:rsidRPr="00535E53" w:rsidRDefault="00535E53" w:rsidP="00535E53">
      <w:r w:rsidRPr="00535E53">
        <w:t>•</w:t>
      </w:r>
      <w:r w:rsidRPr="00535E53">
        <w:tab/>
        <w:t xml:space="preserve">Applying for roles that clearly don't match your experience. </w:t>
      </w:r>
    </w:p>
    <w:p w14:paraId="4005BF87" w14:textId="77777777" w:rsidR="00535E53" w:rsidRPr="00535E53" w:rsidRDefault="00535E53" w:rsidP="00535E53">
      <w:r w:rsidRPr="00535E53">
        <w:t>A thoughtful application often stands out more than a rushed one.</w:t>
      </w:r>
    </w:p>
    <w:p w14:paraId="37918512" w14:textId="77777777" w:rsidR="00535E53" w:rsidRPr="00535E53" w:rsidRDefault="00535E53" w:rsidP="00535E53">
      <w:r w:rsidRPr="00535E53">
        <w:t>________________________________________</w:t>
      </w:r>
    </w:p>
    <w:p w14:paraId="64AAD403" w14:textId="77777777" w:rsidR="00535E53" w:rsidRPr="00535E53" w:rsidRDefault="00535E53" w:rsidP="00535E53">
      <w:r w:rsidRPr="00535E53">
        <w:t>Chapter Six Challenge</w:t>
      </w:r>
    </w:p>
    <w:p w14:paraId="08945414" w14:textId="77777777" w:rsidR="00535E53" w:rsidRPr="00535E53" w:rsidRDefault="00535E53" w:rsidP="00535E53">
      <w:r w:rsidRPr="00535E53">
        <w:t>Before moving to Chapter Seven:</w:t>
      </w:r>
    </w:p>
    <w:p w14:paraId="3D6A46B4" w14:textId="77777777" w:rsidR="00535E53" w:rsidRPr="00535E53" w:rsidRDefault="00535E53" w:rsidP="00535E53">
      <w:r w:rsidRPr="00535E53">
        <w:rPr>
          <w:rFonts w:ascii="Segoe UI Symbol" w:hAnsi="Segoe UI Symbol" w:cs="Segoe UI Symbol"/>
        </w:rPr>
        <w:t>☐</w:t>
      </w:r>
      <w:r w:rsidRPr="00535E53">
        <w:t xml:space="preserve"> Analyze three job descriptions using the worksheet.</w:t>
      </w:r>
    </w:p>
    <w:p w14:paraId="31272D26" w14:textId="77777777" w:rsidR="00535E53" w:rsidRPr="00535E53" w:rsidRDefault="00535E53" w:rsidP="00535E53">
      <w:r w:rsidRPr="00535E53">
        <w:rPr>
          <w:rFonts w:ascii="Segoe UI Symbol" w:hAnsi="Segoe UI Symbol" w:cs="Segoe UI Symbol"/>
        </w:rPr>
        <w:t>☐</w:t>
      </w:r>
      <w:r w:rsidRPr="00535E53">
        <w:t xml:space="preserve"> Tailor your CV for one specific role.</w:t>
      </w:r>
    </w:p>
    <w:p w14:paraId="46FBE8C4" w14:textId="77777777" w:rsidR="00535E53" w:rsidRPr="00535E53" w:rsidRDefault="00535E53" w:rsidP="00535E53">
      <w:r w:rsidRPr="00535E53">
        <w:rPr>
          <w:rFonts w:ascii="Segoe UI Symbol" w:hAnsi="Segoe UI Symbol" w:cs="Segoe UI Symbol"/>
        </w:rPr>
        <w:t>☐</w:t>
      </w:r>
      <w:r w:rsidRPr="00535E53">
        <w:t xml:space="preserve"> Write a personalized cover letter.</w:t>
      </w:r>
    </w:p>
    <w:p w14:paraId="491D7880" w14:textId="77777777" w:rsidR="00535E53" w:rsidRPr="00535E53" w:rsidRDefault="00535E53" w:rsidP="00535E53">
      <w:r w:rsidRPr="00535E53">
        <w:rPr>
          <w:rFonts w:ascii="Segoe UI Symbol" w:hAnsi="Segoe UI Symbol" w:cs="Segoe UI Symbol"/>
        </w:rPr>
        <w:t>☐</w:t>
      </w:r>
      <w:r w:rsidRPr="00535E53">
        <w:t xml:space="preserve"> Send one well-prepared application.</w:t>
      </w:r>
    </w:p>
    <w:p w14:paraId="0AA4A36A" w14:textId="77777777" w:rsidR="00535E53" w:rsidRPr="00535E53" w:rsidRDefault="00535E53" w:rsidP="00535E53">
      <w:r w:rsidRPr="00535E53">
        <w:rPr>
          <w:rFonts w:ascii="Segoe UI Symbol" w:hAnsi="Segoe UI Symbol" w:cs="Segoe UI Symbol"/>
        </w:rPr>
        <w:t>☐</w:t>
      </w:r>
      <w:r w:rsidRPr="00535E53">
        <w:t xml:space="preserve"> Record it in your Application Tracker.</w:t>
      </w:r>
    </w:p>
    <w:p w14:paraId="691DD5F9" w14:textId="77777777" w:rsidR="00535E53" w:rsidRPr="00535E53" w:rsidRDefault="00535E53" w:rsidP="00535E53">
      <w:r w:rsidRPr="00535E53">
        <w:t>Focus on quality rather than volume.</w:t>
      </w:r>
    </w:p>
    <w:p w14:paraId="38A6A1B3" w14:textId="77777777" w:rsidR="00535E53" w:rsidRPr="00535E53" w:rsidRDefault="00535E53" w:rsidP="00535E53">
      <w:r w:rsidRPr="00535E53">
        <w:t>________________________________________</w:t>
      </w:r>
    </w:p>
    <w:p w14:paraId="6B962D9C" w14:textId="77777777" w:rsidR="00535E53" w:rsidRPr="00535E53" w:rsidRDefault="00535E53" w:rsidP="00535E53">
      <w:r w:rsidRPr="00535E53">
        <w:t>Key Lessons from Chapter Six</w:t>
      </w:r>
    </w:p>
    <w:p w14:paraId="7B60B4DA" w14:textId="77777777" w:rsidR="00535E53" w:rsidRPr="00535E53" w:rsidRDefault="00535E53" w:rsidP="00535E53">
      <w:r w:rsidRPr="00535E53">
        <w:t>Remember these principles:</w:t>
      </w:r>
    </w:p>
    <w:p w14:paraId="480700B6" w14:textId="77777777" w:rsidR="00535E53" w:rsidRPr="00535E53" w:rsidRDefault="00535E53" w:rsidP="00535E53">
      <w:r w:rsidRPr="00535E53">
        <w:t>1.</w:t>
      </w:r>
      <w:r w:rsidRPr="00535E53">
        <w:tab/>
        <w:t xml:space="preserve">Every application should reflect the role you're applying for. </w:t>
      </w:r>
    </w:p>
    <w:p w14:paraId="4FB32726" w14:textId="77777777" w:rsidR="00535E53" w:rsidRPr="00535E53" w:rsidRDefault="00535E53" w:rsidP="00535E53">
      <w:r w:rsidRPr="00535E53">
        <w:t>2.</w:t>
      </w:r>
      <w:r w:rsidRPr="00535E53">
        <w:tab/>
        <w:t xml:space="preserve">Read job descriptions carefully before making changes to your CV. </w:t>
      </w:r>
    </w:p>
    <w:p w14:paraId="26F1BF43" w14:textId="77777777" w:rsidR="00535E53" w:rsidRPr="00535E53" w:rsidRDefault="00535E53" w:rsidP="00535E53">
      <w:r w:rsidRPr="00535E53">
        <w:lastRenderedPageBreak/>
        <w:t>3.</w:t>
      </w:r>
      <w:r w:rsidRPr="00535E53">
        <w:tab/>
        <w:t xml:space="preserve">A concise, personalized cover letter is usually more effective than a generic one. </w:t>
      </w:r>
    </w:p>
    <w:p w14:paraId="23433ABE" w14:textId="77777777" w:rsidR="00535E53" w:rsidRPr="00535E53" w:rsidRDefault="00535E53" w:rsidP="00535E53">
      <w:r w:rsidRPr="00535E53">
        <w:t>4.</w:t>
      </w:r>
      <w:r w:rsidRPr="00535E53">
        <w:tab/>
        <w:t xml:space="preserve">Professional follow-ups show continued interest without becoming intrusive. </w:t>
      </w:r>
    </w:p>
    <w:p w14:paraId="653156D9" w14:textId="77777777" w:rsidR="00535E53" w:rsidRPr="00535E53" w:rsidRDefault="00535E53" w:rsidP="00535E53">
      <w:r w:rsidRPr="00535E53">
        <w:t>5.</w:t>
      </w:r>
      <w:r w:rsidRPr="00535E53">
        <w:tab/>
        <w:t>Organization helps you manage your search confidently and consistently.</w:t>
      </w:r>
    </w:p>
    <w:p w14:paraId="78EE5F08" w14:textId="77777777" w:rsidR="001C1766" w:rsidRDefault="001C1766"/>
    <w:p w14:paraId="621F4093" w14:textId="7F090849" w:rsidR="00535E53" w:rsidRPr="00535E53" w:rsidRDefault="00535E53" w:rsidP="00535E53">
      <w:r w:rsidRPr="00535E53">
        <w:drawing>
          <wp:inline distT="0" distB="0" distL="0" distR="0" wp14:anchorId="6F3512CD" wp14:editId="484AF796">
            <wp:extent cx="5669280" cy="3268980"/>
            <wp:effectExtent l="0" t="0" r="7620" b="7620"/>
            <wp:docPr id="6654083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D3C37" w14:textId="77777777" w:rsidR="00535E53" w:rsidRPr="00535E53" w:rsidRDefault="00535E53" w:rsidP="00535E53">
      <w:pPr>
        <w:rPr>
          <w:b/>
          <w:bCs/>
        </w:rPr>
      </w:pPr>
      <w:r w:rsidRPr="00535E53">
        <w:rPr>
          <w:b/>
          <w:bCs/>
        </w:rPr>
        <w:t>CHAPTER SEVEN</w:t>
      </w:r>
    </w:p>
    <w:p w14:paraId="04FBEAA4" w14:textId="77777777" w:rsidR="00535E53" w:rsidRPr="00535E53" w:rsidRDefault="00535E53" w:rsidP="00535E53">
      <w:r w:rsidRPr="00535E53">
        <w:t>Ace Remote Interviews Like a Professional</w:t>
      </w:r>
    </w:p>
    <w:p w14:paraId="4F655531" w14:textId="77777777" w:rsidR="00535E53" w:rsidRPr="00535E53" w:rsidRDefault="00535E53" w:rsidP="00535E53">
      <w:r w:rsidRPr="00535E53">
        <w:t>Congratulations—You've Reached a New Stage</w:t>
      </w:r>
    </w:p>
    <w:p w14:paraId="7D821ACE" w14:textId="77777777" w:rsidR="00535E53" w:rsidRPr="00535E53" w:rsidRDefault="00535E53" w:rsidP="00535E53">
      <w:r w:rsidRPr="00535E53">
        <w:t>If you've been invited to an interview, stop for a moment and appreciate what that means.</w:t>
      </w:r>
    </w:p>
    <w:p w14:paraId="034B4128" w14:textId="77777777" w:rsidR="00535E53" w:rsidRPr="00535E53" w:rsidRDefault="00535E53" w:rsidP="00535E53">
      <w:r w:rsidRPr="00535E53">
        <w:t>It means someone reviewed your application and decided you were worth speaking to.</w:t>
      </w:r>
    </w:p>
    <w:p w14:paraId="790F59CB" w14:textId="77777777" w:rsidR="00535E53" w:rsidRPr="00535E53" w:rsidRDefault="00535E53" w:rsidP="00535E53">
      <w:r w:rsidRPr="00535E53">
        <w:t>Out of dozens—or sometimes hundreds—of applicants, you've made it to the next stage.</w:t>
      </w:r>
    </w:p>
    <w:p w14:paraId="5CF4BEC7" w14:textId="77777777" w:rsidR="00535E53" w:rsidRPr="00535E53" w:rsidRDefault="00535E53" w:rsidP="00535E53">
      <w:r w:rsidRPr="00535E53">
        <w:t>That's progress.</w:t>
      </w:r>
    </w:p>
    <w:p w14:paraId="3447B6C7" w14:textId="77777777" w:rsidR="00535E53" w:rsidRPr="00535E53" w:rsidRDefault="00535E53" w:rsidP="00535E53">
      <w:r w:rsidRPr="00535E53">
        <w:t>Now comes the next challenge.</w:t>
      </w:r>
    </w:p>
    <w:p w14:paraId="3E3BCC01" w14:textId="77777777" w:rsidR="00535E53" w:rsidRPr="00535E53" w:rsidRDefault="00535E53" w:rsidP="00535E53">
      <w:r w:rsidRPr="00535E53">
        <w:t>Turning an interview into an offer.</w:t>
      </w:r>
    </w:p>
    <w:p w14:paraId="170E28CB" w14:textId="77777777" w:rsidR="00535E53" w:rsidRPr="00535E53" w:rsidRDefault="00535E53" w:rsidP="00535E53">
      <w:r w:rsidRPr="00535E53">
        <w:t>________________________________________</w:t>
      </w:r>
    </w:p>
    <w:p w14:paraId="153FB2D7" w14:textId="77777777" w:rsidR="00535E53" w:rsidRPr="00535E53" w:rsidRDefault="00535E53" w:rsidP="00535E53">
      <w:r w:rsidRPr="00535E53">
        <w:t>Interviews Are Conversations—Not Interrogations</w:t>
      </w:r>
    </w:p>
    <w:p w14:paraId="47BC9355" w14:textId="77777777" w:rsidR="00535E53" w:rsidRPr="00535E53" w:rsidRDefault="00535E53" w:rsidP="00535E53">
      <w:r w:rsidRPr="00535E53">
        <w:lastRenderedPageBreak/>
        <w:t>Many people think interviews are designed to expose weaknesses.</w:t>
      </w:r>
    </w:p>
    <w:p w14:paraId="286D0AAF" w14:textId="77777777" w:rsidR="00535E53" w:rsidRPr="00535E53" w:rsidRDefault="00535E53" w:rsidP="00535E53">
      <w:proofErr w:type="gramStart"/>
      <w:r w:rsidRPr="00535E53">
        <w:t>So</w:t>
      </w:r>
      <w:proofErr w:type="gramEnd"/>
      <w:r w:rsidRPr="00535E53">
        <w:t xml:space="preserve"> they become nervous.</w:t>
      </w:r>
    </w:p>
    <w:p w14:paraId="7A3F9724" w14:textId="77777777" w:rsidR="00535E53" w:rsidRPr="00535E53" w:rsidRDefault="00535E53" w:rsidP="00535E53">
      <w:r w:rsidRPr="00535E53">
        <w:t>They memorize answers.</w:t>
      </w:r>
    </w:p>
    <w:p w14:paraId="7496296D" w14:textId="77777777" w:rsidR="00535E53" w:rsidRPr="00535E53" w:rsidRDefault="00535E53" w:rsidP="00535E53">
      <w:r w:rsidRPr="00535E53">
        <w:t>They try to sound perfect.</w:t>
      </w:r>
    </w:p>
    <w:p w14:paraId="3FC0236C" w14:textId="77777777" w:rsidR="00535E53" w:rsidRPr="00535E53" w:rsidRDefault="00535E53" w:rsidP="00535E53">
      <w:r w:rsidRPr="00535E53">
        <w:t>Ironically, that often makes them sound less natural.</w:t>
      </w:r>
    </w:p>
    <w:p w14:paraId="491BC492" w14:textId="77777777" w:rsidR="00535E53" w:rsidRPr="00535E53" w:rsidRDefault="00535E53" w:rsidP="00535E53">
      <w:r w:rsidRPr="00535E53">
        <w:t>Instead, think of an interview as a conversation between two people trying to answer the same question:</w:t>
      </w:r>
    </w:p>
    <w:p w14:paraId="4950E2D0" w14:textId="77777777" w:rsidR="00535E53" w:rsidRPr="00535E53" w:rsidRDefault="00535E53" w:rsidP="00535E53">
      <w:r w:rsidRPr="00535E53">
        <w:t>"Would we work well together?"</w:t>
      </w:r>
    </w:p>
    <w:p w14:paraId="3F1A343B" w14:textId="77777777" w:rsidR="00535E53" w:rsidRPr="00535E53" w:rsidRDefault="00535E53" w:rsidP="00535E53">
      <w:r w:rsidRPr="00535E53">
        <w:t>The employer wants someone who can solve problems.</w:t>
      </w:r>
    </w:p>
    <w:p w14:paraId="6B52A023" w14:textId="77777777" w:rsidR="00535E53" w:rsidRPr="00535E53" w:rsidRDefault="00535E53" w:rsidP="00535E53">
      <w:r w:rsidRPr="00535E53">
        <w:t>You want a role that matches your skills and career goals.</w:t>
      </w:r>
    </w:p>
    <w:p w14:paraId="5BD63D59" w14:textId="77777777" w:rsidR="00535E53" w:rsidRPr="00535E53" w:rsidRDefault="00535E53" w:rsidP="00535E53">
      <w:r w:rsidRPr="00535E53">
        <w:t>Keeping that perspective can help reduce unnecessary pressure.</w:t>
      </w:r>
    </w:p>
    <w:p w14:paraId="44FC690E" w14:textId="77777777" w:rsidR="00535E53" w:rsidRPr="00535E53" w:rsidRDefault="00535E53" w:rsidP="00535E53">
      <w:r w:rsidRPr="00535E53">
        <w:t>________________________________________</w:t>
      </w:r>
    </w:p>
    <w:p w14:paraId="2257233E" w14:textId="77777777" w:rsidR="00535E53" w:rsidRPr="00535E53" w:rsidRDefault="00535E53" w:rsidP="00535E53">
      <w:r w:rsidRPr="00535E53">
        <w:t>Preparation Begins Before the Interview</w:t>
      </w:r>
    </w:p>
    <w:p w14:paraId="03EFBD3F" w14:textId="77777777" w:rsidR="00535E53" w:rsidRPr="00535E53" w:rsidRDefault="00535E53" w:rsidP="00535E53">
      <w:r w:rsidRPr="00535E53">
        <w:t>One of the easiest ways to stand out is simply to be prepared.</w:t>
      </w:r>
    </w:p>
    <w:p w14:paraId="1F3BC473" w14:textId="77777777" w:rsidR="00535E53" w:rsidRPr="00535E53" w:rsidRDefault="00535E53" w:rsidP="00535E53">
      <w:r w:rsidRPr="00535E53">
        <w:t>Before every interview, spend time learning about the company.</w:t>
      </w:r>
    </w:p>
    <w:p w14:paraId="52EC29D9" w14:textId="77777777" w:rsidR="00535E53" w:rsidRPr="00535E53" w:rsidRDefault="00535E53" w:rsidP="00535E53">
      <w:r w:rsidRPr="00535E53">
        <w:t>Visit its website.</w:t>
      </w:r>
    </w:p>
    <w:p w14:paraId="490E3AE7" w14:textId="77777777" w:rsidR="00535E53" w:rsidRPr="00535E53" w:rsidRDefault="00535E53" w:rsidP="00535E53">
      <w:r w:rsidRPr="00535E53">
        <w:t>Read the "About Us" page.</w:t>
      </w:r>
    </w:p>
    <w:p w14:paraId="41F69E4A" w14:textId="77777777" w:rsidR="00535E53" w:rsidRPr="00535E53" w:rsidRDefault="00535E53" w:rsidP="00535E53">
      <w:r w:rsidRPr="00535E53">
        <w:rPr>
          <w:b/>
        </w:rPr>
        <w:t>Understand:</w:t>
      </w:r>
    </w:p>
    <w:p w14:paraId="2D2345B7" w14:textId="77777777" w:rsidR="00535E53" w:rsidRPr="00535E53" w:rsidRDefault="00535E53" w:rsidP="00535E53">
      <w:r w:rsidRPr="00535E53">
        <w:t>•</w:t>
      </w:r>
      <w:r w:rsidRPr="00535E53">
        <w:tab/>
        <w:t xml:space="preserve">What products or services it offers. </w:t>
      </w:r>
    </w:p>
    <w:p w14:paraId="3D36463D" w14:textId="77777777" w:rsidR="00535E53" w:rsidRPr="00535E53" w:rsidRDefault="00535E53" w:rsidP="00535E53">
      <w:r w:rsidRPr="00535E53">
        <w:t>•</w:t>
      </w:r>
      <w:r w:rsidRPr="00535E53">
        <w:tab/>
        <w:t xml:space="preserve">Who its customers are. </w:t>
      </w:r>
    </w:p>
    <w:p w14:paraId="663153F2" w14:textId="77777777" w:rsidR="00535E53" w:rsidRPr="00535E53" w:rsidRDefault="00535E53" w:rsidP="00535E53">
      <w:r w:rsidRPr="00535E53">
        <w:t>•</w:t>
      </w:r>
      <w:r w:rsidRPr="00535E53">
        <w:tab/>
        <w:t xml:space="preserve">Its mission or values (if available). </w:t>
      </w:r>
    </w:p>
    <w:p w14:paraId="0D6E5730" w14:textId="77777777" w:rsidR="00535E53" w:rsidRPr="00535E53" w:rsidRDefault="00535E53" w:rsidP="00535E53">
      <w:r w:rsidRPr="00535E53">
        <w:t>•</w:t>
      </w:r>
      <w:r w:rsidRPr="00535E53">
        <w:tab/>
        <w:t xml:space="preserve">Any recent news or updates. </w:t>
      </w:r>
    </w:p>
    <w:p w14:paraId="5D1391F8" w14:textId="77777777" w:rsidR="00535E53" w:rsidRPr="00535E53" w:rsidRDefault="00535E53" w:rsidP="00535E53">
      <w:r w:rsidRPr="00535E53">
        <w:t>This allows you to answer questions in a way that connects your experience to the company's needs.</w:t>
      </w:r>
    </w:p>
    <w:p w14:paraId="52D3C683" w14:textId="77777777" w:rsidR="00535E53" w:rsidRPr="00535E53" w:rsidRDefault="00535E53" w:rsidP="00535E53">
      <w:r w:rsidRPr="00535E53">
        <w:t>________________________________________</w:t>
      </w:r>
    </w:p>
    <w:p w14:paraId="21736D41" w14:textId="77777777" w:rsidR="00535E53" w:rsidRPr="00535E53" w:rsidRDefault="00535E53" w:rsidP="00535E53">
      <w:r w:rsidRPr="00535E53">
        <w:t>Understand the Job Description Again</w:t>
      </w:r>
    </w:p>
    <w:p w14:paraId="64330C09" w14:textId="77777777" w:rsidR="00535E53" w:rsidRPr="00535E53" w:rsidRDefault="00535E53" w:rsidP="00535E53">
      <w:r w:rsidRPr="00535E53">
        <w:t>Go back and read the job description.</w:t>
      </w:r>
    </w:p>
    <w:p w14:paraId="1561A2AB" w14:textId="77777777" w:rsidR="00535E53" w:rsidRPr="00535E53" w:rsidRDefault="00535E53" w:rsidP="00535E53">
      <w:r w:rsidRPr="00535E53">
        <w:rPr>
          <w:b/>
        </w:rPr>
        <w:lastRenderedPageBreak/>
        <w:t>Ask yourself:</w:t>
      </w:r>
    </w:p>
    <w:p w14:paraId="5DAA3517" w14:textId="77777777" w:rsidR="00535E53" w:rsidRPr="00535E53" w:rsidRDefault="00535E53" w:rsidP="00535E53">
      <w:r w:rsidRPr="00535E53">
        <w:t>•</w:t>
      </w:r>
      <w:r w:rsidRPr="00535E53">
        <w:tab/>
        <w:t xml:space="preserve">Which responsibilities are most important? </w:t>
      </w:r>
    </w:p>
    <w:p w14:paraId="65C38B52" w14:textId="77777777" w:rsidR="00535E53" w:rsidRPr="00535E53" w:rsidRDefault="00535E53" w:rsidP="00535E53">
      <w:r w:rsidRPr="00535E53">
        <w:t>•</w:t>
      </w:r>
      <w:r w:rsidRPr="00535E53">
        <w:tab/>
        <w:t xml:space="preserve">Which skills does the employer emphasize? </w:t>
      </w:r>
    </w:p>
    <w:p w14:paraId="19C4AC12" w14:textId="77777777" w:rsidR="00535E53" w:rsidRPr="00535E53" w:rsidRDefault="00535E53" w:rsidP="00535E53">
      <w:r w:rsidRPr="00535E53">
        <w:t>•</w:t>
      </w:r>
      <w:r w:rsidRPr="00535E53">
        <w:tab/>
        <w:t xml:space="preserve">Which examples from my experience best demonstrate those skills? </w:t>
      </w:r>
    </w:p>
    <w:p w14:paraId="2909FBDE" w14:textId="77777777" w:rsidR="00535E53" w:rsidRPr="00535E53" w:rsidRDefault="00535E53" w:rsidP="00535E53">
      <w:r w:rsidRPr="00535E53">
        <w:t>The interview is not the time to discover what the role involves.</w:t>
      </w:r>
    </w:p>
    <w:p w14:paraId="7F103881" w14:textId="77777777" w:rsidR="00535E53" w:rsidRPr="00535E53" w:rsidRDefault="00535E53" w:rsidP="00535E53">
      <w:r w:rsidRPr="00535E53">
        <w:t>Preparation starts beforehand.</w:t>
      </w:r>
    </w:p>
    <w:p w14:paraId="2C54AA4B" w14:textId="77777777" w:rsidR="00535E53" w:rsidRPr="00535E53" w:rsidRDefault="00535E53" w:rsidP="00535E53">
      <w:r w:rsidRPr="00535E53">
        <w:t>________________________________________</w:t>
      </w:r>
    </w:p>
    <w:p w14:paraId="4715DBC8" w14:textId="77777777" w:rsidR="00535E53" w:rsidRPr="00535E53" w:rsidRDefault="00535E53" w:rsidP="00535E53">
      <w:r w:rsidRPr="00535E53">
        <w:t>The STAR Method</w:t>
      </w:r>
    </w:p>
    <w:p w14:paraId="2C9D6E03" w14:textId="77777777" w:rsidR="00535E53" w:rsidRPr="00535E53" w:rsidRDefault="00535E53" w:rsidP="00535E53">
      <w:r w:rsidRPr="00535E53">
        <w:t>One of the simplest ways to answer behavioural interview questions is the STAR method.</w:t>
      </w:r>
    </w:p>
    <w:p w14:paraId="2E922136" w14:textId="77777777" w:rsidR="00535E53" w:rsidRPr="00535E53" w:rsidRDefault="00535E53" w:rsidP="00535E53">
      <w:r w:rsidRPr="00535E53">
        <w:t>It helps you give structured, easy-to-follow responses.</w:t>
      </w:r>
    </w:p>
    <w:p w14:paraId="3710F055" w14:textId="77777777" w:rsidR="00535E53" w:rsidRPr="00535E53" w:rsidRDefault="00535E53" w:rsidP="00535E53">
      <w:r w:rsidRPr="00535E53">
        <w:t>Situation</w:t>
      </w:r>
    </w:p>
    <w:p w14:paraId="1FE0ACF2" w14:textId="77777777" w:rsidR="00535E53" w:rsidRPr="00535E53" w:rsidRDefault="00535E53" w:rsidP="00535E53">
      <w:r w:rsidRPr="00535E53">
        <w:t>Briefly explain the context.</w:t>
      </w:r>
    </w:p>
    <w:p w14:paraId="09577F02" w14:textId="77777777" w:rsidR="00535E53" w:rsidRPr="00535E53" w:rsidRDefault="00535E53" w:rsidP="00535E53">
      <w:r w:rsidRPr="00535E53">
        <w:t>Task</w:t>
      </w:r>
    </w:p>
    <w:p w14:paraId="7CB020F3" w14:textId="77777777" w:rsidR="00535E53" w:rsidRPr="00535E53" w:rsidRDefault="00535E53" w:rsidP="00535E53">
      <w:r w:rsidRPr="00535E53">
        <w:t>Describe your responsibility.</w:t>
      </w:r>
    </w:p>
    <w:p w14:paraId="0BED1772" w14:textId="77777777" w:rsidR="00535E53" w:rsidRPr="00535E53" w:rsidRDefault="00535E53" w:rsidP="00535E53">
      <w:r w:rsidRPr="00535E53">
        <w:t>Action</w:t>
      </w:r>
    </w:p>
    <w:p w14:paraId="21A92BFC" w14:textId="77777777" w:rsidR="00535E53" w:rsidRPr="00535E53" w:rsidRDefault="00535E53" w:rsidP="00535E53">
      <w:r w:rsidRPr="00535E53">
        <w:t>Explain what you did.</w:t>
      </w:r>
    </w:p>
    <w:p w14:paraId="72092588" w14:textId="77777777" w:rsidR="00535E53" w:rsidRPr="00535E53" w:rsidRDefault="00535E53" w:rsidP="00535E53">
      <w:r w:rsidRPr="00535E53">
        <w:t>Result</w:t>
      </w:r>
    </w:p>
    <w:p w14:paraId="63F1BB14" w14:textId="77777777" w:rsidR="00535E53" w:rsidRPr="00535E53" w:rsidRDefault="00535E53" w:rsidP="00535E53">
      <w:r w:rsidRPr="00535E53">
        <w:t>Share the outcome.</w:t>
      </w:r>
    </w:p>
    <w:p w14:paraId="4BA2E507" w14:textId="77777777" w:rsidR="00535E53" w:rsidRPr="00535E53" w:rsidRDefault="00535E53" w:rsidP="00535E53">
      <w:r w:rsidRPr="00535E53">
        <w:t>________________________________________</w:t>
      </w:r>
    </w:p>
    <w:p w14:paraId="43391390" w14:textId="77777777" w:rsidR="00535E53" w:rsidRPr="00535E53" w:rsidRDefault="00535E53" w:rsidP="00535E53">
      <w:r w:rsidRPr="00535E53">
        <w:t>Example</w:t>
      </w:r>
    </w:p>
    <w:p w14:paraId="7FB042DE" w14:textId="77777777" w:rsidR="00535E53" w:rsidRPr="00535E53" w:rsidRDefault="00535E53" w:rsidP="00535E53">
      <w:r w:rsidRPr="00535E53">
        <w:rPr>
          <w:b/>
        </w:rPr>
        <w:t>Question:</w:t>
      </w:r>
    </w:p>
    <w:p w14:paraId="28022A66" w14:textId="77777777" w:rsidR="00535E53" w:rsidRPr="00535E53" w:rsidRDefault="00535E53" w:rsidP="00535E53">
      <w:r w:rsidRPr="00535E53">
        <w:t>"Tell me about a time you dealt with a difficult customer."</w:t>
      </w:r>
    </w:p>
    <w:p w14:paraId="76214652" w14:textId="77777777" w:rsidR="00535E53" w:rsidRPr="00535E53" w:rsidRDefault="00535E53" w:rsidP="00535E53">
      <w:r w:rsidRPr="00535E53">
        <w:t>Situation</w:t>
      </w:r>
    </w:p>
    <w:p w14:paraId="7593ABA0" w14:textId="77777777" w:rsidR="00535E53" w:rsidRPr="00535E53" w:rsidRDefault="00535E53" w:rsidP="00535E53">
      <w:r w:rsidRPr="00535E53">
        <w:t>A customer contacted our support team after receiving the wrong product.</w:t>
      </w:r>
    </w:p>
    <w:p w14:paraId="3D2C126F" w14:textId="77777777" w:rsidR="00535E53" w:rsidRPr="00535E53" w:rsidRDefault="00535E53" w:rsidP="00535E53">
      <w:r w:rsidRPr="00535E53">
        <w:t>Task</w:t>
      </w:r>
    </w:p>
    <w:p w14:paraId="5ECC0929" w14:textId="77777777" w:rsidR="00535E53" w:rsidRPr="00535E53" w:rsidRDefault="00535E53" w:rsidP="00535E53">
      <w:r w:rsidRPr="00535E53">
        <w:t>I needed to resolve the issue quickly while maintaining a positive experience.</w:t>
      </w:r>
    </w:p>
    <w:p w14:paraId="548845C1" w14:textId="77777777" w:rsidR="00535E53" w:rsidRPr="00535E53" w:rsidRDefault="00535E53" w:rsidP="00535E53">
      <w:r w:rsidRPr="00535E53">
        <w:lastRenderedPageBreak/>
        <w:t>Action</w:t>
      </w:r>
    </w:p>
    <w:p w14:paraId="0AE8F17B" w14:textId="77777777" w:rsidR="00535E53" w:rsidRPr="00535E53" w:rsidRDefault="00535E53" w:rsidP="00535E53">
      <w:r w:rsidRPr="00535E53">
        <w:t>I apologized, confirmed the order details, arranged a replacement, and kept the customer informed throughout the process.</w:t>
      </w:r>
    </w:p>
    <w:p w14:paraId="2584B288" w14:textId="77777777" w:rsidR="00535E53" w:rsidRPr="00535E53" w:rsidRDefault="00535E53" w:rsidP="00535E53">
      <w:r w:rsidRPr="00535E53">
        <w:t>Result</w:t>
      </w:r>
    </w:p>
    <w:p w14:paraId="6EC1E3BF" w14:textId="77777777" w:rsidR="00535E53" w:rsidRPr="00535E53" w:rsidRDefault="00535E53" w:rsidP="00535E53">
      <w:r w:rsidRPr="00535E53">
        <w:t>The issue was resolved, and the customer later thanked our team for the prompt communication.</w:t>
      </w:r>
    </w:p>
    <w:p w14:paraId="1F4AF626" w14:textId="77777777" w:rsidR="00535E53" w:rsidRPr="00535E53" w:rsidRDefault="00535E53" w:rsidP="00535E53">
      <w:r w:rsidRPr="00535E53">
        <w:t>Notice how the answer is specific, structured, and easy to follow.</w:t>
      </w:r>
    </w:p>
    <w:p w14:paraId="19D1C8AE" w14:textId="77777777" w:rsidR="00535E53" w:rsidRPr="00535E53" w:rsidRDefault="00535E53" w:rsidP="00535E53">
      <w:r w:rsidRPr="00535E53">
        <w:t>________________________________________</w:t>
      </w:r>
    </w:p>
    <w:p w14:paraId="200C6985" w14:textId="77777777" w:rsidR="00535E53" w:rsidRPr="00535E53" w:rsidRDefault="00535E53" w:rsidP="00535E53">
      <w:r w:rsidRPr="00535E53">
        <w:t>Common Interview Questions</w:t>
      </w:r>
    </w:p>
    <w:p w14:paraId="1738D089" w14:textId="77777777" w:rsidR="00535E53" w:rsidRPr="00535E53" w:rsidRDefault="00535E53" w:rsidP="00535E53">
      <w:r w:rsidRPr="00535E53">
        <w:t>You won't know every question in advance.</w:t>
      </w:r>
    </w:p>
    <w:p w14:paraId="79A4DA9A" w14:textId="77777777" w:rsidR="00535E53" w:rsidRPr="00535E53" w:rsidRDefault="00535E53" w:rsidP="00535E53">
      <w:r w:rsidRPr="00535E53">
        <w:t>But you can prepare for the ones that appear most often.</w:t>
      </w:r>
    </w:p>
    <w:p w14:paraId="4463470C" w14:textId="77777777" w:rsidR="00535E53" w:rsidRPr="00535E53" w:rsidRDefault="00535E53" w:rsidP="00535E53">
      <w:r w:rsidRPr="00535E53">
        <w:t>Tell me about yourself.</w:t>
      </w:r>
    </w:p>
    <w:p w14:paraId="2FA97000" w14:textId="77777777" w:rsidR="00535E53" w:rsidRPr="00535E53" w:rsidRDefault="00535E53" w:rsidP="00535E53">
      <w:r w:rsidRPr="00535E53">
        <w:t>Keep your answer focused on your professional background.</w:t>
      </w:r>
    </w:p>
    <w:p w14:paraId="123A8546" w14:textId="77777777" w:rsidR="00535E53" w:rsidRPr="00535E53" w:rsidRDefault="00535E53" w:rsidP="00535E53">
      <w:r w:rsidRPr="00535E53">
        <w:t>Don't start with where you were born.</w:t>
      </w:r>
    </w:p>
    <w:p w14:paraId="6A1776AA" w14:textId="77777777" w:rsidR="00535E53" w:rsidRPr="00535E53" w:rsidRDefault="00535E53" w:rsidP="00535E53">
      <w:r w:rsidRPr="00535E53">
        <w:rPr>
          <w:b/>
        </w:rPr>
        <w:t>Instead, explain:</w:t>
      </w:r>
    </w:p>
    <w:p w14:paraId="2130465B" w14:textId="77777777" w:rsidR="00535E53" w:rsidRPr="00535E53" w:rsidRDefault="00535E53" w:rsidP="00535E53">
      <w:r w:rsidRPr="00535E53">
        <w:t>•</w:t>
      </w:r>
      <w:r w:rsidRPr="00535E53">
        <w:tab/>
        <w:t xml:space="preserve">Who you are professionally. </w:t>
      </w:r>
    </w:p>
    <w:p w14:paraId="5407C86E" w14:textId="77777777" w:rsidR="00535E53" w:rsidRPr="00535E53" w:rsidRDefault="00535E53" w:rsidP="00535E53">
      <w:r w:rsidRPr="00535E53">
        <w:t>•</w:t>
      </w:r>
      <w:r w:rsidRPr="00535E53">
        <w:tab/>
        <w:t xml:space="preserve">Relevant experience. </w:t>
      </w:r>
    </w:p>
    <w:p w14:paraId="49A106B7" w14:textId="77777777" w:rsidR="00535E53" w:rsidRPr="00535E53" w:rsidRDefault="00535E53" w:rsidP="00535E53">
      <w:r w:rsidRPr="00535E53">
        <w:t>•</w:t>
      </w:r>
      <w:r w:rsidRPr="00535E53">
        <w:tab/>
        <w:t xml:space="preserve">Key strengths. </w:t>
      </w:r>
    </w:p>
    <w:p w14:paraId="418B83C1" w14:textId="77777777" w:rsidR="00535E53" w:rsidRPr="00535E53" w:rsidRDefault="00535E53" w:rsidP="00535E53">
      <w:r w:rsidRPr="00535E53">
        <w:t>•</w:t>
      </w:r>
      <w:r w:rsidRPr="00535E53">
        <w:tab/>
        <w:t xml:space="preserve">Why you're interested in the role. </w:t>
      </w:r>
    </w:p>
    <w:p w14:paraId="204A64D2" w14:textId="77777777" w:rsidR="00535E53" w:rsidRPr="00535E53" w:rsidRDefault="00535E53" w:rsidP="00535E53">
      <w:r w:rsidRPr="00535E53">
        <w:t>________________________________________</w:t>
      </w:r>
    </w:p>
    <w:p w14:paraId="610AA0BB" w14:textId="77777777" w:rsidR="00535E53" w:rsidRPr="00535E53" w:rsidRDefault="00535E53" w:rsidP="00535E53">
      <w:r w:rsidRPr="00535E53">
        <w:t>Why do you want this job?</w:t>
      </w:r>
    </w:p>
    <w:p w14:paraId="6FC51AF8" w14:textId="77777777" w:rsidR="00535E53" w:rsidRPr="00535E53" w:rsidRDefault="00535E53" w:rsidP="00535E53">
      <w:r w:rsidRPr="00535E53">
        <w:rPr>
          <w:b/>
        </w:rPr>
        <w:t>Avoid saying:</w:t>
      </w:r>
    </w:p>
    <w:p w14:paraId="77A891A7" w14:textId="77777777" w:rsidR="00535E53" w:rsidRPr="00535E53" w:rsidRDefault="00535E53" w:rsidP="00535E53">
      <w:r w:rsidRPr="00535E53">
        <w:t>"I need money."</w:t>
      </w:r>
    </w:p>
    <w:p w14:paraId="18E8B3B9" w14:textId="77777777" w:rsidR="00535E53" w:rsidRPr="00535E53" w:rsidRDefault="00535E53" w:rsidP="00535E53">
      <w:r w:rsidRPr="00535E53">
        <w:t>Everyone works to earn a living.</w:t>
      </w:r>
    </w:p>
    <w:p w14:paraId="32438405" w14:textId="77777777" w:rsidR="00535E53" w:rsidRPr="00535E53" w:rsidRDefault="00535E53" w:rsidP="00535E53">
      <w:r w:rsidRPr="00535E53">
        <w:t>Instead, connect your interests to the role.</w:t>
      </w:r>
    </w:p>
    <w:p w14:paraId="632C760D" w14:textId="77777777" w:rsidR="00535E53" w:rsidRPr="00535E53" w:rsidRDefault="00535E53" w:rsidP="00535E53">
      <w:r w:rsidRPr="00535E53">
        <w:rPr>
          <w:b/>
        </w:rPr>
        <w:t>For example:</w:t>
      </w:r>
    </w:p>
    <w:p w14:paraId="3BB9C071" w14:textId="77777777" w:rsidR="00535E53" w:rsidRPr="00535E53" w:rsidRDefault="00535E53" w:rsidP="00535E53">
      <w:r w:rsidRPr="00535E53">
        <w:lastRenderedPageBreak/>
        <w:t>"I'm interested in this position because it combines customer communication with problem-solving, which are areas where I've developed valuable experience and genuinely enjoy contributing."</w:t>
      </w:r>
    </w:p>
    <w:p w14:paraId="60188238" w14:textId="77777777" w:rsidR="00535E53" w:rsidRPr="00535E53" w:rsidRDefault="00535E53" w:rsidP="00535E53">
      <w:r w:rsidRPr="00535E53">
        <w:t>________________________________________</w:t>
      </w:r>
    </w:p>
    <w:p w14:paraId="27489003" w14:textId="77777777" w:rsidR="00535E53" w:rsidRPr="00535E53" w:rsidRDefault="00535E53" w:rsidP="00535E53">
      <w:r w:rsidRPr="00535E53">
        <w:t>What are your strengths?</w:t>
      </w:r>
    </w:p>
    <w:p w14:paraId="25C98B9F" w14:textId="77777777" w:rsidR="00535E53" w:rsidRPr="00535E53" w:rsidRDefault="00535E53" w:rsidP="00535E53">
      <w:r w:rsidRPr="00535E53">
        <w:t>Choose strengths that relate to the role.</w:t>
      </w:r>
    </w:p>
    <w:p w14:paraId="3FFE2602" w14:textId="77777777" w:rsidR="00535E53" w:rsidRPr="00535E53" w:rsidRDefault="00535E53" w:rsidP="00535E53">
      <w:r w:rsidRPr="00535E53">
        <w:t>Then support them with examples.</w:t>
      </w:r>
    </w:p>
    <w:p w14:paraId="1404ED00" w14:textId="77777777" w:rsidR="00535E53" w:rsidRPr="00535E53" w:rsidRDefault="00535E53" w:rsidP="00535E53">
      <w:r w:rsidRPr="00535E53">
        <w:rPr>
          <w:b/>
        </w:rPr>
        <w:t>Instead of:</w:t>
      </w:r>
    </w:p>
    <w:p w14:paraId="1C04DD69" w14:textId="77777777" w:rsidR="00535E53" w:rsidRPr="00535E53" w:rsidRDefault="00535E53" w:rsidP="00535E53">
      <w:r w:rsidRPr="00535E53">
        <w:t>"I'm hardworking."</w:t>
      </w:r>
    </w:p>
    <w:p w14:paraId="01AED8C5" w14:textId="77777777" w:rsidR="00535E53" w:rsidRPr="00535E53" w:rsidRDefault="00535E53" w:rsidP="00535E53">
      <w:r w:rsidRPr="00535E53">
        <w:rPr>
          <w:b/>
        </w:rPr>
        <w:t>Say:</w:t>
      </w:r>
    </w:p>
    <w:p w14:paraId="2BBEA5F4" w14:textId="77777777" w:rsidR="00535E53" w:rsidRPr="00535E53" w:rsidRDefault="00535E53" w:rsidP="00535E53">
      <w:r w:rsidRPr="00535E53">
        <w:t>"One of my strengths is staying organized. In my previous role, I managed multiple customer requests while meeting response-time targets."</w:t>
      </w:r>
    </w:p>
    <w:p w14:paraId="4BF157CF" w14:textId="77777777" w:rsidR="00535E53" w:rsidRPr="00535E53" w:rsidRDefault="00535E53" w:rsidP="00535E53">
      <w:r w:rsidRPr="00535E53">
        <w:t>________________________________________</w:t>
      </w:r>
    </w:p>
    <w:p w14:paraId="04C28CB3" w14:textId="77777777" w:rsidR="00535E53" w:rsidRPr="00535E53" w:rsidRDefault="00535E53" w:rsidP="00535E53">
      <w:r w:rsidRPr="00535E53">
        <w:t>Tell me about a challenge you faced.</w:t>
      </w:r>
    </w:p>
    <w:p w14:paraId="369C631A" w14:textId="77777777" w:rsidR="00535E53" w:rsidRPr="00535E53" w:rsidRDefault="00535E53" w:rsidP="00535E53">
      <w:r w:rsidRPr="00535E53">
        <w:t>Use the STAR method.</w:t>
      </w:r>
    </w:p>
    <w:p w14:paraId="2892BF81" w14:textId="77777777" w:rsidR="00535E53" w:rsidRPr="00535E53" w:rsidRDefault="00535E53" w:rsidP="00535E53">
      <w:r w:rsidRPr="00535E53">
        <w:rPr>
          <w:b/>
        </w:rPr>
        <w:t>Focus on:</w:t>
      </w:r>
    </w:p>
    <w:p w14:paraId="20C97049" w14:textId="77777777" w:rsidR="00535E53" w:rsidRPr="00535E53" w:rsidRDefault="00535E53" w:rsidP="00535E53">
      <w:r w:rsidRPr="00535E53">
        <w:t>•</w:t>
      </w:r>
      <w:r w:rsidRPr="00535E53">
        <w:tab/>
        <w:t xml:space="preserve">The situation. </w:t>
      </w:r>
    </w:p>
    <w:p w14:paraId="6AE571BD" w14:textId="77777777" w:rsidR="00535E53" w:rsidRPr="00535E53" w:rsidRDefault="00535E53" w:rsidP="00535E53">
      <w:r w:rsidRPr="00535E53">
        <w:t>•</w:t>
      </w:r>
      <w:r w:rsidRPr="00535E53">
        <w:tab/>
        <w:t xml:space="preserve">What you did. </w:t>
      </w:r>
    </w:p>
    <w:p w14:paraId="7F495BF6" w14:textId="77777777" w:rsidR="00535E53" w:rsidRPr="00535E53" w:rsidRDefault="00535E53" w:rsidP="00535E53">
      <w:r w:rsidRPr="00535E53">
        <w:t>•</w:t>
      </w:r>
      <w:r w:rsidRPr="00535E53">
        <w:tab/>
        <w:t xml:space="preserve">What you learned. </w:t>
      </w:r>
    </w:p>
    <w:p w14:paraId="3C59F9C2" w14:textId="77777777" w:rsidR="00535E53" w:rsidRPr="00535E53" w:rsidRDefault="00535E53" w:rsidP="00535E53">
      <w:r w:rsidRPr="00535E53">
        <w:t>Avoid blaming colleagues or previous employers.</w:t>
      </w:r>
    </w:p>
    <w:p w14:paraId="62CF5806" w14:textId="77777777" w:rsidR="00535E53" w:rsidRPr="00535E53" w:rsidRDefault="00535E53" w:rsidP="00535E53">
      <w:r w:rsidRPr="00535E53">
        <w:t>________________________________________</w:t>
      </w:r>
    </w:p>
    <w:p w14:paraId="4770C222" w14:textId="77777777" w:rsidR="00535E53" w:rsidRPr="00535E53" w:rsidRDefault="00535E53" w:rsidP="00535E53">
      <w:r w:rsidRPr="00535E53">
        <w:t>Questions You Can Ask the Interviewer</w:t>
      </w:r>
    </w:p>
    <w:p w14:paraId="4BD47807" w14:textId="77777777" w:rsidR="00535E53" w:rsidRPr="00535E53" w:rsidRDefault="00535E53" w:rsidP="00535E53">
      <w:r w:rsidRPr="00535E53">
        <w:rPr>
          <w:b/>
        </w:rPr>
        <w:t>At the end of many interviews, you'll hear:</w:t>
      </w:r>
    </w:p>
    <w:p w14:paraId="310D910A" w14:textId="77777777" w:rsidR="00535E53" w:rsidRPr="00535E53" w:rsidRDefault="00535E53" w:rsidP="00535E53">
      <w:r w:rsidRPr="00535E53">
        <w:t>"Do you have any questions for us?"</w:t>
      </w:r>
    </w:p>
    <w:p w14:paraId="70820712" w14:textId="77777777" w:rsidR="00535E53" w:rsidRPr="00535E53" w:rsidRDefault="00535E53" w:rsidP="00535E53">
      <w:r w:rsidRPr="00535E53">
        <w:t>Always prepare one or two thoughtful questions.</w:t>
      </w:r>
    </w:p>
    <w:p w14:paraId="47562098" w14:textId="77777777" w:rsidR="00535E53" w:rsidRPr="00535E53" w:rsidRDefault="00535E53" w:rsidP="00535E53">
      <w:r w:rsidRPr="00535E53">
        <w:rPr>
          <w:b/>
        </w:rPr>
        <w:t>Examples:</w:t>
      </w:r>
    </w:p>
    <w:p w14:paraId="4E2D4627" w14:textId="77777777" w:rsidR="00535E53" w:rsidRPr="00535E53" w:rsidRDefault="00535E53" w:rsidP="00535E53">
      <w:r w:rsidRPr="00535E53">
        <w:t>•</w:t>
      </w:r>
      <w:r w:rsidRPr="00535E53">
        <w:tab/>
        <w:t xml:space="preserve">What does success look like in this role during the first six months? </w:t>
      </w:r>
    </w:p>
    <w:p w14:paraId="39E92554" w14:textId="77777777" w:rsidR="00535E53" w:rsidRPr="00535E53" w:rsidRDefault="00535E53" w:rsidP="00535E53">
      <w:r w:rsidRPr="00535E53">
        <w:t>•</w:t>
      </w:r>
      <w:r w:rsidRPr="00535E53">
        <w:tab/>
        <w:t xml:space="preserve">What qualities do your strongest team members have? </w:t>
      </w:r>
    </w:p>
    <w:p w14:paraId="4049D537" w14:textId="77777777" w:rsidR="00535E53" w:rsidRPr="00535E53" w:rsidRDefault="00535E53" w:rsidP="00535E53">
      <w:r w:rsidRPr="00535E53">
        <w:lastRenderedPageBreak/>
        <w:t>•</w:t>
      </w:r>
      <w:r w:rsidRPr="00535E53">
        <w:tab/>
        <w:t xml:space="preserve">How is performance measured? </w:t>
      </w:r>
    </w:p>
    <w:p w14:paraId="6B8586AE" w14:textId="77777777" w:rsidR="00535E53" w:rsidRPr="00535E53" w:rsidRDefault="00535E53" w:rsidP="00535E53">
      <w:r w:rsidRPr="00535E53">
        <w:t>•</w:t>
      </w:r>
      <w:r w:rsidRPr="00535E53">
        <w:tab/>
        <w:t xml:space="preserve">What opportunities are available for professional development? </w:t>
      </w:r>
    </w:p>
    <w:p w14:paraId="7C8CAA08" w14:textId="77777777" w:rsidR="00535E53" w:rsidRPr="00535E53" w:rsidRDefault="00535E53" w:rsidP="00535E53">
      <w:r w:rsidRPr="00535E53">
        <w:t>These questions show genuine interest and help you evaluate whether the role suits you.</w:t>
      </w:r>
    </w:p>
    <w:p w14:paraId="3B63F99B" w14:textId="77777777" w:rsidR="00535E53" w:rsidRPr="00535E53" w:rsidRDefault="00535E53" w:rsidP="00535E53">
      <w:r w:rsidRPr="00535E53">
        <w:t>________________________________________</w:t>
      </w:r>
    </w:p>
    <w:p w14:paraId="056B7D2A" w14:textId="77777777" w:rsidR="00535E53" w:rsidRPr="00535E53" w:rsidRDefault="00535E53" w:rsidP="00535E53">
      <w:r w:rsidRPr="00535E53">
        <w:t>Preparing for Video Interviews</w:t>
      </w:r>
    </w:p>
    <w:p w14:paraId="07AD5D2C" w14:textId="77777777" w:rsidR="00535E53" w:rsidRPr="00535E53" w:rsidRDefault="00535E53" w:rsidP="00535E53">
      <w:r w:rsidRPr="00535E53">
        <w:t>Remote interviews require a little extra preparation.</w:t>
      </w:r>
    </w:p>
    <w:p w14:paraId="20DC1B35" w14:textId="77777777" w:rsidR="00535E53" w:rsidRPr="00535E53" w:rsidRDefault="00535E53" w:rsidP="00535E53">
      <w:r w:rsidRPr="00535E53">
        <w:rPr>
          <w:b/>
        </w:rPr>
        <w:t>Before the interview:</w:t>
      </w:r>
    </w:p>
    <w:p w14:paraId="370C78E7" w14:textId="77777777" w:rsidR="00535E53" w:rsidRPr="00535E53" w:rsidRDefault="00535E53" w:rsidP="00535E53">
      <w:r w:rsidRPr="00535E53">
        <w:rPr>
          <w:rFonts w:ascii="Segoe UI Symbol" w:hAnsi="Segoe UI Symbol" w:cs="Segoe UI Symbol"/>
        </w:rPr>
        <w:t>✔</w:t>
      </w:r>
      <w:r w:rsidRPr="00535E53">
        <w:t xml:space="preserve"> Test your internet connection.</w:t>
      </w:r>
    </w:p>
    <w:p w14:paraId="7486F5AE" w14:textId="77777777" w:rsidR="00535E53" w:rsidRPr="00535E53" w:rsidRDefault="00535E53" w:rsidP="00535E53">
      <w:r w:rsidRPr="00535E53">
        <w:rPr>
          <w:rFonts w:ascii="Segoe UI Symbol" w:hAnsi="Segoe UI Symbol" w:cs="Segoe UI Symbol"/>
        </w:rPr>
        <w:t>✔</w:t>
      </w:r>
      <w:r w:rsidRPr="00535E53">
        <w:t xml:space="preserve"> Charge your laptop.</w:t>
      </w:r>
    </w:p>
    <w:p w14:paraId="788C0427" w14:textId="77777777" w:rsidR="00535E53" w:rsidRPr="00535E53" w:rsidRDefault="00535E53" w:rsidP="00535E53">
      <w:r w:rsidRPr="00535E53">
        <w:rPr>
          <w:rFonts w:ascii="Segoe UI Symbol" w:hAnsi="Segoe UI Symbol" w:cs="Segoe UI Symbol"/>
        </w:rPr>
        <w:t>✔</w:t>
      </w:r>
      <w:r w:rsidRPr="00535E53">
        <w:t xml:space="preserve"> Test your microphone and camera.</w:t>
      </w:r>
    </w:p>
    <w:p w14:paraId="2E883465" w14:textId="77777777" w:rsidR="00535E53" w:rsidRPr="00535E53" w:rsidRDefault="00535E53" w:rsidP="00535E53">
      <w:r w:rsidRPr="00535E53">
        <w:rPr>
          <w:rFonts w:ascii="Segoe UI Symbol" w:hAnsi="Segoe UI Symbol" w:cs="Segoe UI Symbol"/>
        </w:rPr>
        <w:t>✔</w:t>
      </w:r>
      <w:r w:rsidRPr="00535E53">
        <w:t xml:space="preserve"> Choose a quiet location.</w:t>
      </w:r>
    </w:p>
    <w:p w14:paraId="3A4ED3A5" w14:textId="77777777" w:rsidR="00535E53" w:rsidRPr="00535E53" w:rsidRDefault="00535E53" w:rsidP="00535E53">
      <w:r w:rsidRPr="00535E53">
        <w:rPr>
          <w:rFonts w:ascii="Segoe UI Symbol" w:hAnsi="Segoe UI Symbol" w:cs="Segoe UI Symbol"/>
        </w:rPr>
        <w:t>✔</w:t>
      </w:r>
      <w:r w:rsidRPr="00535E53">
        <w:t xml:space="preserve"> Use good lighting.</w:t>
      </w:r>
    </w:p>
    <w:p w14:paraId="7D1A2952" w14:textId="77777777" w:rsidR="00535E53" w:rsidRPr="00535E53" w:rsidRDefault="00535E53" w:rsidP="00535E53">
      <w:r w:rsidRPr="00535E53">
        <w:rPr>
          <w:rFonts w:ascii="Segoe UI Symbol" w:hAnsi="Segoe UI Symbol" w:cs="Segoe UI Symbol"/>
        </w:rPr>
        <w:t>✔</w:t>
      </w:r>
      <w:r w:rsidRPr="00535E53">
        <w:t xml:space="preserve"> Keep your background clean and free from distractions.</w:t>
      </w:r>
    </w:p>
    <w:p w14:paraId="6FB01A75" w14:textId="77777777" w:rsidR="00535E53" w:rsidRPr="00535E53" w:rsidRDefault="00535E53" w:rsidP="00535E53">
      <w:r w:rsidRPr="00535E53">
        <w:t>Log in a few minutes early to check everything is working properly.</w:t>
      </w:r>
    </w:p>
    <w:p w14:paraId="51F3FB74" w14:textId="77777777" w:rsidR="00535E53" w:rsidRPr="00535E53" w:rsidRDefault="00535E53" w:rsidP="00535E53">
      <w:r w:rsidRPr="00535E53">
        <w:t>________________________________________</w:t>
      </w:r>
    </w:p>
    <w:p w14:paraId="18028236" w14:textId="77777777" w:rsidR="00535E53" w:rsidRPr="00535E53" w:rsidRDefault="00535E53" w:rsidP="00535E53">
      <w:r w:rsidRPr="00535E53">
        <w:t>During the Interview</w:t>
      </w:r>
    </w:p>
    <w:p w14:paraId="334A08C4" w14:textId="77777777" w:rsidR="00535E53" w:rsidRPr="00535E53" w:rsidRDefault="00535E53" w:rsidP="00535E53">
      <w:r w:rsidRPr="00535E53">
        <w:rPr>
          <w:b/>
        </w:rPr>
        <w:t>Remember these simple habits:</w:t>
      </w:r>
    </w:p>
    <w:p w14:paraId="3A3F150E" w14:textId="77777777" w:rsidR="00535E53" w:rsidRPr="00535E53" w:rsidRDefault="00535E53" w:rsidP="00535E53">
      <w:r w:rsidRPr="00535E53">
        <w:t>•</w:t>
      </w:r>
      <w:r w:rsidRPr="00535E53">
        <w:tab/>
        <w:t xml:space="preserve">Maintain eye contact by looking toward the camera. </w:t>
      </w:r>
    </w:p>
    <w:p w14:paraId="2117895D" w14:textId="77777777" w:rsidR="00535E53" w:rsidRPr="00535E53" w:rsidRDefault="00535E53" w:rsidP="00535E53">
      <w:r w:rsidRPr="00535E53">
        <w:t>•</w:t>
      </w:r>
      <w:r w:rsidRPr="00535E53">
        <w:tab/>
        <w:t xml:space="preserve">Speak clearly and at a comfortable pace. </w:t>
      </w:r>
    </w:p>
    <w:p w14:paraId="1EFD6F02" w14:textId="77777777" w:rsidR="00535E53" w:rsidRPr="00535E53" w:rsidRDefault="00535E53" w:rsidP="00535E53">
      <w:r w:rsidRPr="00535E53">
        <w:t>•</w:t>
      </w:r>
      <w:r w:rsidRPr="00535E53">
        <w:tab/>
        <w:t xml:space="preserve">Listen carefully before answering. </w:t>
      </w:r>
    </w:p>
    <w:p w14:paraId="7B98585E" w14:textId="77777777" w:rsidR="00535E53" w:rsidRPr="00535E53" w:rsidRDefault="00535E53" w:rsidP="00535E53">
      <w:r w:rsidRPr="00535E53">
        <w:t>•</w:t>
      </w:r>
      <w:r w:rsidRPr="00535E53">
        <w:tab/>
        <w:t xml:space="preserve">If you don't understand a question, politely ask for clarification. </w:t>
      </w:r>
    </w:p>
    <w:p w14:paraId="1E831AA4" w14:textId="77777777" w:rsidR="00535E53" w:rsidRPr="00535E53" w:rsidRDefault="00535E53" w:rsidP="00535E53">
      <w:r w:rsidRPr="00535E53">
        <w:t>•</w:t>
      </w:r>
      <w:r w:rsidRPr="00535E53">
        <w:tab/>
        <w:t xml:space="preserve">It's okay to pause briefly before responding. </w:t>
      </w:r>
    </w:p>
    <w:p w14:paraId="26A1CF3C" w14:textId="77777777" w:rsidR="00535E53" w:rsidRPr="00535E53" w:rsidRDefault="00535E53" w:rsidP="00535E53">
      <w:r w:rsidRPr="00535E53">
        <w:t>You don't need to answer every question instantly.</w:t>
      </w:r>
    </w:p>
    <w:p w14:paraId="2897F97B" w14:textId="77777777" w:rsidR="00535E53" w:rsidRPr="00535E53" w:rsidRDefault="00535E53" w:rsidP="00535E53">
      <w:r w:rsidRPr="00535E53">
        <w:t>Thoughtful responses are better than rushed ones.</w:t>
      </w:r>
    </w:p>
    <w:p w14:paraId="694A9E80" w14:textId="77777777" w:rsidR="00535E53" w:rsidRPr="00535E53" w:rsidRDefault="00535E53" w:rsidP="00535E53">
      <w:r w:rsidRPr="00535E53">
        <w:t>________________________________________</w:t>
      </w:r>
    </w:p>
    <w:p w14:paraId="6EAF84E4" w14:textId="77777777" w:rsidR="00535E53" w:rsidRPr="00535E53" w:rsidRDefault="00535E53" w:rsidP="00535E53">
      <w:r w:rsidRPr="00535E53">
        <w:t>After the Interview</w:t>
      </w:r>
    </w:p>
    <w:p w14:paraId="5E8A0A59" w14:textId="77777777" w:rsidR="00535E53" w:rsidRPr="00535E53" w:rsidRDefault="00535E53" w:rsidP="00535E53">
      <w:r w:rsidRPr="00535E53">
        <w:lastRenderedPageBreak/>
        <w:t>The interview isn't necessarily over when the call ends.</w:t>
      </w:r>
    </w:p>
    <w:p w14:paraId="70BBEB58" w14:textId="77777777" w:rsidR="00535E53" w:rsidRPr="00535E53" w:rsidRDefault="00535E53" w:rsidP="00535E53">
      <w:r w:rsidRPr="00535E53">
        <w:t>Sending a brief thank-you email can leave a positive impression.</w:t>
      </w:r>
    </w:p>
    <w:p w14:paraId="74408833" w14:textId="77777777" w:rsidR="00535E53" w:rsidRPr="00535E53" w:rsidRDefault="00535E53" w:rsidP="00535E53">
      <w:r w:rsidRPr="00535E53">
        <w:t>Keep it short.</w:t>
      </w:r>
    </w:p>
    <w:p w14:paraId="6AB608D5" w14:textId="77777777" w:rsidR="00535E53" w:rsidRPr="00535E53" w:rsidRDefault="00535E53" w:rsidP="00535E53">
      <w:r w:rsidRPr="00535E53">
        <w:t>Express appreciation for the interviewer's time.</w:t>
      </w:r>
    </w:p>
    <w:p w14:paraId="647DBA67" w14:textId="77777777" w:rsidR="00535E53" w:rsidRPr="00535E53" w:rsidRDefault="00535E53" w:rsidP="00535E53">
      <w:r w:rsidRPr="00535E53">
        <w:t>Reaffirm your interest in the role.</w:t>
      </w:r>
    </w:p>
    <w:p w14:paraId="4664F841" w14:textId="77777777" w:rsidR="00535E53" w:rsidRPr="00535E53" w:rsidRDefault="00535E53" w:rsidP="00535E53">
      <w:r w:rsidRPr="00535E53">
        <w:t>Avoid repeating your entire interview.</w:t>
      </w:r>
    </w:p>
    <w:p w14:paraId="2A94B29A" w14:textId="77777777" w:rsidR="00535E53" w:rsidRPr="00535E53" w:rsidRDefault="00535E53" w:rsidP="00535E53">
      <w:r w:rsidRPr="00535E53">
        <w:t>________________________________________</w:t>
      </w:r>
    </w:p>
    <w:p w14:paraId="25948162" w14:textId="77777777" w:rsidR="00535E53" w:rsidRPr="00535E53" w:rsidRDefault="00535E53" w:rsidP="00535E53">
      <w:r w:rsidRPr="00535E53">
        <w:t>Tool 1: Interview Preparation Worksheet</w:t>
      </w:r>
    </w:p>
    <w:p w14:paraId="4D34525C" w14:textId="77777777" w:rsidR="00535E53" w:rsidRPr="00535E53" w:rsidRDefault="00535E53" w:rsidP="00535E53">
      <w:r w:rsidRPr="00535E53">
        <w:t>Complete this before every interview.</w:t>
      </w:r>
    </w:p>
    <w:p w14:paraId="6B487161" w14:textId="77777777" w:rsidR="00535E53" w:rsidRPr="00535E53" w:rsidRDefault="00535E53" w:rsidP="00535E53">
      <w:r w:rsidRPr="00535E53">
        <w:t>Company Name</w:t>
      </w:r>
    </w:p>
    <w:p w14:paraId="55328DE6" w14:textId="77777777" w:rsidR="00535E53" w:rsidRPr="00535E53" w:rsidRDefault="00535E53" w:rsidP="00535E53">
      <w:r w:rsidRPr="00535E53">
        <w:t>________________________________________</w:t>
      </w:r>
    </w:p>
    <w:p w14:paraId="0F7A8D8B" w14:textId="77777777" w:rsidR="00535E53" w:rsidRPr="00535E53" w:rsidRDefault="00535E53" w:rsidP="00535E53">
      <w:r w:rsidRPr="00535E53">
        <w:t>Position</w:t>
      </w:r>
    </w:p>
    <w:p w14:paraId="6B94D0EE" w14:textId="77777777" w:rsidR="00535E53" w:rsidRPr="00535E53" w:rsidRDefault="00535E53" w:rsidP="00535E53">
      <w:r w:rsidRPr="00535E53">
        <w:t>________________________________________</w:t>
      </w:r>
    </w:p>
    <w:p w14:paraId="47202695" w14:textId="77777777" w:rsidR="00535E53" w:rsidRPr="00535E53" w:rsidRDefault="00535E53" w:rsidP="00535E53">
      <w:r w:rsidRPr="00535E53">
        <w:t>Interview Date</w:t>
      </w:r>
    </w:p>
    <w:p w14:paraId="3775002A" w14:textId="77777777" w:rsidR="00535E53" w:rsidRPr="00535E53" w:rsidRDefault="00535E53" w:rsidP="00535E53">
      <w:r w:rsidRPr="00535E53">
        <w:t>________________________________________</w:t>
      </w:r>
    </w:p>
    <w:p w14:paraId="1E942387" w14:textId="77777777" w:rsidR="00535E53" w:rsidRPr="00535E53" w:rsidRDefault="00535E53" w:rsidP="00535E53">
      <w:r w:rsidRPr="00535E53">
        <w:t>Company Mission</w:t>
      </w:r>
    </w:p>
    <w:p w14:paraId="3423A479" w14:textId="77777777" w:rsidR="00535E53" w:rsidRPr="00535E53" w:rsidRDefault="00535E53" w:rsidP="00535E53">
      <w:r w:rsidRPr="00535E53">
        <w:t>________________________________________</w:t>
      </w:r>
    </w:p>
    <w:p w14:paraId="566972CC" w14:textId="77777777" w:rsidR="00535E53" w:rsidRPr="00535E53" w:rsidRDefault="00535E53" w:rsidP="00535E53">
      <w:r w:rsidRPr="00535E53">
        <w:t>Main Responsibilities</w:t>
      </w:r>
    </w:p>
    <w:p w14:paraId="2665E8D5" w14:textId="77777777" w:rsidR="00535E53" w:rsidRPr="00535E53" w:rsidRDefault="00535E53" w:rsidP="00535E53">
      <w:r w:rsidRPr="00535E53">
        <w:t>________________________________________</w:t>
      </w:r>
    </w:p>
    <w:p w14:paraId="2EA1FC5C" w14:textId="77777777" w:rsidR="00535E53" w:rsidRPr="00535E53" w:rsidRDefault="00535E53" w:rsidP="00535E53">
      <w:r w:rsidRPr="00535E53">
        <w:t>Three Skills They're Looking For</w:t>
      </w:r>
    </w:p>
    <w:p w14:paraId="175B2C1E" w14:textId="77777777" w:rsidR="00535E53" w:rsidRPr="00535E53" w:rsidRDefault="00535E53" w:rsidP="00535E53">
      <w:r w:rsidRPr="00535E53">
        <w:t>1.</w:t>
      </w:r>
      <w:r w:rsidRPr="00535E53">
        <w:tab/>
        <w:t>________________________________________</w:t>
      </w:r>
    </w:p>
    <w:p w14:paraId="1FB83472" w14:textId="77777777" w:rsidR="00535E53" w:rsidRPr="00535E53" w:rsidRDefault="00535E53" w:rsidP="00535E53">
      <w:r w:rsidRPr="00535E53">
        <w:t>2.</w:t>
      </w:r>
      <w:r w:rsidRPr="00535E53">
        <w:tab/>
        <w:t>________________________________________</w:t>
      </w:r>
    </w:p>
    <w:p w14:paraId="78C0C011" w14:textId="77777777" w:rsidR="00535E53" w:rsidRPr="00535E53" w:rsidRDefault="00535E53" w:rsidP="00535E53">
      <w:r w:rsidRPr="00535E53">
        <w:t>3.</w:t>
      </w:r>
      <w:r w:rsidRPr="00535E53">
        <w:tab/>
        <w:t>________________________________________</w:t>
      </w:r>
    </w:p>
    <w:p w14:paraId="15955765" w14:textId="77777777" w:rsidR="00535E53" w:rsidRPr="00535E53" w:rsidRDefault="00535E53" w:rsidP="00535E53">
      <w:r w:rsidRPr="00535E53">
        <w:t>My Strongest Examples</w:t>
      </w:r>
    </w:p>
    <w:p w14:paraId="1D46840D" w14:textId="77777777" w:rsidR="00535E53" w:rsidRPr="00535E53" w:rsidRDefault="00535E53" w:rsidP="00535E53">
      <w:r w:rsidRPr="00535E53">
        <w:rPr>
          <w:b/>
        </w:rPr>
        <w:t>Example 1:</w:t>
      </w:r>
    </w:p>
    <w:p w14:paraId="3544AFB4" w14:textId="77777777" w:rsidR="00535E53" w:rsidRPr="00535E53" w:rsidRDefault="00535E53" w:rsidP="00535E53">
      <w:r w:rsidRPr="00535E53">
        <w:t>________________________________________</w:t>
      </w:r>
    </w:p>
    <w:p w14:paraId="27156316" w14:textId="77777777" w:rsidR="00535E53" w:rsidRPr="00535E53" w:rsidRDefault="00535E53" w:rsidP="00535E53">
      <w:r w:rsidRPr="00535E53">
        <w:rPr>
          <w:b/>
        </w:rPr>
        <w:lastRenderedPageBreak/>
        <w:t>Example 2:</w:t>
      </w:r>
    </w:p>
    <w:p w14:paraId="7A86FC89" w14:textId="77777777" w:rsidR="00535E53" w:rsidRPr="00535E53" w:rsidRDefault="00535E53" w:rsidP="00535E53">
      <w:r w:rsidRPr="00535E53">
        <w:t>________________________________________</w:t>
      </w:r>
    </w:p>
    <w:p w14:paraId="279300CB" w14:textId="77777777" w:rsidR="00535E53" w:rsidRPr="00535E53" w:rsidRDefault="00535E53" w:rsidP="00535E53">
      <w:r w:rsidRPr="00535E53">
        <w:rPr>
          <w:b/>
        </w:rPr>
        <w:t>Example 3:</w:t>
      </w:r>
    </w:p>
    <w:p w14:paraId="4D922A50" w14:textId="77777777" w:rsidR="00535E53" w:rsidRPr="00535E53" w:rsidRDefault="00535E53" w:rsidP="00535E53">
      <w:r w:rsidRPr="00535E53">
        <w:t>________________________________________</w:t>
      </w:r>
    </w:p>
    <w:p w14:paraId="7B6E0C3C" w14:textId="77777777" w:rsidR="00535E53" w:rsidRPr="00535E53" w:rsidRDefault="00535E53" w:rsidP="00535E53">
      <w:r w:rsidRPr="00535E53">
        <w:t>________________________________________</w:t>
      </w:r>
    </w:p>
    <w:p w14:paraId="47D85D72" w14:textId="77777777" w:rsidR="00535E53" w:rsidRPr="00535E53" w:rsidRDefault="00535E53" w:rsidP="00535E53">
      <w:r w:rsidRPr="00535E53">
        <w:t>Tool 2: STAR Answer Builder</w:t>
      </w:r>
    </w:p>
    <w:p w14:paraId="5285BDCC" w14:textId="77777777" w:rsidR="00535E53" w:rsidRPr="00535E53" w:rsidRDefault="00535E53" w:rsidP="00535E53">
      <w:r w:rsidRPr="00535E53">
        <w:t>Use this worksheet to prepare your stories.</w:t>
      </w:r>
    </w:p>
    <w:p w14:paraId="6FCF1DB6" w14:textId="77777777" w:rsidR="00535E53" w:rsidRPr="00535E53" w:rsidRDefault="00535E53" w:rsidP="00535E53">
      <w:r w:rsidRPr="00535E53">
        <w:t>Situation</w:t>
      </w:r>
    </w:p>
    <w:p w14:paraId="77B3D0D1" w14:textId="77777777" w:rsidR="00535E53" w:rsidRPr="00535E53" w:rsidRDefault="00535E53" w:rsidP="00535E53">
      <w:r w:rsidRPr="00535E53">
        <w:t>________________________________________</w:t>
      </w:r>
    </w:p>
    <w:p w14:paraId="485ECBF3" w14:textId="77777777" w:rsidR="00535E53" w:rsidRPr="00535E53" w:rsidRDefault="00535E53" w:rsidP="00535E53">
      <w:r w:rsidRPr="00535E53">
        <w:t>Task</w:t>
      </w:r>
    </w:p>
    <w:p w14:paraId="77C30403" w14:textId="77777777" w:rsidR="00535E53" w:rsidRPr="00535E53" w:rsidRDefault="00535E53" w:rsidP="00535E53">
      <w:r w:rsidRPr="00535E53">
        <w:t>________________________________________</w:t>
      </w:r>
    </w:p>
    <w:p w14:paraId="0F7DE606" w14:textId="77777777" w:rsidR="00535E53" w:rsidRPr="00535E53" w:rsidRDefault="00535E53" w:rsidP="00535E53">
      <w:r w:rsidRPr="00535E53">
        <w:t>Action</w:t>
      </w:r>
    </w:p>
    <w:p w14:paraId="6BEE1C44" w14:textId="77777777" w:rsidR="00535E53" w:rsidRPr="00535E53" w:rsidRDefault="00535E53" w:rsidP="00535E53">
      <w:r w:rsidRPr="00535E53">
        <w:t>________________________________________</w:t>
      </w:r>
    </w:p>
    <w:p w14:paraId="28BF3D5D" w14:textId="77777777" w:rsidR="00535E53" w:rsidRPr="00535E53" w:rsidRDefault="00535E53" w:rsidP="00535E53">
      <w:r w:rsidRPr="00535E53">
        <w:t>Result</w:t>
      </w:r>
    </w:p>
    <w:p w14:paraId="4BA1D88C" w14:textId="77777777" w:rsidR="00535E53" w:rsidRPr="00535E53" w:rsidRDefault="00535E53" w:rsidP="00535E53">
      <w:r w:rsidRPr="00535E53">
        <w:t>________________________________________</w:t>
      </w:r>
    </w:p>
    <w:p w14:paraId="1AFD62CE" w14:textId="77777777" w:rsidR="00535E53" w:rsidRPr="00535E53" w:rsidRDefault="00535E53" w:rsidP="00535E53">
      <w:r w:rsidRPr="00535E53">
        <w:rPr>
          <w:b/>
        </w:rPr>
        <w:t>Prepare at least five STAR stories covering:</w:t>
      </w:r>
    </w:p>
    <w:p w14:paraId="05C43A8D" w14:textId="77777777" w:rsidR="00535E53" w:rsidRPr="00535E53" w:rsidRDefault="00535E53" w:rsidP="00535E53">
      <w:r w:rsidRPr="00535E53">
        <w:t>•</w:t>
      </w:r>
      <w:r w:rsidRPr="00535E53">
        <w:tab/>
        <w:t xml:space="preserve">Solving a problem </w:t>
      </w:r>
    </w:p>
    <w:p w14:paraId="5406F229" w14:textId="77777777" w:rsidR="00535E53" w:rsidRPr="00535E53" w:rsidRDefault="00535E53" w:rsidP="00535E53">
      <w:r w:rsidRPr="00535E53">
        <w:t>•</w:t>
      </w:r>
      <w:r w:rsidRPr="00535E53">
        <w:tab/>
        <w:t xml:space="preserve">Working in a team </w:t>
      </w:r>
    </w:p>
    <w:p w14:paraId="2984FEEA" w14:textId="77777777" w:rsidR="00535E53" w:rsidRPr="00535E53" w:rsidRDefault="00535E53" w:rsidP="00535E53">
      <w:r w:rsidRPr="00535E53">
        <w:t>•</w:t>
      </w:r>
      <w:r w:rsidRPr="00535E53">
        <w:tab/>
        <w:t xml:space="preserve">Handling pressure </w:t>
      </w:r>
    </w:p>
    <w:p w14:paraId="6E341FB0" w14:textId="77777777" w:rsidR="00535E53" w:rsidRPr="00535E53" w:rsidRDefault="00535E53" w:rsidP="00535E53">
      <w:r w:rsidRPr="00535E53">
        <w:t>•</w:t>
      </w:r>
      <w:r w:rsidRPr="00535E53">
        <w:tab/>
        <w:t xml:space="preserve">Managing conflict </w:t>
      </w:r>
    </w:p>
    <w:p w14:paraId="60B0841E" w14:textId="77777777" w:rsidR="00535E53" w:rsidRPr="00535E53" w:rsidRDefault="00535E53" w:rsidP="00535E53">
      <w:r w:rsidRPr="00535E53">
        <w:t>•</w:t>
      </w:r>
      <w:r w:rsidRPr="00535E53">
        <w:tab/>
        <w:t xml:space="preserve">Learning something new </w:t>
      </w:r>
    </w:p>
    <w:p w14:paraId="6EC9635D" w14:textId="77777777" w:rsidR="00535E53" w:rsidRPr="00535E53" w:rsidRDefault="00535E53" w:rsidP="00535E53">
      <w:r w:rsidRPr="00535E53">
        <w:t>These examples can often be adapted to different interview questions.</w:t>
      </w:r>
    </w:p>
    <w:p w14:paraId="3EF5D947" w14:textId="77777777" w:rsidR="00535E53" w:rsidRPr="00535E53" w:rsidRDefault="00535E53" w:rsidP="00535E53">
      <w:r w:rsidRPr="00535E53">
        <w:t>________________________________________</w:t>
      </w:r>
    </w:p>
    <w:p w14:paraId="789D413F" w14:textId="77777777" w:rsidR="00535E53" w:rsidRPr="00535E53" w:rsidRDefault="00535E53" w:rsidP="00535E53">
      <w:r w:rsidRPr="00535E53">
        <w:t>Tool 3: Post-Interview Reflection</w:t>
      </w:r>
    </w:p>
    <w:p w14:paraId="43DD0087" w14:textId="77777777" w:rsidR="00535E53" w:rsidRPr="00535E53" w:rsidRDefault="00535E53" w:rsidP="00535E53">
      <w:r w:rsidRPr="00535E53">
        <w:t>After each interview, answer these questions.</w:t>
      </w:r>
    </w:p>
    <w:p w14:paraId="106A1197" w14:textId="77777777" w:rsidR="00535E53" w:rsidRPr="00535E53" w:rsidRDefault="00535E53" w:rsidP="00535E53">
      <w:r w:rsidRPr="00535E53">
        <w:t>What went well?</w:t>
      </w:r>
    </w:p>
    <w:p w14:paraId="50317977" w14:textId="77777777" w:rsidR="00535E53" w:rsidRPr="00535E53" w:rsidRDefault="00535E53" w:rsidP="00535E53">
      <w:r w:rsidRPr="00535E53">
        <w:lastRenderedPageBreak/>
        <w:t>________________________________________</w:t>
      </w:r>
    </w:p>
    <w:p w14:paraId="150D9922" w14:textId="77777777" w:rsidR="00535E53" w:rsidRPr="00535E53" w:rsidRDefault="00535E53" w:rsidP="00535E53">
      <w:r w:rsidRPr="00535E53">
        <w:t>What questions surprised me?</w:t>
      </w:r>
    </w:p>
    <w:p w14:paraId="45B86B18" w14:textId="77777777" w:rsidR="00535E53" w:rsidRPr="00535E53" w:rsidRDefault="00535E53" w:rsidP="00535E53">
      <w:r w:rsidRPr="00535E53">
        <w:t>________________________________________</w:t>
      </w:r>
    </w:p>
    <w:p w14:paraId="4EF144F8" w14:textId="77777777" w:rsidR="00535E53" w:rsidRPr="00535E53" w:rsidRDefault="00535E53" w:rsidP="00535E53">
      <w:r w:rsidRPr="00535E53">
        <w:t>What could I improve?</w:t>
      </w:r>
    </w:p>
    <w:p w14:paraId="18EFC25A" w14:textId="77777777" w:rsidR="00535E53" w:rsidRPr="00535E53" w:rsidRDefault="00535E53" w:rsidP="00535E53">
      <w:r w:rsidRPr="00535E53">
        <w:t>________________________________________</w:t>
      </w:r>
    </w:p>
    <w:p w14:paraId="40FFAB85" w14:textId="77777777" w:rsidR="00535E53" w:rsidRPr="00535E53" w:rsidRDefault="00535E53" w:rsidP="00535E53">
      <w:r w:rsidRPr="00535E53">
        <w:t>What should I prepare better next time?</w:t>
      </w:r>
    </w:p>
    <w:p w14:paraId="2B63E954" w14:textId="77777777" w:rsidR="00535E53" w:rsidRPr="00535E53" w:rsidRDefault="00535E53" w:rsidP="00535E53">
      <w:r w:rsidRPr="00535E53">
        <w:t>________________________________________</w:t>
      </w:r>
    </w:p>
    <w:p w14:paraId="32FB1774" w14:textId="77777777" w:rsidR="00535E53" w:rsidRPr="00535E53" w:rsidRDefault="00535E53" w:rsidP="00535E53">
      <w:r w:rsidRPr="00535E53">
        <w:t>Reflection turns every interview into a learning opportunity.</w:t>
      </w:r>
    </w:p>
    <w:p w14:paraId="65BF921B" w14:textId="77777777" w:rsidR="00535E53" w:rsidRPr="00535E53" w:rsidRDefault="00535E53" w:rsidP="00535E53">
      <w:r w:rsidRPr="00535E53">
        <w:t>________________________________________</w:t>
      </w:r>
    </w:p>
    <w:p w14:paraId="01551544" w14:textId="77777777" w:rsidR="00535E53" w:rsidRPr="00535E53" w:rsidRDefault="00535E53" w:rsidP="00535E53">
      <w:r w:rsidRPr="00535E53">
        <w:t>Tool 4: Thank-You Email Template</w:t>
      </w:r>
    </w:p>
    <w:p w14:paraId="381D840E" w14:textId="77777777" w:rsidR="00535E53" w:rsidRPr="00535E53" w:rsidRDefault="00535E53" w:rsidP="00535E53">
      <w:r w:rsidRPr="00535E53">
        <w:t>Subject: Thank You for Today's Interview</w:t>
      </w:r>
    </w:p>
    <w:p w14:paraId="5F5FE952" w14:textId="77777777" w:rsidR="00535E53" w:rsidRPr="00535E53" w:rsidRDefault="00535E53" w:rsidP="00535E53">
      <w:r w:rsidRPr="00535E53">
        <w:t>Dear [Interviewer's Name],</w:t>
      </w:r>
    </w:p>
    <w:p w14:paraId="7D86EB17" w14:textId="77777777" w:rsidR="00535E53" w:rsidRPr="00535E53" w:rsidRDefault="00535E53" w:rsidP="00535E53">
      <w:r w:rsidRPr="00535E53">
        <w:t>Thank you for taking the time to speak with me today regarding the [Job Title] position.</w:t>
      </w:r>
    </w:p>
    <w:p w14:paraId="3BF5DEAC" w14:textId="77777777" w:rsidR="00535E53" w:rsidRPr="00535E53" w:rsidRDefault="00535E53" w:rsidP="00535E53">
      <w:r w:rsidRPr="00535E53">
        <w:t>I enjoyed learning more about your team and the role. Our conversation reinforced my interest in the opportunity and how my skills could contribute to your organization.</w:t>
      </w:r>
    </w:p>
    <w:p w14:paraId="626C3623" w14:textId="77777777" w:rsidR="00535E53" w:rsidRPr="00535E53" w:rsidRDefault="00535E53" w:rsidP="00535E53">
      <w:r w:rsidRPr="00535E53">
        <w:t>Thank you once again for your time and consideration. I look forward to hearing from you.</w:t>
      </w:r>
    </w:p>
    <w:p w14:paraId="6C65CBC2" w14:textId="77777777" w:rsidR="00535E53" w:rsidRPr="00535E53" w:rsidRDefault="00535E53" w:rsidP="00535E53">
      <w:r w:rsidRPr="00535E53">
        <w:t>Kind regards,</w:t>
      </w:r>
    </w:p>
    <w:p w14:paraId="1846B2A9" w14:textId="77777777" w:rsidR="00535E53" w:rsidRPr="00535E53" w:rsidRDefault="00535E53" w:rsidP="00535E53">
      <w:r w:rsidRPr="00535E53">
        <w:t>[Your Name]</w:t>
      </w:r>
    </w:p>
    <w:p w14:paraId="6B40C77F" w14:textId="77777777" w:rsidR="00535E53" w:rsidRPr="00535E53" w:rsidRDefault="00535E53" w:rsidP="00535E53">
      <w:r w:rsidRPr="00535E53">
        <w:t>________________________________________</w:t>
      </w:r>
    </w:p>
    <w:p w14:paraId="2F3245A1" w14:textId="77777777" w:rsidR="00535E53" w:rsidRPr="00535E53" w:rsidRDefault="00535E53" w:rsidP="00535E53">
      <w:r w:rsidRPr="00535E53">
        <w:t>Common Interview Mistakes</w:t>
      </w:r>
    </w:p>
    <w:p w14:paraId="36A5F9F2" w14:textId="77777777" w:rsidR="00535E53" w:rsidRPr="00535E53" w:rsidRDefault="00535E53" w:rsidP="00535E53">
      <w:r w:rsidRPr="00535E53">
        <w:rPr>
          <w:b/>
        </w:rPr>
        <w:t>Avoid these common pitfalls:</w:t>
      </w:r>
    </w:p>
    <w:p w14:paraId="18728532" w14:textId="77777777" w:rsidR="00535E53" w:rsidRPr="00535E53" w:rsidRDefault="00535E53" w:rsidP="00535E53">
      <w:r w:rsidRPr="00535E53">
        <w:t>•</w:t>
      </w:r>
      <w:r w:rsidRPr="00535E53">
        <w:tab/>
        <w:t xml:space="preserve">Arriving late to virtual interviews. </w:t>
      </w:r>
    </w:p>
    <w:p w14:paraId="7C6C7F31" w14:textId="77777777" w:rsidR="00535E53" w:rsidRPr="00535E53" w:rsidRDefault="00535E53" w:rsidP="00535E53">
      <w:r w:rsidRPr="00535E53">
        <w:t>•</w:t>
      </w:r>
      <w:r w:rsidRPr="00535E53">
        <w:tab/>
        <w:t xml:space="preserve">Speaking negatively about previous employers. </w:t>
      </w:r>
    </w:p>
    <w:p w14:paraId="69586532" w14:textId="77777777" w:rsidR="00535E53" w:rsidRPr="00535E53" w:rsidRDefault="00535E53" w:rsidP="00535E53">
      <w:r w:rsidRPr="00535E53">
        <w:t>•</w:t>
      </w:r>
      <w:r w:rsidRPr="00535E53">
        <w:tab/>
        <w:t xml:space="preserve">Giving vague or overly long answers. </w:t>
      </w:r>
    </w:p>
    <w:p w14:paraId="7F2F2CAA" w14:textId="77777777" w:rsidR="00535E53" w:rsidRPr="00535E53" w:rsidRDefault="00535E53" w:rsidP="00535E53">
      <w:r w:rsidRPr="00535E53">
        <w:t>•</w:t>
      </w:r>
      <w:r w:rsidRPr="00535E53">
        <w:tab/>
        <w:t xml:space="preserve">Failing to research the company. </w:t>
      </w:r>
    </w:p>
    <w:p w14:paraId="4FD17F7A" w14:textId="77777777" w:rsidR="00535E53" w:rsidRPr="00535E53" w:rsidRDefault="00535E53" w:rsidP="00535E53">
      <w:r w:rsidRPr="00535E53">
        <w:t>•</w:t>
      </w:r>
      <w:r w:rsidRPr="00535E53">
        <w:tab/>
        <w:t xml:space="preserve">Forgetting to prepare examples from your own experience. </w:t>
      </w:r>
    </w:p>
    <w:p w14:paraId="33143FC4" w14:textId="77777777" w:rsidR="00535E53" w:rsidRPr="00535E53" w:rsidRDefault="00535E53" w:rsidP="00535E53">
      <w:r w:rsidRPr="00535E53">
        <w:t>•</w:t>
      </w:r>
      <w:r w:rsidRPr="00535E53">
        <w:tab/>
        <w:t xml:space="preserve">Treating the interview as a one-sided conversation. </w:t>
      </w:r>
    </w:p>
    <w:p w14:paraId="2ADF10E1" w14:textId="77777777" w:rsidR="00535E53" w:rsidRPr="00535E53" w:rsidRDefault="00535E53" w:rsidP="00535E53">
      <w:r w:rsidRPr="00535E53">
        <w:lastRenderedPageBreak/>
        <w:t>Remember: interviews are as much about evaluating the company as they are about evaluating you.</w:t>
      </w:r>
    </w:p>
    <w:p w14:paraId="4A9756F0" w14:textId="77777777" w:rsidR="00535E53" w:rsidRPr="00535E53" w:rsidRDefault="00535E53" w:rsidP="00535E53">
      <w:r w:rsidRPr="00535E53">
        <w:t>________________________________________</w:t>
      </w:r>
    </w:p>
    <w:p w14:paraId="2AEF0ECE" w14:textId="77777777" w:rsidR="00535E53" w:rsidRPr="00535E53" w:rsidRDefault="00535E53" w:rsidP="00535E53">
      <w:r w:rsidRPr="00535E53">
        <w:t>Chapter Seven Challenge</w:t>
      </w:r>
    </w:p>
    <w:p w14:paraId="3017B19B" w14:textId="77777777" w:rsidR="00535E53" w:rsidRPr="00535E53" w:rsidRDefault="00535E53" w:rsidP="00535E53">
      <w:r w:rsidRPr="00535E53">
        <w:rPr>
          <w:b/>
        </w:rPr>
        <w:t>Before moving to the final chapter:</w:t>
      </w:r>
    </w:p>
    <w:p w14:paraId="180546B3" w14:textId="77777777" w:rsidR="00535E53" w:rsidRPr="00535E53" w:rsidRDefault="00535E53" w:rsidP="00535E53">
      <w:r w:rsidRPr="00535E53">
        <w:rPr>
          <w:rFonts w:ascii="Segoe UI Symbol" w:hAnsi="Segoe UI Symbol" w:cs="Segoe UI Symbol"/>
        </w:rPr>
        <w:t>☐</w:t>
      </w:r>
      <w:r w:rsidRPr="00535E53">
        <w:t xml:space="preserve"> Prepare five STAR stories.</w:t>
      </w:r>
    </w:p>
    <w:p w14:paraId="1D760E22" w14:textId="77777777" w:rsidR="00535E53" w:rsidRPr="00535E53" w:rsidRDefault="00535E53" w:rsidP="00535E53">
      <w:r w:rsidRPr="00535E53">
        <w:rPr>
          <w:rFonts w:ascii="Segoe UI Symbol" w:hAnsi="Segoe UI Symbol" w:cs="Segoe UI Symbol"/>
        </w:rPr>
        <w:t>☐</w:t>
      </w:r>
      <w:r w:rsidRPr="00535E53">
        <w:t xml:space="preserve"> Research one company thoroughly.</w:t>
      </w:r>
    </w:p>
    <w:p w14:paraId="5508DE4E" w14:textId="77777777" w:rsidR="00535E53" w:rsidRPr="00535E53" w:rsidRDefault="00535E53" w:rsidP="00535E53">
      <w:r w:rsidRPr="00535E53">
        <w:rPr>
          <w:rFonts w:ascii="Segoe UI Symbol" w:hAnsi="Segoe UI Symbol" w:cs="Segoe UI Symbol"/>
        </w:rPr>
        <w:t>☐</w:t>
      </w:r>
      <w:r w:rsidRPr="00535E53">
        <w:t xml:space="preserve"> Practice introducing yourself in under two minutes.</w:t>
      </w:r>
    </w:p>
    <w:p w14:paraId="504539C4" w14:textId="77777777" w:rsidR="00535E53" w:rsidRPr="00535E53" w:rsidRDefault="00535E53" w:rsidP="00535E53">
      <w:r w:rsidRPr="00535E53">
        <w:rPr>
          <w:rFonts w:ascii="Segoe UI Symbol" w:hAnsi="Segoe UI Symbol" w:cs="Segoe UI Symbol"/>
        </w:rPr>
        <w:t>☐</w:t>
      </w:r>
      <w:r w:rsidRPr="00535E53">
        <w:t xml:space="preserve"> Prepare three thoughtful questions to ask an interviewer.</w:t>
      </w:r>
    </w:p>
    <w:p w14:paraId="0AC5EF78" w14:textId="77777777" w:rsidR="00535E53" w:rsidRPr="00535E53" w:rsidRDefault="00535E53" w:rsidP="00535E53">
      <w:r w:rsidRPr="00535E53">
        <w:rPr>
          <w:rFonts w:ascii="Segoe UI Symbol" w:hAnsi="Segoe UI Symbol" w:cs="Segoe UI Symbol"/>
        </w:rPr>
        <w:t>☐</w:t>
      </w:r>
      <w:r w:rsidRPr="00535E53">
        <w:t xml:space="preserve"> Send a thank-you email after your next interview.</w:t>
      </w:r>
    </w:p>
    <w:p w14:paraId="66808B35" w14:textId="77777777" w:rsidR="00535E53" w:rsidRPr="00535E53" w:rsidRDefault="00535E53" w:rsidP="00535E53">
      <w:r w:rsidRPr="00535E53">
        <w:t>These small habits can help you feel more prepared and confident when opportunities arise.</w:t>
      </w:r>
    </w:p>
    <w:p w14:paraId="6C696E6E" w14:textId="77777777" w:rsidR="00535E53" w:rsidRPr="00535E53" w:rsidRDefault="00535E53" w:rsidP="00535E53">
      <w:r w:rsidRPr="00535E53">
        <w:t>________________________________________</w:t>
      </w:r>
    </w:p>
    <w:p w14:paraId="23BE6DAB" w14:textId="77777777" w:rsidR="00535E53" w:rsidRPr="00535E53" w:rsidRDefault="00535E53" w:rsidP="00535E53">
      <w:r w:rsidRPr="00535E53">
        <w:t>Key Lessons from Chapter Seven</w:t>
      </w:r>
    </w:p>
    <w:p w14:paraId="5B820EC3" w14:textId="77777777" w:rsidR="00535E53" w:rsidRPr="00535E53" w:rsidRDefault="00535E53" w:rsidP="00535E53">
      <w:r w:rsidRPr="00535E53">
        <w:t>1.</w:t>
      </w:r>
      <w:r w:rsidRPr="00535E53">
        <w:tab/>
        <w:t xml:space="preserve">Preparation builds confidence. </w:t>
      </w:r>
    </w:p>
    <w:p w14:paraId="277D4048" w14:textId="77777777" w:rsidR="00535E53" w:rsidRPr="00535E53" w:rsidRDefault="00535E53" w:rsidP="00535E53">
      <w:r w:rsidRPr="00535E53">
        <w:t>2.</w:t>
      </w:r>
      <w:r w:rsidRPr="00535E53">
        <w:tab/>
        <w:t xml:space="preserve">Structure your answers using the STAR method. </w:t>
      </w:r>
    </w:p>
    <w:p w14:paraId="0B17E426" w14:textId="77777777" w:rsidR="00535E53" w:rsidRPr="00535E53" w:rsidRDefault="00535E53" w:rsidP="00535E53">
      <w:r w:rsidRPr="00535E53">
        <w:t>3.</w:t>
      </w:r>
      <w:r w:rsidRPr="00535E53">
        <w:tab/>
        <w:t xml:space="preserve">Research the company before every interview. </w:t>
      </w:r>
    </w:p>
    <w:p w14:paraId="2E983F0D" w14:textId="77777777" w:rsidR="00535E53" w:rsidRPr="00535E53" w:rsidRDefault="00535E53" w:rsidP="00535E53">
      <w:r w:rsidRPr="00535E53">
        <w:t>4.</w:t>
      </w:r>
      <w:r w:rsidRPr="00535E53">
        <w:tab/>
        <w:t xml:space="preserve">Professional communication continues after the interview. </w:t>
      </w:r>
    </w:p>
    <w:p w14:paraId="21B7A6DF" w14:textId="77777777" w:rsidR="00535E53" w:rsidRPr="00535E53" w:rsidRDefault="00535E53" w:rsidP="00535E53">
      <w:r w:rsidRPr="00535E53">
        <w:t>5.</w:t>
      </w:r>
      <w:r w:rsidRPr="00535E53">
        <w:tab/>
        <w:t>Every interview is an opportunity to learn, regardless of the outcome.</w:t>
      </w:r>
    </w:p>
    <w:p w14:paraId="1E21D794" w14:textId="58390DE9" w:rsidR="00E0039B" w:rsidRPr="00E0039B" w:rsidRDefault="00E0039B" w:rsidP="00E0039B">
      <w:r w:rsidRPr="00E0039B">
        <w:lastRenderedPageBreak/>
        <w:drawing>
          <wp:inline distT="0" distB="0" distL="0" distR="0" wp14:anchorId="4E25E07C" wp14:editId="12C63056">
            <wp:extent cx="5669280" cy="3268980"/>
            <wp:effectExtent l="0" t="0" r="7620" b="7620"/>
            <wp:docPr id="53338516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81D23" w14:textId="77777777" w:rsidR="00E0039B" w:rsidRPr="00E0039B" w:rsidRDefault="00E0039B" w:rsidP="00E0039B">
      <w:pPr>
        <w:rPr>
          <w:b/>
          <w:bCs/>
        </w:rPr>
      </w:pPr>
      <w:r w:rsidRPr="00E0039B">
        <w:rPr>
          <w:b/>
          <w:bCs/>
        </w:rPr>
        <w:t>CHAPTER EIGHT</w:t>
      </w:r>
    </w:p>
    <w:p w14:paraId="36628F6C" w14:textId="77777777" w:rsidR="00E0039B" w:rsidRPr="00E0039B" w:rsidRDefault="00E0039B" w:rsidP="00E0039B">
      <w:r w:rsidRPr="00E0039B">
        <w:t>From Job Seeker to Remote Professional</w:t>
      </w:r>
    </w:p>
    <w:p w14:paraId="7E24F58D" w14:textId="77777777" w:rsidR="00E0039B" w:rsidRPr="00E0039B" w:rsidRDefault="00E0039B" w:rsidP="00E0039B">
      <w:r w:rsidRPr="00E0039B">
        <w:t>This Is Not the Finish Line</w:t>
      </w:r>
    </w:p>
    <w:p w14:paraId="6AED21D3" w14:textId="77777777" w:rsidR="00E0039B" w:rsidRPr="00E0039B" w:rsidRDefault="00E0039B" w:rsidP="00E0039B">
      <w:r w:rsidRPr="00E0039B">
        <w:t>If you've made it this far, you've already done something many job seekers never do.</w:t>
      </w:r>
    </w:p>
    <w:p w14:paraId="26378262" w14:textId="77777777" w:rsidR="00E0039B" w:rsidRPr="00E0039B" w:rsidRDefault="00E0039B" w:rsidP="00E0039B">
      <w:r w:rsidRPr="00E0039B">
        <w:t>You've stopped guessing.</w:t>
      </w:r>
    </w:p>
    <w:p w14:paraId="3A919E47" w14:textId="77777777" w:rsidR="00E0039B" w:rsidRPr="00E0039B" w:rsidRDefault="00E0039B" w:rsidP="00E0039B">
      <w:r w:rsidRPr="00E0039B">
        <w:t>You've built a system.</w:t>
      </w:r>
    </w:p>
    <w:p w14:paraId="7F71D7DD" w14:textId="77777777" w:rsidR="00E0039B" w:rsidRPr="00E0039B" w:rsidRDefault="00E0039B" w:rsidP="00E0039B">
      <w:r w:rsidRPr="00E0039B">
        <w:t>You've learned where to find opportunities, how to verify employers, how to strengthen your CV, optimize LinkedIn, submit better applications, and prepare for interviews.</w:t>
      </w:r>
    </w:p>
    <w:p w14:paraId="4D7343D4" w14:textId="77777777" w:rsidR="00E0039B" w:rsidRPr="00E0039B" w:rsidRDefault="00E0039B" w:rsidP="00E0039B">
      <w:r w:rsidRPr="00E0039B">
        <w:t>Now comes the most important part.</w:t>
      </w:r>
    </w:p>
    <w:p w14:paraId="59FDF04F" w14:textId="77777777" w:rsidR="00E0039B" w:rsidRPr="00E0039B" w:rsidRDefault="00E0039B" w:rsidP="00E0039B">
      <w:r w:rsidRPr="00E0039B">
        <w:t>Consistency.</w:t>
      </w:r>
    </w:p>
    <w:p w14:paraId="7DF8EDCC" w14:textId="77777777" w:rsidR="00E0039B" w:rsidRPr="00E0039B" w:rsidRDefault="00E0039B" w:rsidP="00E0039B">
      <w:r w:rsidRPr="00E0039B">
        <w:t>Many people don't fail because they're unqualified.</w:t>
      </w:r>
    </w:p>
    <w:p w14:paraId="51C7A8EA" w14:textId="77777777" w:rsidR="00E0039B" w:rsidRPr="00E0039B" w:rsidRDefault="00E0039B" w:rsidP="00E0039B">
      <w:r w:rsidRPr="00E0039B">
        <w:t>They stop after a few weeks.</w:t>
      </w:r>
    </w:p>
    <w:p w14:paraId="73A7F1F2" w14:textId="77777777" w:rsidR="00E0039B" w:rsidRPr="00E0039B" w:rsidRDefault="00E0039B" w:rsidP="00E0039B">
      <w:r w:rsidRPr="00E0039B">
        <w:t>Remote job searching is rarely about one perfect application.</w:t>
      </w:r>
    </w:p>
    <w:p w14:paraId="0CF9C20F" w14:textId="77777777" w:rsidR="00E0039B" w:rsidRPr="00E0039B" w:rsidRDefault="00E0039B" w:rsidP="00E0039B">
      <w:r w:rsidRPr="00E0039B">
        <w:t>It's about building professional habits that compound over time.</w:t>
      </w:r>
    </w:p>
    <w:p w14:paraId="649677B6" w14:textId="77777777" w:rsidR="00E0039B" w:rsidRPr="00E0039B" w:rsidRDefault="00E0039B" w:rsidP="00E0039B">
      <w:r w:rsidRPr="00E0039B">
        <w:t>________________________________________</w:t>
      </w:r>
    </w:p>
    <w:p w14:paraId="7B7B7F25" w14:textId="77777777" w:rsidR="00E0039B" w:rsidRPr="00E0039B" w:rsidRDefault="00E0039B" w:rsidP="00E0039B">
      <w:r w:rsidRPr="00E0039B">
        <w:t xml:space="preserve">Think Like a Professional, </w:t>
      </w:r>
      <w:proofErr w:type="gramStart"/>
      <w:r w:rsidRPr="00E0039B">
        <w:t>Not</w:t>
      </w:r>
      <w:proofErr w:type="gramEnd"/>
      <w:r w:rsidRPr="00E0039B">
        <w:t xml:space="preserve"> a Job Seeker</w:t>
      </w:r>
    </w:p>
    <w:p w14:paraId="4BC99C36" w14:textId="77777777" w:rsidR="00E0039B" w:rsidRPr="00E0039B" w:rsidRDefault="00E0039B" w:rsidP="00E0039B">
      <w:r w:rsidRPr="00E0039B">
        <w:lastRenderedPageBreak/>
        <w:t>There's a subtle difference.</w:t>
      </w:r>
    </w:p>
    <w:p w14:paraId="107AA181" w14:textId="77777777" w:rsidR="00E0039B" w:rsidRPr="00E0039B" w:rsidRDefault="00E0039B" w:rsidP="00E0039B">
      <w:r w:rsidRPr="00E0039B">
        <w:t>A job seeker waits for opportunities.</w:t>
      </w:r>
    </w:p>
    <w:p w14:paraId="4B929C31" w14:textId="77777777" w:rsidR="00E0039B" w:rsidRPr="00E0039B" w:rsidRDefault="00E0039B" w:rsidP="00E0039B">
      <w:r w:rsidRPr="00E0039B">
        <w:t>A professional prepares for them.</w:t>
      </w:r>
    </w:p>
    <w:p w14:paraId="527EE4D5" w14:textId="77777777" w:rsidR="00E0039B" w:rsidRPr="00E0039B" w:rsidRDefault="00E0039B" w:rsidP="00E0039B">
      <w:r w:rsidRPr="00E0039B">
        <w:t>Professionals continue learning even when they're employed.</w:t>
      </w:r>
    </w:p>
    <w:p w14:paraId="691DA1D5" w14:textId="77777777" w:rsidR="00E0039B" w:rsidRPr="00E0039B" w:rsidRDefault="00E0039B" w:rsidP="00E0039B">
      <w:r w:rsidRPr="00E0039B">
        <w:t>They update their CV before they need it.</w:t>
      </w:r>
    </w:p>
    <w:p w14:paraId="30D65C25" w14:textId="77777777" w:rsidR="00E0039B" w:rsidRPr="00E0039B" w:rsidRDefault="00E0039B" w:rsidP="00E0039B">
      <w:r w:rsidRPr="00E0039B">
        <w:t>They maintain relationships.</w:t>
      </w:r>
    </w:p>
    <w:p w14:paraId="2A99C345" w14:textId="77777777" w:rsidR="00E0039B" w:rsidRPr="00E0039B" w:rsidRDefault="00E0039B" w:rsidP="00E0039B">
      <w:r w:rsidRPr="00E0039B">
        <w:t>They improve their skills.</w:t>
      </w:r>
    </w:p>
    <w:p w14:paraId="67E50103" w14:textId="77777777" w:rsidR="00E0039B" w:rsidRPr="00E0039B" w:rsidRDefault="00E0039B" w:rsidP="00E0039B">
      <w:r w:rsidRPr="00E0039B">
        <w:t>The goal isn't simply to get one remote job.</w:t>
      </w:r>
    </w:p>
    <w:p w14:paraId="5764ACDA" w14:textId="77777777" w:rsidR="00E0039B" w:rsidRPr="00E0039B" w:rsidRDefault="00E0039B" w:rsidP="00E0039B">
      <w:r w:rsidRPr="00E0039B">
        <w:t>The goal is to build a career that continues to grow.</w:t>
      </w:r>
    </w:p>
    <w:p w14:paraId="4C47FC17" w14:textId="77777777" w:rsidR="00E0039B" w:rsidRPr="00E0039B" w:rsidRDefault="00E0039B" w:rsidP="00E0039B">
      <w:r w:rsidRPr="00E0039B">
        <w:t>________________________________________</w:t>
      </w:r>
    </w:p>
    <w:p w14:paraId="009ED07B" w14:textId="77777777" w:rsidR="00E0039B" w:rsidRPr="00E0039B" w:rsidRDefault="00E0039B" w:rsidP="00E0039B">
      <w:r w:rsidRPr="00E0039B">
        <w:t>Talking About Money</w:t>
      </w:r>
    </w:p>
    <w:p w14:paraId="67B0B528" w14:textId="77777777" w:rsidR="00E0039B" w:rsidRPr="00E0039B" w:rsidRDefault="00E0039B" w:rsidP="00E0039B">
      <w:r w:rsidRPr="00E0039B">
        <w:t>Many people feel uncomfortable discussing salary.</w:t>
      </w:r>
    </w:p>
    <w:p w14:paraId="01229B66" w14:textId="77777777" w:rsidR="00E0039B" w:rsidRPr="00E0039B" w:rsidRDefault="00E0039B" w:rsidP="00E0039B">
      <w:r w:rsidRPr="00E0039B">
        <w:t>They worry that asking for too much will cost them the opportunity.</w:t>
      </w:r>
    </w:p>
    <w:p w14:paraId="27B04B28" w14:textId="77777777" w:rsidR="00E0039B" w:rsidRPr="00E0039B" w:rsidRDefault="00E0039B" w:rsidP="00E0039B">
      <w:r w:rsidRPr="00E0039B">
        <w:t>Or they accept the very first figure offered without asking questions.</w:t>
      </w:r>
    </w:p>
    <w:p w14:paraId="314012BA" w14:textId="77777777" w:rsidR="00E0039B" w:rsidRPr="00E0039B" w:rsidRDefault="00E0039B" w:rsidP="00E0039B">
      <w:r w:rsidRPr="00E0039B">
        <w:t>Instead, approach salary discussions as professional conversations.</w:t>
      </w:r>
    </w:p>
    <w:p w14:paraId="021B3CB5" w14:textId="77777777" w:rsidR="00E0039B" w:rsidRPr="00E0039B" w:rsidRDefault="00E0039B" w:rsidP="00E0039B">
      <w:r w:rsidRPr="00E0039B">
        <w:rPr>
          <w:b/>
        </w:rPr>
        <w:t>When compensation comes up:</w:t>
      </w:r>
    </w:p>
    <w:p w14:paraId="69F4A064" w14:textId="77777777" w:rsidR="00E0039B" w:rsidRPr="00E0039B" w:rsidRDefault="00E0039B" w:rsidP="00E0039B">
      <w:r w:rsidRPr="00E0039B">
        <w:t>•</w:t>
      </w:r>
      <w:r w:rsidRPr="00E0039B">
        <w:tab/>
        <w:t xml:space="preserve">Listen carefully. </w:t>
      </w:r>
    </w:p>
    <w:p w14:paraId="68B9FA1A" w14:textId="77777777" w:rsidR="00E0039B" w:rsidRPr="00E0039B" w:rsidRDefault="00E0039B" w:rsidP="00E0039B">
      <w:r w:rsidRPr="00E0039B">
        <w:t>•</w:t>
      </w:r>
      <w:r w:rsidRPr="00E0039B">
        <w:tab/>
        <w:t xml:space="preserve">Understand the full package, not just the base pay. </w:t>
      </w:r>
    </w:p>
    <w:p w14:paraId="41BCA178" w14:textId="77777777" w:rsidR="00E0039B" w:rsidRPr="00E0039B" w:rsidRDefault="00E0039B" w:rsidP="00E0039B">
      <w:r w:rsidRPr="00E0039B">
        <w:t>•</w:t>
      </w:r>
      <w:r w:rsidRPr="00E0039B">
        <w:tab/>
        <w:t xml:space="preserve">Consider responsibilities, benefits, working hours, and growth opportunities. </w:t>
      </w:r>
    </w:p>
    <w:p w14:paraId="7C8B5341" w14:textId="77777777" w:rsidR="00E0039B" w:rsidRPr="00E0039B" w:rsidRDefault="00E0039B" w:rsidP="00E0039B">
      <w:r w:rsidRPr="00E0039B">
        <w:t>•</w:t>
      </w:r>
      <w:r w:rsidRPr="00E0039B">
        <w:tab/>
        <w:t xml:space="preserve">If appropriate, ask whether there is flexibility in the offer. </w:t>
      </w:r>
    </w:p>
    <w:p w14:paraId="0805DC94" w14:textId="77777777" w:rsidR="00E0039B" w:rsidRPr="00E0039B" w:rsidRDefault="00E0039B" w:rsidP="00E0039B">
      <w:r w:rsidRPr="00E0039B">
        <w:t>Negotiation isn't about demanding more.</w:t>
      </w:r>
    </w:p>
    <w:p w14:paraId="63EBC5E6" w14:textId="77777777" w:rsidR="00E0039B" w:rsidRPr="00E0039B" w:rsidRDefault="00E0039B" w:rsidP="00E0039B">
      <w:r w:rsidRPr="00E0039B">
        <w:t>It's about understanding your value and communicating professionally.</w:t>
      </w:r>
    </w:p>
    <w:p w14:paraId="6713E1DE" w14:textId="77777777" w:rsidR="00E0039B" w:rsidRPr="00E0039B" w:rsidRDefault="00E0039B" w:rsidP="00E0039B">
      <w:r w:rsidRPr="00E0039B">
        <w:t>________________________________________</w:t>
      </w:r>
    </w:p>
    <w:p w14:paraId="00CCEF46" w14:textId="77777777" w:rsidR="00E0039B" w:rsidRPr="00E0039B" w:rsidRDefault="00E0039B" w:rsidP="00E0039B">
      <w:r w:rsidRPr="00E0039B">
        <w:t>Freelancing vs Employment</w:t>
      </w:r>
    </w:p>
    <w:p w14:paraId="5103F9F0" w14:textId="77777777" w:rsidR="00E0039B" w:rsidRPr="00E0039B" w:rsidRDefault="00E0039B" w:rsidP="00E0039B">
      <w:r w:rsidRPr="00E0039B">
        <w:t>Throughout this guide we've discussed remote jobs, but you may also encounter freelance opportunities.</w:t>
      </w:r>
    </w:p>
    <w:p w14:paraId="20985E28" w14:textId="77777777" w:rsidR="00E0039B" w:rsidRPr="00E0039B" w:rsidRDefault="00E0039B" w:rsidP="00E0039B">
      <w:r w:rsidRPr="00E0039B">
        <w:t>Both have advantages.</w:t>
      </w:r>
    </w:p>
    <w:p w14:paraId="1060EE0A" w14:textId="77777777" w:rsidR="00E0039B" w:rsidRPr="00E0039B" w:rsidRDefault="00E0039B" w:rsidP="00E0039B">
      <w:r w:rsidRPr="00E0039B">
        <w:lastRenderedPageBreak/>
        <w:t>Remote Employment</w:t>
      </w:r>
    </w:p>
    <w:p w14:paraId="7198B060" w14:textId="77777777" w:rsidR="00E0039B" w:rsidRPr="00E0039B" w:rsidRDefault="00E0039B" w:rsidP="00E0039B">
      <w:r w:rsidRPr="00E0039B">
        <w:rPr>
          <w:b/>
        </w:rPr>
        <w:t>Often provides:</w:t>
      </w:r>
    </w:p>
    <w:p w14:paraId="09B33C4E" w14:textId="77777777" w:rsidR="00E0039B" w:rsidRPr="00E0039B" w:rsidRDefault="00E0039B" w:rsidP="00E0039B">
      <w:r w:rsidRPr="00E0039B">
        <w:t>•</w:t>
      </w:r>
      <w:r w:rsidRPr="00E0039B">
        <w:tab/>
        <w:t xml:space="preserve">Regular income </w:t>
      </w:r>
    </w:p>
    <w:p w14:paraId="3C1D1F54" w14:textId="77777777" w:rsidR="00E0039B" w:rsidRPr="00E0039B" w:rsidRDefault="00E0039B" w:rsidP="00E0039B">
      <w:r w:rsidRPr="00E0039B">
        <w:t>•</w:t>
      </w:r>
      <w:r w:rsidRPr="00E0039B">
        <w:tab/>
        <w:t xml:space="preserve">Structured responsibilities </w:t>
      </w:r>
    </w:p>
    <w:p w14:paraId="4447ACB0" w14:textId="77777777" w:rsidR="00E0039B" w:rsidRPr="00E0039B" w:rsidRDefault="00E0039B" w:rsidP="00E0039B">
      <w:r w:rsidRPr="00E0039B">
        <w:t>•</w:t>
      </w:r>
      <w:r w:rsidRPr="00E0039B">
        <w:tab/>
        <w:t xml:space="preserve">Ongoing collaboration </w:t>
      </w:r>
    </w:p>
    <w:p w14:paraId="0CB8A73E" w14:textId="77777777" w:rsidR="00E0039B" w:rsidRPr="00E0039B" w:rsidRDefault="00E0039B" w:rsidP="00E0039B">
      <w:r w:rsidRPr="00E0039B">
        <w:t>•</w:t>
      </w:r>
      <w:r w:rsidRPr="00E0039B">
        <w:tab/>
        <w:t xml:space="preserve">Long-term stability </w:t>
      </w:r>
    </w:p>
    <w:p w14:paraId="22F4BE0E" w14:textId="77777777" w:rsidR="00E0039B" w:rsidRPr="00E0039B" w:rsidRDefault="00E0039B" w:rsidP="00E0039B">
      <w:r w:rsidRPr="00E0039B">
        <w:t>Freelancing</w:t>
      </w:r>
    </w:p>
    <w:p w14:paraId="222BF255" w14:textId="77777777" w:rsidR="00E0039B" w:rsidRPr="00E0039B" w:rsidRDefault="00E0039B" w:rsidP="00E0039B">
      <w:r w:rsidRPr="00E0039B">
        <w:rPr>
          <w:b/>
        </w:rPr>
        <w:t>May offer:</w:t>
      </w:r>
    </w:p>
    <w:p w14:paraId="0AFC7927" w14:textId="77777777" w:rsidR="00E0039B" w:rsidRPr="00E0039B" w:rsidRDefault="00E0039B" w:rsidP="00E0039B">
      <w:r w:rsidRPr="00E0039B">
        <w:t>•</w:t>
      </w:r>
      <w:r w:rsidRPr="00E0039B">
        <w:tab/>
        <w:t xml:space="preserve">Greater flexibility </w:t>
      </w:r>
    </w:p>
    <w:p w14:paraId="12C09195" w14:textId="77777777" w:rsidR="00E0039B" w:rsidRPr="00E0039B" w:rsidRDefault="00E0039B" w:rsidP="00E0039B">
      <w:r w:rsidRPr="00E0039B">
        <w:t>•</w:t>
      </w:r>
      <w:r w:rsidRPr="00E0039B">
        <w:tab/>
        <w:t xml:space="preserve">Multiple clients </w:t>
      </w:r>
    </w:p>
    <w:p w14:paraId="009DAE64" w14:textId="77777777" w:rsidR="00E0039B" w:rsidRPr="00E0039B" w:rsidRDefault="00E0039B" w:rsidP="00E0039B">
      <w:r w:rsidRPr="00E0039B">
        <w:t>•</w:t>
      </w:r>
      <w:r w:rsidRPr="00E0039B">
        <w:tab/>
        <w:t xml:space="preserve">Project-based work </w:t>
      </w:r>
    </w:p>
    <w:p w14:paraId="3C37DAB7" w14:textId="77777777" w:rsidR="00E0039B" w:rsidRPr="00E0039B" w:rsidRDefault="00E0039B" w:rsidP="00E0039B">
      <w:r w:rsidRPr="00E0039B">
        <w:t>•</w:t>
      </w:r>
      <w:r w:rsidRPr="00E0039B">
        <w:tab/>
        <w:t xml:space="preserve">More control over your schedule </w:t>
      </w:r>
    </w:p>
    <w:p w14:paraId="45CE74A6" w14:textId="77777777" w:rsidR="00E0039B" w:rsidRPr="00E0039B" w:rsidRDefault="00E0039B" w:rsidP="00E0039B">
      <w:r w:rsidRPr="00E0039B">
        <w:t>Neither option is automatically better.</w:t>
      </w:r>
    </w:p>
    <w:p w14:paraId="1C5DE544" w14:textId="77777777" w:rsidR="00E0039B" w:rsidRPr="00E0039B" w:rsidRDefault="00E0039B" w:rsidP="00E0039B">
      <w:r w:rsidRPr="00E0039B">
        <w:t>Choose the path that best matches your goals, experience, and preferred way of working.</w:t>
      </w:r>
    </w:p>
    <w:p w14:paraId="593116D3" w14:textId="77777777" w:rsidR="00E0039B" w:rsidRPr="00E0039B" w:rsidRDefault="00E0039B" w:rsidP="00E0039B">
      <w:r w:rsidRPr="00E0039B">
        <w:t>________________________________________</w:t>
      </w:r>
    </w:p>
    <w:p w14:paraId="4B45948A" w14:textId="77777777" w:rsidR="00E0039B" w:rsidRPr="00E0039B" w:rsidRDefault="00E0039B" w:rsidP="00E0039B">
      <w:r w:rsidRPr="00E0039B">
        <w:t>Pricing Your Freelance Services</w:t>
      </w:r>
    </w:p>
    <w:p w14:paraId="47603D96" w14:textId="77777777" w:rsidR="00E0039B" w:rsidRPr="00E0039B" w:rsidRDefault="00E0039B" w:rsidP="00E0039B">
      <w:r w:rsidRPr="00E0039B">
        <w:rPr>
          <w:b/>
        </w:rPr>
        <w:t>One question many beginners ask is:</w:t>
      </w:r>
    </w:p>
    <w:p w14:paraId="522779F5" w14:textId="77777777" w:rsidR="00E0039B" w:rsidRPr="00E0039B" w:rsidRDefault="00E0039B" w:rsidP="00E0039B">
      <w:r w:rsidRPr="00E0039B">
        <w:t>"How much should I charge?"</w:t>
      </w:r>
    </w:p>
    <w:p w14:paraId="4F7E9D5F" w14:textId="77777777" w:rsidR="00E0039B" w:rsidRPr="00E0039B" w:rsidRDefault="00E0039B" w:rsidP="00E0039B">
      <w:r w:rsidRPr="00E0039B">
        <w:t>There isn't one correct answer.</w:t>
      </w:r>
    </w:p>
    <w:p w14:paraId="47681888" w14:textId="77777777" w:rsidR="00E0039B" w:rsidRPr="00E0039B" w:rsidRDefault="00E0039B" w:rsidP="00E0039B">
      <w:r w:rsidRPr="00E0039B">
        <w:rPr>
          <w:b/>
        </w:rPr>
        <w:t>Instead, consider:</w:t>
      </w:r>
    </w:p>
    <w:p w14:paraId="7F81FD22" w14:textId="77777777" w:rsidR="00E0039B" w:rsidRPr="00E0039B" w:rsidRDefault="00E0039B" w:rsidP="00E0039B">
      <w:r w:rsidRPr="00E0039B">
        <w:t>•</w:t>
      </w:r>
      <w:r w:rsidRPr="00E0039B">
        <w:tab/>
        <w:t xml:space="preserve">The complexity of the work. </w:t>
      </w:r>
    </w:p>
    <w:p w14:paraId="38D8F87D" w14:textId="77777777" w:rsidR="00E0039B" w:rsidRPr="00E0039B" w:rsidRDefault="00E0039B" w:rsidP="00E0039B">
      <w:r w:rsidRPr="00E0039B">
        <w:t>•</w:t>
      </w:r>
      <w:r w:rsidRPr="00E0039B">
        <w:tab/>
        <w:t xml:space="preserve">The time required. </w:t>
      </w:r>
    </w:p>
    <w:p w14:paraId="76C1A60E" w14:textId="77777777" w:rsidR="00E0039B" w:rsidRPr="00E0039B" w:rsidRDefault="00E0039B" w:rsidP="00E0039B">
      <w:r w:rsidRPr="00E0039B">
        <w:t>•</w:t>
      </w:r>
      <w:r w:rsidRPr="00E0039B">
        <w:tab/>
        <w:t xml:space="preserve">Your level of experience. </w:t>
      </w:r>
    </w:p>
    <w:p w14:paraId="7E0C4E55" w14:textId="77777777" w:rsidR="00E0039B" w:rsidRPr="00E0039B" w:rsidRDefault="00E0039B" w:rsidP="00E0039B">
      <w:r w:rsidRPr="00E0039B">
        <w:t>•</w:t>
      </w:r>
      <w:r w:rsidRPr="00E0039B">
        <w:tab/>
        <w:t xml:space="preserve">The value you bring. </w:t>
      </w:r>
    </w:p>
    <w:p w14:paraId="39261EC5" w14:textId="77777777" w:rsidR="00E0039B" w:rsidRPr="00E0039B" w:rsidRDefault="00E0039B" w:rsidP="00E0039B">
      <w:r w:rsidRPr="00E0039B">
        <w:t>•</w:t>
      </w:r>
      <w:r w:rsidRPr="00E0039B">
        <w:tab/>
        <w:t xml:space="preserve">Typical rates for similar services. </w:t>
      </w:r>
    </w:p>
    <w:p w14:paraId="06774A34" w14:textId="77777777" w:rsidR="00E0039B" w:rsidRPr="00E0039B" w:rsidRDefault="00E0039B" w:rsidP="00E0039B">
      <w:r w:rsidRPr="00E0039B">
        <w:t>As your experience grows and your results become stronger, your pricing can evolve as well.</w:t>
      </w:r>
    </w:p>
    <w:p w14:paraId="2966702E" w14:textId="77777777" w:rsidR="00E0039B" w:rsidRPr="00E0039B" w:rsidRDefault="00E0039B" w:rsidP="00E0039B">
      <w:r w:rsidRPr="00E0039B">
        <w:lastRenderedPageBreak/>
        <w:t>Avoid underpricing yourself simply because you're new.</w:t>
      </w:r>
    </w:p>
    <w:p w14:paraId="59EA4C88" w14:textId="77777777" w:rsidR="00E0039B" w:rsidRPr="00E0039B" w:rsidRDefault="00E0039B" w:rsidP="00E0039B">
      <w:r w:rsidRPr="00E0039B">
        <w:t>At the same time, be realistic and willing to build trust through quality work.</w:t>
      </w:r>
    </w:p>
    <w:p w14:paraId="0C86E39D" w14:textId="77777777" w:rsidR="00E0039B" w:rsidRPr="00E0039B" w:rsidRDefault="00E0039B" w:rsidP="00E0039B">
      <w:r w:rsidRPr="00E0039B">
        <w:t>________________________________________</w:t>
      </w:r>
    </w:p>
    <w:p w14:paraId="2DD6A839" w14:textId="77777777" w:rsidR="00E0039B" w:rsidRPr="00E0039B" w:rsidRDefault="00E0039B" w:rsidP="00E0039B">
      <w:r w:rsidRPr="00E0039B">
        <w:t>Build a Personal Brand</w:t>
      </w:r>
    </w:p>
    <w:p w14:paraId="1F00504D" w14:textId="77777777" w:rsidR="00E0039B" w:rsidRPr="00E0039B" w:rsidRDefault="00E0039B" w:rsidP="00E0039B">
      <w:r w:rsidRPr="00E0039B">
        <w:t>Your reputation follows you.</w:t>
      </w:r>
    </w:p>
    <w:p w14:paraId="6A155949" w14:textId="77777777" w:rsidR="00E0039B" w:rsidRPr="00E0039B" w:rsidRDefault="00E0039B" w:rsidP="00E0039B">
      <w:r w:rsidRPr="00E0039B">
        <w:t>Every project.</w:t>
      </w:r>
    </w:p>
    <w:p w14:paraId="500F3204" w14:textId="77777777" w:rsidR="00E0039B" w:rsidRPr="00E0039B" w:rsidRDefault="00E0039B" w:rsidP="00E0039B">
      <w:r w:rsidRPr="00E0039B">
        <w:t>Every email.</w:t>
      </w:r>
    </w:p>
    <w:p w14:paraId="71FE9DE4" w14:textId="77777777" w:rsidR="00E0039B" w:rsidRPr="00E0039B" w:rsidRDefault="00E0039B" w:rsidP="00E0039B">
      <w:r w:rsidRPr="00E0039B">
        <w:t>Every interview.</w:t>
      </w:r>
    </w:p>
    <w:p w14:paraId="4FFC16E2" w14:textId="77777777" w:rsidR="00E0039B" w:rsidRPr="00E0039B" w:rsidRDefault="00E0039B" w:rsidP="00E0039B">
      <w:r w:rsidRPr="00E0039B">
        <w:t>Every deadline.</w:t>
      </w:r>
    </w:p>
    <w:p w14:paraId="1506BB0A" w14:textId="77777777" w:rsidR="00E0039B" w:rsidRPr="00E0039B" w:rsidRDefault="00E0039B" w:rsidP="00E0039B">
      <w:r w:rsidRPr="00E0039B">
        <w:rPr>
          <w:b/>
        </w:rPr>
        <w:t>People remember professionals who:</w:t>
      </w:r>
    </w:p>
    <w:p w14:paraId="3E42276E" w14:textId="77777777" w:rsidR="00E0039B" w:rsidRPr="00E0039B" w:rsidRDefault="00E0039B" w:rsidP="00E0039B">
      <w:r w:rsidRPr="00E0039B">
        <w:t>•</w:t>
      </w:r>
      <w:r w:rsidRPr="00E0039B">
        <w:tab/>
        <w:t xml:space="preserve">Communicate clearly. </w:t>
      </w:r>
    </w:p>
    <w:p w14:paraId="0AEF74AA" w14:textId="77777777" w:rsidR="00E0039B" w:rsidRPr="00E0039B" w:rsidRDefault="00E0039B" w:rsidP="00E0039B">
      <w:r w:rsidRPr="00E0039B">
        <w:t>•</w:t>
      </w:r>
      <w:r w:rsidRPr="00E0039B">
        <w:tab/>
        <w:t xml:space="preserve">Deliver quality work. </w:t>
      </w:r>
    </w:p>
    <w:p w14:paraId="1F5B5F19" w14:textId="77777777" w:rsidR="00E0039B" w:rsidRPr="00E0039B" w:rsidRDefault="00E0039B" w:rsidP="00E0039B">
      <w:r w:rsidRPr="00E0039B">
        <w:t>•</w:t>
      </w:r>
      <w:r w:rsidRPr="00E0039B">
        <w:tab/>
        <w:t xml:space="preserve">Meet deadlines. </w:t>
      </w:r>
    </w:p>
    <w:p w14:paraId="0F5C048C" w14:textId="77777777" w:rsidR="00E0039B" w:rsidRPr="00E0039B" w:rsidRDefault="00E0039B" w:rsidP="00E0039B">
      <w:r w:rsidRPr="00E0039B">
        <w:t>•</w:t>
      </w:r>
      <w:r w:rsidRPr="00E0039B">
        <w:tab/>
        <w:t xml:space="preserve">Solve problems. </w:t>
      </w:r>
    </w:p>
    <w:p w14:paraId="582726C1" w14:textId="77777777" w:rsidR="00E0039B" w:rsidRPr="00E0039B" w:rsidRDefault="00E0039B" w:rsidP="00E0039B">
      <w:r w:rsidRPr="00E0039B">
        <w:t>•</w:t>
      </w:r>
      <w:r w:rsidRPr="00E0039B">
        <w:tab/>
        <w:t xml:space="preserve">Treat others respectfully. </w:t>
      </w:r>
    </w:p>
    <w:p w14:paraId="7106A748" w14:textId="77777777" w:rsidR="00E0039B" w:rsidRPr="00E0039B" w:rsidRDefault="00E0039B" w:rsidP="00E0039B">
      <w:r w:rsidRPr="00E0039B">
        <w:t>Over time, these habits become your personal brand.</w:t>
      </w:r>
    </w:p>
    <w:p w14:paraId="274C67F3" w14:textId="77777777" w:rsidR="00E0039B" w:rsidRPr="00E0039B" w:rsidRDefault="00E0039B" w:rsidP="00E0039B">
      <w:r w:rsidRPr="00E0039B">
        <w:t>And a strong reputation often leads to repeat opportunities and referrals.</w:t>
      </w:r>
    </w:p>
    <w:p w14:paraId="393C933E" w14:textId="77777777" w:rsidR="00E0039B" w:rsidRPr="00E0039B" w:rsidRDefault="00E0039B" w:rsidP="00E0039B">
      <w:r w:rsidRPr="00E0039B">
        <w:t>________________________________________</w:t>
      </w:r>
    </w:p>
    <w:p w14:paraId="63E993AD" w14:textId="77777777" w:rsidR="00E0039B" w:rsidRPr="00E0039B" w:rsidRDefault="00E0039B" w:rsidP="00E0039B">
      <w:r w:rsidRPr="00E0039B">
        <w:t>Keep Learning</w:t>
      </w:r>
    </w:p>
    <w:p w14:paraId="12D3521B" w14:textId="77777777" w:rsidR="00E0039B" w:rsidRPr="00E0039B" w:rsidRDefault="00E0039B" w:rsidP="00E0039B">
      <w:r w:rsidRPr="00E0039B">
        <w:t>The remote work landscape changes.</w:t>
      </w:r>
    </w:p>
    <w:p w14:paraId="50018BC2" w14:textId="77777777" w:rsidR="00E0039B" w:rsidRPr="00E0039B" w:rsidRDefault="00E0039B" w:rsidP="00E0039B">
      <w:r w:rsidRPr="00E0039B">
        <w:t>New tools appear.</w:t>
      </w:r>
    </w:p>
    <w:p w14:paraId="665B62EC" w14:textId="77777777" w:rsidR="00E0039B" w:rsidRPr="00E0039B" w:rsidRDefault="00E0039B" w:rsidP="00E0039B">
      <w:r w:rsidRPr="00E0039B">
        <w:t>New skills become valuable.</w:t>
      </w:r>
    </w:p>
    <w:p w14:paraId="5AEEE295" w14:textId="77777777" w:rsidR="00E0039B" w:rsidRPr="00E0039B" w:rsidRDefault="00E0039B" w:rsidP="00E0039B">
      <w:r w:rsidRPr="00E0039B">
        <w:t>Make learning part of your routine.</w:t>
      </w:r>
    </w:p>
    <w:p w14:paraId="197748B8" w14:textId="77777777" w:rsidR="00E0039B" w:rsidRPr="00E0039B" w:rsidRDefault="00E0039B" w:rsidP="00E0039B">
      <w:r w:rsidRPr="00E0039B">
        <w:t>You don't need to master everything.</w:t>
      </w:r>
    </w:p>
    <w:p w14:paraId="102D857A" w14:textId="77777777" w:rsidR="00E0039B" w:rsidRPr="00E0039B" w:rsidRDefault="00E0039B" w:rsidP="00E0039B">
      <w:r w:rsidRPr="00E0039B">
        <w:t>Focus on skills that support your career.</w:t>
      </w:r>
    </w:p>
    <w:p w14:paraId="3D664980" w14:textId="77777777" w:rsidR="00E0039B" w:rsidRPr="00E0039B" w:rsidRDefault="00E0039B" w:rsidP="00E0039B">
      <w:r w:rsidRPr="00E0039B">
        <w:rPr>
          <w:b/>
        </w:rPr>
        <w:t>Examples include:</w:t>
      </w:r>
    </w:p>
    <w:p w14:paraId="181E8579" w14:textId="77777777" w:rsidR="00E0039B" w:rsidRPr="00E0039B" w:rsidRDefault="00E0039B" w:rsidP="00E0039B">
      <w:r w:rsidRPr="00E0039B">
        <w:lastRenderedPageBreak/>
        <w:t>•</w:t>
      </w:r>
      <w:r w:rsidRPr="00E0039B">
        <w:tab/>
        <w:t xml:space="preserve">Microsoft Excel </w:t>
      </w:r>
    </w:p>
    <w:p w14:paraId="65F341DB" w14:textId="77777777" w:rsidR="00E0039B" w:rsidRPr="00E0039B" w:rsidRDefault="00E0039B" w:rsidP="00E0039B">
      <w:r w:rsidRPr="00E0039B">
        <w:t>•</w:t>
      </w:r>
      <w:r w:rsidRPr="00E0039B">
        <w:tab/>
        <w:t xml:space="preserve">Google Workspace </w:t>
      </w:r>
    </w:p>
    <w:p w14:paraId="403252AA" w14:textId="77777777" w:rsidR="00E0039B" w:rsidRPr="00E0039B" w:rsidRDefault="00E0039B" w:rsidP="00E0039B">
      <w:r w:rsidRPr="00E0039B">
        <w:t>•</w:t>
      </w:r>
      <w:r w:rsidRPr="00E0039B">
        <w:tab/>
        <w:t xml:space="preserve">AI productivity tools </w:t>
      </w:r>
    </w:p>
    <w:p w14:paraId="659A1102" w14:textId="77777777" w:rsidR="00E0039B" w:rsidRPr="00E0039B" w:rsidRDefault="00E0039B" w:rsidP="00E0039B">
      <w:r w:rsidRPr="00E0039B">
        <w:t>•</w:t>
      </w:r>
      <w:r w:rsidRPr="00E0039B">
        <w:tab/>
        <w:t xml:space="preserve">Project management software </w:t>
      </w:r>
    </w:p>
    <w:p w14:paraId="628B5DFB" w14:textId="77777777" w:rsidR="00E0039B" w:rsidRPr="00E0039B" w:rsidRDefault="00E0039B" w:rsidP="00E0039B">
      <w:r w:rsidRPr="00E0039B">
        <w:t>•</w:t>
      </w:r>
      <w:r w:rsidRPr="00E0039B">
        <w:tab/>
        <w:t xml:space="preserve">Communication skills </w:t>
      </w:r>
    </w:p>
    <w:p w14:paraId="17A14160" w14:textId="77777777" w:rsidR="00E0039B" w:rsidRPr="00E0039B" w:rsidRDefault="00E0039B" w:rsidP="00E0039B">
      <w:r w:rsidRPr="00E0039B">
        <w:t>•</w:t>
      </w:r>
      <w:r w:rsidRPr="00E0039B">
        <w:tab/>
        <w:t xml:space="preserve">Writing </w:t>
      </w:r>
    </w:p>
    <w:p w14:paraId="2055B587" w14:textId="77777777" w:rsidR="00E0039B" w:rsidRPr="00E0039B" w:rsidRDefault="00E0039B" w:rsidP="00E0039B">
      <w:r w:rsidRPr="00E0039B">
        <w:t>•</w:t>
      </w:r>
      <w:r w:rsidRPr="00E0039B">
        <w:tab/>
        <w:t xml:space="preserve">Customer service </w:t>
      </w:r>
    </w:p>
    <w:p w14:paraId="1321B19F" w14:textId="77777777" w:rsidR="00E0039B" w:rsidRPr="00E0039B" w:rsidRDefault="00E0039B" w:rsidP="00E0039B">
      <w:r w:rsidRPr="00E0039B">
        <w:t>•</w:t>
      </w:r>
      <w:r w:rsidRPr="00E0039B">
        <w:tab/>
        <w:t xml:space="preserve">Data analysis </w:t>
      </w:r>
    </w:p>
    <w:p w14:paraId="0EA7CF5F" w14:textId="77777777" w:rsidR="00E0039B" w:rsidRPr="00E0039B" w:rsidRDefault="00E0039B" w:rsidP="00E0039B">
      <w:r w:rsidRPr="00E0039B">
        <w:t>•</w:t>
      </w:r>
      <w:r w:rsidRPr="00E0039B">
        <w:tab/>
        <w:t xml:space="preserve">Digital marketing </w:t>
      </w:r>
    </w:p>
    <w:p w14:paraId="56CB223D" w14:textId="77777777" w:rsidR="00E0039B" w:rsidRPr="00E0039B" w:rsidRDefault="00E0039B" w:rsidP="00E0039B">
      <w:r w:rsidRPr="00E0039B">
        <w:t>Small improvements made consistently can have a significant impact over time.</w:t>
      </w:r>
    </w:p>
    <w:p w14:paraId="49ED56E0" w14:textId="77777777" w:rsidR="00E0039B" w:rsidRPr="00E0039B" w:rsidRDefault="00E0039B" w:rsidP="00E0039B">
      <w:r w:rsidRPr="00E0039B">
        <w:t>________________________________________</w:t>
      </w:r>
    </w:p>
    <w:p w14:paraId="312AAB9D" w14:textId="77777777" w:rsidR="00E0039B" w:rsidRPr="00E0039B" w:rsidRDefault="00E0039B" w:rsidP="00E0039B">
      <w:r w:rsidRPr="00E0039B">
        <w:t>Tool 1: Your 30-Day Action Plan</w:t>
      </w:r>
    </w:p>
    <w:p w14:paraId="4D067083" w14:textId="77777777" w:rsidR="00E0039B" w:rsidRPr="00E0039B" w:rsidRDefault="00E0039B" w:rsidP="00E0039B">
      <w:r w:rsidRPr="00E0039B">
        <w:t>Instead of wondering what to do each day, follow this roadmap.</w:t>
      </w:r>
    </w:p>
    <w:p w14:paraId="0B174090" w14:textId="77777777" w:rsidR="00E0039B" w:rsidRPr="00E0039B" w:rsidRDefault="00E0039B" w:rsidP="00E0039B">
      <w:r w:rsidRPr="00E0039B">
        <w:t>________________________________________</w:t>
      </w:r>
    </w:p>
    <w:p w14:paraId="1614882A" w14:textId="77777777" w:rsidR="00E0039B" w:rsidRPr="00E0039B" w:rsidRDefault="00E0039B" w:rsidP="00E0039B">
      <w:r w:rsidRPr="00E0039B">
        <w:t>Week 1 – Build Your Foundation</w:t>
      </w:r>
    </w:p>
    <w:p w14:paraId="2CB88169" w14:textId="77777777" w:rsidR="00E0039B" w:rsidRPr="00E0039B" w:rsidRDefault="00E0039B" w:rsidP="00E0039B">
      <w:r w:rsidRPr="00E0039B">
        <w:t>□ Organize your job-search folders.</w:t>
      </w:r>
    </w:p>
    <w:p w14:paraId="3D495DEE" w14:textId="77777777" w:rsidR="00E0039B" w:rsidRPr="00E0039B" w:rsidRDefault="00E0039B" w:rsidP="00E0039B">
      <w:r w:rsidRPr="00E0039B">
        <w:t>□ Create your Master CV.</w:t>
      </w:r>
    </w:p>
    <w:p w14:paraId="42A5438F" w14:textId="77777777" w:rsidR="00E0039B" w:rsidRPr="00E0039B" w:rsidRDefault="00E0039B" w:rsidP="00E0039B">
      <w:r w:rsidRPr="00E0039B">
        <w:t>□ Update LinkedIn.</w:t>
      </w:r>
    </w:p>
    <w:p w14:paraId="591DA575" w14:textId="77777777" w:rsidR="00E0039B" w:rsidRPr="00E0039B" w:rsidRDefault="00E0039B" w:rsidP="00E0039B">
      <w:r w:rsidRPr="00E0039B">
        <w:t>□ Set up job alerts.</w:t>
      </w:r>
    </w:p>
    <w:p w14:paraId="6161518B" w14:textId="77777777" w:rsidR="00E0039B" w:rsidRPr="00E0039B" w:rsidRDefault="00E0039B" w:rsidP="00E0039B">
      <w:r w:rsidRPr="00E0039B">
        <w:t>□ Complete the Job Readiness Checklist.</w:t>
      </w:r>
    </w:p>
    <w:p w14:paraId="6D822BBE" w14:textId="77777777" w:rsidR="00E0039B" w:rsidRPr="00E0039B" w:rsidRDefault="00E0039B" w:rsidP="00E0039B">
      <w:r w:rsidRPr="00E0039B">
        <w:t>□ Create your Application Tracker.</w:t>
      </w:r>
    </w:p>
    <w:p w14:paraId="35D50798" w14:textId="77777777" w:rsidR="00E0039B" w:rsidRPr="00E0039B" w:rsidRDefault="00E0039B" w:rsidP="00E0039B">
      <w:r w:rsidRPr="00E0039B">
        <w:t>________________________________________</w:t>
      </w:r>
    </w:p>
    <w:p w14:paraId="48911787" w14:textId="77777777" w:rsidR="00E0039B" w:rsidRPr="00E0039B" w:rsidRDefault="00E0039B" w:rsidP="00E0039B">
      <w:r w:rsidRPr="00E0039B">
        <w:t>Week 2 – Apply Strategically</w:t>
      </w:r>
    </w:p>
    <w:p w14:paraId="0140708F" w14:textId="77777777" w:rsidR="00E0039B" w:rsidRPr="00E0039B" w:rsidRDefault="00E0039B" w:rsidP="00E0039B">
      <w:r w:rsidRPr="00E0039B">
        <w:t>□ Analyze five job descriptions.</w:t>
      </w:r>
    </w:p>
    <w:p w14:paraId="202AE19D" w14:textId="77777777" w:rsidR="00E0039B" w:rsidRPr="00E0039B" w:rsidRDefault="00E0039B" w:rsidP="00E0039B">
      <w:r w:rsidRPr="00E0039B">
        <w:t>□ Tailor your CV for each application.</w:t>
      </w:r>
    </w:p>
    <w:p w14:paraId="281DF857" w14:textId="77777777" w:rsidR="00E0039B" w:rsidRPr="00E0039B" w:rsidRDefault="00E0039B" w:rsidP="00E0039B">
      <w:r w:rsidRPr="00E0039B">
        <w:t>□ Write personalized cover letters.</w:t>
      </w:r>
    </w:p>
    <w:p w14:paraId="20CCD858" w14:textId="77777777" w:rsidR="00E0039B" w:rsidRPr="00E0039B" w:rsidRDefault="00E0039B" w:rsidP="00E0039B">
      <w:r w:rsidRPr="00E0039B">
        <w:lastRenderedPageBreak/>
        <w:t>□ Submit high-quality applications.</w:t>
      </w:r>
    </w:p>
    <w:p w14:paraId="6D9462AC" w14:textId="77777777" w:rsidR="00E0039B" w:rsidRPr="00E0039B" w:rsidRDefault="00E0039B" w:rsidP="00E0039B">
      <w:r w:rsidRPr="00E0039B">
        <w:t>□ Track every application.</w:t>
      </w:r>
    </w:p>
    <w:p w14:paraId="709A599A" w14:textId="77777777" w:rsidR="00E0039B" w:rsidRPr="00E0039B" w:rsidRDefault="00E0039B" w:rsidP="00E0039B">
      <w:r w:rsidRPr="00E0039B">
        <w:t>________________________________________</w:t>
      </w:r>
    </w:p>
    <w:p w14:paraId="6C6C6DF1" w14:textId="77777777" w:rsidR="00E0039B" w:rsidRPr="00E0039B" w:rsidRDefault="00E0039B" w:rsidP="00E0039B">
      <w:r w:rsidRPr="00E0039B">
        <w:t>Week 3 – Grow Your Visibility</w:t>
      </w:r>
    </w:p>
    <w:p w14:paraId="16C2A047" w14:textId="77777777" w:rsidR="00E0039B" w:rsidRPr="00E0039B" w:rsidRDefault="00E0039B" w:rsidP="00E0039B">
      <w:r w:rsidRPr="00E0039B">
        <w:t>□ Connect with recruiters.</w:t>
      </w:r>
    </w:p>
    <w:p w14:paraId="438B82A8" w14:textId="77777777" w:rsidR="00E0039B" w:rsidRPr="00E0039B" w:rsidRDefault="00E0039B" w:rsidP="00E0039B">
      <w:r w:rsidRPr="00E0039B">
        <w:t>□ Engage professionally on LinkedIn.</w:t>
      </w:r>
    </w:p>
    <w:p w14:paraId="5A205014" w14:textId="77777777" w:rsidR="00E0039B" w:rsidRPr="00E0039B" w:rsidRDefault="00E0039B" w:rsidP="00E0039B">
      <w:r w:rsidRPr="00E0039B">
        <w:t>□ Learn one new skill.</w:t>
      </w:r>
    </w:p>
    <w:p w14:paraId="24AD026F" w14:textId="77777777" w:rsidR="00E0039B" w:rsidRPr="00E0039B" w:rsidRDefault="00E0039B" w:rsidP="00E0039B">
      <w:r w:rsidRPr="00E0039B">
        <w:t>□ Update your portfolio if applicable.</w:t>
      </w:r>
    </w:p>
    <w:p w14:paraId="1C4316C5" w14:textId="77777777" w:rsidR="00E0039B" w:rsidRPr="00E0039B" w:rsidRDefault="00E0039B" w:rsidP="00E0039B">
      <w:r w:rsidRPr="00E0039B">
        <w:t>□ Continue applying consistently.</w:t>
      </w:r>
    </w:p>
    <w:p w14:paraId="54CD511E" w14:textId="77777777" w:rsidR="00E0039B" w:rsidRPr="00E0039B" w:rsidRDefault="00E0039B" w:rsidP="00E0039B">
      <w:r w:rsidRPr="00E0039B">
        <w:t>________________________________________</w:t>
      </w:r>
    </w:p>
    <w:p w14:paraId="63ADC5A9" w14:textId="77777777" w:rsidR="00E0039B" w:rsidRPr="00E0039B" w:rsidRDefault="00E0039B" w:rsidP="00E0039B">
      <w:r w:rsidRPr="00E0039B">
        <w:t>Week 4 – Review and Improve</w:t>
      </w:r>
    </w:p>
    <w:p w14:paraId="1C84D577" w14:textId="77777777" w:rsidR="00E0039B" w:rsidRPr="00E0039B" w:rsidRDefault="00E0039B" w:rsidP="00E0039B">
      <w:r w:rsidRPr="00E0039B">
        <w:t>□ Evaluate your application results.</w:t>
      </w:r>
    </w:p>
    <w:p w14:paraId="2EFDED61" w14:textId="77777777" w:rsidR="00E0039B" w:rsidRPr="00E0039B" w:rsidRDefault="00E0039B" w:rsidP="00E0039B">
      <w:r w:rsidRPr="00E0039B">
        <w:t>□ Improve your CV based on feedback.</w:t>
      </w:r>
    </w:p>
    <w:p w14:paraId="5E887016" w14:textId="77777777" w:rsidR="00E0039B" w:rsidRPr="00E0039B" w:rsidRDefault="00E0039B" w:rsidP="00E0039B">
      <w:r w:rsidRPr="00E0039B">
        <w:t>□ Practice interview questions.</w:t>
      </w:r>
    </w:p>
    <w:p w14:paraId="3340F1A1" w14:textId="77777777" w:rsidR="00E0039B" w:rsidRPr="00E0039B" w:rsidRDefault="00E0039B" w:rsidP="00E0039B">
      <w:r w:rsidRPr="00E0039B">
        <w:t>□ Continue networking.</w:t>
      </w:r>
    </w:p>
    <w:p w14:paraId="5D828E12" w14:textId="77777777" w:rsidR="00E0039B" w:rsidRPr="00E0039B" w:rsidRDefault="00E0039B" w:rsidP="00E0039B">
      <w:r w:rsidRPr="00E0039B">
        <w:t>□ Plan your next month's goals.</w:t>
      </w:r>
    </w:p>
    <w:p w14:paraId="7491278C" w14:textId="77777777" w:rsidR="00E0039B" w:rsidRPr="00E0039B" w:rsidRDefault="00E0039B" w:rsidP="00E0039B">
      <w:r w:rsidRPr="00E0039B">
        <w:t>________________________________________</w:t>
      </w:r>
    </w:p>
    <w:p w14:paraId="7FA70BFC" w14:textId="77777777" w:rsidR="00E0039B" w:rsidRPr="00E0039B" w:rsidRDefault="00E0039B" w:rsidP="00E0039B">
      <w:r w:rsidRPr="00E0039B">
        <w:t>Tool 2: Weekly Success Tracker</w:t>
      </w:r>
    </w:p>
    <w:p w14:paraId="4683B291" w14:textId="77777777" w:rsidR="00E0039B" w:rsidRPr="00E0039B" w:rsidRDefault="00E0039B" w:rsidP="00E0039B">
      <w:r w:rsidRPr="00E0039B">
        <w:t>Activity</w:t>
      </w:r>
      <w:r w:rsidRPr="00E0039B">
        <w:tab/>
        <w:t>Target</w:t>
      </w:r>
      <w:r w:rsidRPr="00E0039B">
        <w:tab/>
        <w:t>Completed</w:t>
      </w:r>
    </w:p>
    <w:p w14:paraId="45662D6E" w14:textId="77777777" w:rsidR="00E0039B" w:rsidRPr="00E0039B" w:rsidRDefault="00E0039B" w:rsidP="00E0039B">
      <w:r w:rsidRPr="00E0039B">
        <w:t>Applications Submitted</w:t>
      </w:r>
      <w:r w:rsidRPr="00E0039B">
        <w:tab/>
        <w:t>5</w:t>
      </w:r>
      <w:r w:rsidRPr="00E0039B">
        <w:tab/>
        <w:t>____</w:t>
      </w:r>
    </w:p>
    <w:p w14:paraId="7BE9BD1C" w14:textId="77777777" w:rsidR="00E0039B" w:rsidRPr="00E0039B" w:rsidRDefault="00E0039B" w:rsidP="00E0039B">
      <w:r w:rsidRPr="00E0039B">
        <w:t>CVs Tailored</w:t>
      </w:r>
      <w:r w:rsidRPr="00E0039B">
        <w:tab/>
        <w:t>5</w:t>
      </w:r>
      <w:r w:rsidRPr="00E0039B">
        <w:tab/>
        <w:t>____</w:t>
      </w:r>
    </w:p>
    <w:p w14:paraId="5108C771" w14:textId="77777777" w:rsidR="00E0039B" w:rsidRPr="00E0039B" w:rsidRDefault="00E0039B" w:rsidP="00E0039B">
      <w:r w:rsidRPr="00E0039B">
        <w:t>Cover Letters Written</w:t>
      </w:r>
      <w:r w:rsidRPr="00E0039B">
        <w:tab/>
        <w:t>5</w:t>
      </w:r>
      <w:r w:rsidRPr="00E0039B">
        <w:tab/>
        <w:t>____</w:t>
      </w:r>
    </w:p>
    <w:p w14:paraId="58D82605" w14:textId="77777777" w:rsidR="00E0039B" w:rsidRPr="00E0039B" w:rsidRDefault="00E0039B" w:rsidP="00E0039B">
      <w:r w:rsidRPr="00E0039B">
        <w:t>Recruiters Contacted</w:t>
      </w:r>
      <w:r w:rsidRPr="00E0039B">
        <w:tab/>
        <w:t>5</w:t>
      </w:r>
      <w:r w:rsidRPr="00E0039B">
        <w:tab/>
        <w:t>____</w:t>
      </w:r>
    </w:p>
    <w:p w14:paraId="77378433" w14:textId="77777777" w:rsidR="00E0039B" w:rsidRPr="00E0039B" w:rsidRDefault="00E0039B" w:rsidP="00E0039B">
      <w:r w:rsidRPr="00E0039B">
        <w:t>LinkedIn Connections</w:t>
      </w:r>
      <w:r w:rsidRPr="00E0039B">
        <w:tab/>
        <w:t>10</w:t>
      </w:r>
      <w:r w:rsidRPr="00E0039B">
        <w:tab/>
        <w:t>____</w:t>
      </w:r>
    </w:p>
    <w:p w14:paraId="27D7986F" w14:textId="77777777" w:rsidR="00E0039B" w:rsidRPr="00E0039B" w:rsidRDefault="00E0039B" w:rsidP="00E0039B">
      <w:r w:rsidRPr="00E0039B">
        <w:t>Skills Learned</w:t>
      </w:r>
      <w:r w:rsidRPr="00E0039B">
        <w:tab/>
        <w:t>1</w:t>
      </w:r>
      <w:r w:rsidRPr="00E0039B">
        <w:tab/>
        <w:t>____</w:t>
      </w:r>
    </w:p>
    <w:p w14:paraId="14FF9033" w14:textId="77777777" w:rsidR="00E0039B" w:rsidRPr="00E0039B" w:rsidRDefault="00E0039B" w:rsidP="00E0039B">
      <w:r w:rsidRPr="00E0039B">
        <w:t>Interview Practice Sessions</w:t>
      </w:r>
      <w:r w:rsidRPr="00E0039B">
        <w:tab/>
        <w:t>2</w:t>
      </w:r>
      <w:r w:rsidRPr="00E0039B">
        <w:tab/>
        <w:t>____</w:t>
      </w:r>
    </w:p>
    <w:p w14:paraId="2B4BBF02" w14:textId="77777777" w:rsidR="00E0039B" w:rsidRPr="00E0039B" w:rsidRDefault="00E0039B" w:rsidP="00E0039B">
      <w:r w:rsidRPr="00E0039B">
        <w:lastRenderedPageBreak/>
        <w:t>Remember: consistency matters more than perfection.</w:t>
      </w:r>
    </w:p>
    <w:p w14:paraId="13EB7856" w14:textId="77777777" w:rsidR="00E0039B" w:rsidRPr="00E0039B" w:rsidRDefault="00E0039B" w:rsidP="00E0039B">
      <w:r w:rsidRPr="00E0039B">
        <w:t>________________________________________</w:t>
      </w:r>
    </w:p>
    <w:p w14:paraId="4B742F18" w14:textId="77777777" w:rsidR="00E0039B" w:rsidRPr="00E0039B" w:rsidRDefault="00E0039B" w:rsidP="00E0039B">
      <w:r w:rsidRPr="00E0039B">
        <w:t>Tool 3: Professional Resource Toolkit</w:t>
      </w:r>
    </w:p>
    <w:p w14:paraId="433F79DE" w14:textId="77777777" w:rsidR="00E0039B" w:rsidRPr="00E0039B" w:rsidRDefault="00E0039B" w:rsidP="00E0039B">
      <w:r w:rsidRPr="00E0039B">
        <w:rPr>
          <w:b/>
        </w:rPr>
        <w:t>Keep these categories bookmarked for future use:</w:t>
      </w:r>
    </w:p>
    <w:p w14:paraId="753324CB" w14:textId="77777777" w:rsidR="00E0039B" w:rsidRPr="00E0039B" w:rsidRDefault="00E0039B" w:rsidP="00E0039B">
      <w:r w:rsidRPr="00E0039B">
        <w:t>Job Search</w:t>
      </w:r>
    </w:p>
    <w:p w14:paraId="46177635" w14:textId="77777777" w:rsidR="00E0039B" w:rsidRPr="00E0039B" w:rsidRDefault="00E0039B" w:rsidP="00E0039B">
      <w:r w:rsidRPr="00E0039B">
        <w:t>•</w:t>
      </w:r>
      <w:r w:rsidRPr="00E0039B">
        <w:tab/>
        <w:t xml:space="preserve">LinkedIn Jobs </w:t>
      </w:r>
    </w:p>
    <w:p w14:paraId="0D1EAFD7" w14:textId="77777777" w:rsidR="00E0039B" w:rsidRPr="00E0039B" w:rsidRDefault="00E0039B" w:rsidP="00E0039B">
      <w:r w:rsidRPr="00E0039B">
        <w:t>•</w:t>
      </w:r>
      <w:r w:rsidRPr="00E0039B">
        <w:tab/>
        <w:t xml:space="preserve">Indeed </w:t>
      </w:r>
    </w:p>
    <w:p w14:paraId="6D4C83C0" w14:textId="77777777" w:rsidR="00E0039B" w:rsidRPr="00E0039B" w:rsidRDefault="00E0039B" w:rsidP="00E0039B">
      <w:r w:rsidRPr="00E0039B">
        <w:t>•</w:t>
      </w:r>
      <w:r w:rsidRPr="00E0039B">
        <w:tab/>
        <w:t xml:space="preserve">Wellfound </w:t>
      </w:r>
    </w:p>
    <w:p w14:paraId="2B6742E1" w14:textId="77777777" w:rsidR="00E0039B" w:rsidRPr="00E0039B" w:rsidRDefault="00E0039B" w:rsidP="00E0039B">
      <w:r w:rsidRPr="00E0039B">
        <w:t>•</w:t>
      </w:r>
      <w:r w:rsidRPr="00E0039B">
        <w:tab/>
        <w:t xml:space="preserve">Remote OK </w:t>
      </w:r>
    </w:p>
    <w:p w14:paraId="337D7B65" w14:textId="77777777" w:rsidR="00E0039B" w:rsidRPr="00E0039B" w:rsidRDefault="00E0039B" w:rsidP="00E0039B">
      <w:r w:rsidRPr="00E0039B">
        <w:t>•</w:t>
      </w:r>
      <w:r w:rsidRPr="00E0039B">
        <w:tab/>
        <w:t xml:space="preserve">We Work Remotely </w:t>
      </w:r>
    </w:p>
    <w:p w14:paraId="6FF39A5F" w14:textId="77777777" w:rsidR="00E0039B" w:rsidRPr="00E0039B" w:rsidRDefault="00E0039B" w:rsidP="00E0039B">
      <w:r w:rsidRPr="00E0039B">
        <w:t>•</w:t>
      </w:r>
      <w:r w:rsidRPr="00E0039B">
        <w:tab/>
        <w:t xml:space="preserve">Jobspresso </w:t>
      </w:r>
    </w:p>
    <w:p w14:paraId="6F760FB1" w14:textId="77777777" w:rsidR="00E0039B" w:rsidRPr="00E0039B" w:rsidRDefault="00E0039B" w:rsidP="00E0039B">
      <w:r w:rsidRPr="00E0039B">
        <w:t>Learning</w:t>
      </w:r>
    </w:p>
    <w:p w14:paraId="1F44E9C5" w14:textId="77777777" w:rsidR="00E0039B" w:rsidRPr="00E0039B" w:rsidRDefault="00E0039B" w:rsidP="00E0039B">
      <w:r w:rsidRPr="00E0039B">
        <w:t>•</w:t>
      </w:r>
      <w:r w:rsidRPr="00E0039B">
        <w:tab/>
        <w:t xml:space="preserve">Google Career Certificates </w:t>
      </w:r>
    </w:p>
    <w:p w14:paraId="31C8F6C5" w14:textId="77777777" w:rsidR="00E0039B" w:rsidRPr="00E0039B" w:rsidRDefault="00E0039B" w:rsidP="00E0039B">
      <w:r w:rsidRPr="00E0039B">
        <w:t>•</w:t>
      </w:r>
      <w:r w:rsidRPr="00E0039B">
        <w:tab/>
        <w:t xml:space="preserve">LinkedIn Learning </w:t>
      </w:r>
    </w:p>
    <w:p w14:paraId="05AFB2FF" w14:textId="77777777" w:rsidR="00E0039B" w:rsidRPr="00E0039B" w:rsidRDefault="00E0039B" w:rsidP="00E0039B">
      <w:r w:rsidRPr="00E0039B">
        <w:t>•</w:t>
      </w:r>
      <w:r w:rsidRPr="00E0039B">
        <w:tab/>
        <w:t xml:space="preserve">Coursera </w:t>
      </w:r>
    </w:p>
    <w:p w14:paraId="4072826E" w14:textId="77777777" w:rsidR="00E0039B" w:rsidRPr="00E0039B" w:rsidRDefault="00E0039B" w:rsidP="00E0039B">
      <w:r w:rsidRPr="00E0039B">
        <w:t>•</w:t>
      </w:r>
      <w:r w:rsidRPr="00E0039B">
        <w:tab/>
        <w:t xml:space="preserve">Microsoft Learn </w:t>
      </w:r>
    </w:p>
    <w:p w14:paraId="04028CBB" w14:textId="77777777" w:rsidR="00E0039B" w:rsidRPr="00E0039B" w:rsidRDefault="00E0039B" w:rsidP="00E0039B">
      <w:r w:rsidRPr="00E0039B">
        <w:t>Productivity</w:t>
      </w:r>
    </w:p>
    <w:p w14:paraId="70DDA272" w14:textId="77777777" w:rsidR="00E0039B" w:rsidRPr="00E0039B" w:rsidRDefault="00E0039B" w:rsidP="00E0039B">
      <w:r w:rsidRPr="00E0039B">
        <w:t>•</w:t>
      </w:r>
      <w:r w:rsidRPr="00E0039B">
        <w:tab/>
        <w:t xml:space="preserve">Google Drive </w:t>
      </w:r>
    </w:p>
    <w:p w14:paraId="01ADD851" w14:textId="77777777" w:rsidR="00E0039B" w:rsidRPr="00E0039B" w:rsidRDefault="00E0039B" w:rsidP="00E0039B">
      <w:r w:rsidRPr="00E0039B">
        <w:t>•</w:t>
      </w:r>
      <w:r w:rsidRPr="00E0039B">
        <w:tab/>
        <w:t xml:space="preserve">Microsoft OneDrive </w:t>
      </w:r>
    </w:p>
    <w:p w14:paraId="05505A4B" w14:textId="77777777" w:rsidR="00E0039B" w:rsidRPr="00E0039B" w:rsidRDefault="00E0039B" w:rsidP="00E0039B">
      <w:r w:rsidRPr="00E0039B">
        <w:t>•</w:t>
      </w:r>
      <w:r w:rsidRPr="00E0039B">
        <w:tab/>
        <w:t xml:space="preserve">Notion </w:t>
      </w:r>
    </w:p>
    <w:p w14:paraId="76A4B1EE" w14:textId="77777777" w:rsidR="00E0039B" w:rsidRPr="00E0039B" w:rsidRDefault="00E0039B" w:rsidP="00E0039B">
      <w:r w:rsidRPr="00E0039B">
        <w:t>•</w:t>
      </w:r>
      <w:r w:rsidRPr="00E0039B">
        <w:tab/>
        <w:t xml:space="preserve">Trello </w:t>
      </w:r>
    </w:p>
    <w:p w14:paraId="274B019F" w14:textId="77777777" w:rsidR="00E0039B" w:rsidRPr="00E0039B" w:rsidRDefault="00E0039B" w:rsidP="00E0039B">
      <w:r w:rsidRPr="00E0039B">
        <w:t>Communication</w:t>
      </w:r>
    </w:p>
    <w:p w14:paraId="0389F95F" w14:textId="77777777" w:rsidR="00E0039B" w:rsidRPr="00E0039B" w:rsidRDefault="00E0039B" w:rsidP="00E0039B">
      <w:r w:rsidRPr="00E0039B">
        <w:t>•</w:t>
      </w:r>
      <w:r w:rsidRPr="00E0039B">
        <w:tab/>
        <w:t xml:space="preserve">Zoom </w:t>
      </w:r>
    </w:p>
    <w:p w14:paraId="5F30655C" w14:textId="77777777" w:rsidR="00E0039B" w:rsidRPr="00E0039B" w:rsidRDefault="00E0039B" w:rsidP="00E0039B">
      <w:r w:rsidRPr="00E0039B">
        <w:t>•</w:t>
      </w:r>
      <w:r w:rsidRPr="00E0039B">
        <w:tab/>
        <w:t xml:space="preserve">Google Meet </w:t>
      </w:r>
    </w:p>
    <w:p w14:paraId="5EAD6EEF" w14:textId="77777777" w:rsidR="00E0039B" w:rsidRPr="00E0039B" w:rsidRDefault="00E0039B" w:rsidP="00E0039B">
      <w:r w:rsidRPr="00E0039B">
        <w:t>•</w:t>
      </w:r>
      <w:r w:rsidRPr="00E0039B">
        <w:tab/>
        <w:t xml:space="preserve">Microsoft Teams </w:t>
      </w:r>
    </w:p>
    <w:p w14:paraId="3E85B1F9" w14:textId="77777777" w:rsidR="00E0039B" w:rsidRPr="00E0039B" w:rsidRDefault="00E0039B" w:rsidP="00E0039B">
      <w:r w:rsidRPr="00E0039B">
        <w:t>•</w:t>
      </w:r>
      <w:r w:rsidRPr="00E0039B">
        <w:tab/>
        <w:t xml:space="preserve">Slack </w:t>
      </w:r>
    </w:p>
    <w:p w14:paraId="2A096D8F" w14:textId="77777777" w:rsidR="00E0039B" w:rsidRPr="00E0039B" w:rsidRDefault="00E0039B" w:rsidP="00E0039B">
      <w:r w:rsidRPr="00E0039B">
        <w:lastRenderedPageBreak/>
        <w:t>Portfolio</w:t>
      </w:r>
    </w:p>
    <w:p w14:paraId="46BCC118" w14:textId="77777777" w:rsidR="00E0039B" w:rsidRPr="00E0039B" w:rsidRDefault="00E0039B" w:rsidP="00E0039B">
      <w:r w:rsidRPr="00E0039B">
        <w:t>•</w:t>
      </w:r>
      <w:r w:rsidRPr="00E0039B">
        <w:tab/>
        <w:t xml:space="preserve">GitHub (technical projects) </w:t>
      </w:r>
    </w:p>
    <w:p w14:paraId="52488DC2" w14:textId="77777777" w:rsidR="00E0039B" w:rsidRPr="00E0039B" w:rsidRDefault="00E0039B" w:rsidP="00E0039B">
      <w:r w:rsidRPr="00E0039B">
        <w:t>•</w:t>
      </w:r>
      <w:r w:rsidRPr="00E0039B">
        <w:tab/>
        <w:t xml:space="preserve">Behance (design) </w:t>
      </w:r>
    </w:p>
    <w:p w14:paraId="447335BA" w14:textId="77777777" w:rsidR="00E0039B" w:rsidRPr="00E0039B" w:rsidRDefault="00E0039B" w:rsidP="00E0039B">
      <w:r w:rsidRPr="00E0039B">
        <w:t>•</w:t>
      </w:r>
      <w:r w:rsidRPr="00E0039B">
        <w:tab/>
        <w:t xml:space="preserve">Personal website or portfolio platform (where relevant) </w:t>
      </w:r>
    </w:p>
    <w:p w14:paraId="12E0E9C7" w14:textId="77777777" w:rsidR="00E0039B" w:rsidRPr="00E0039B" w:rsidRDefault="00E0039B" w:rsidP="00E0039B">
      <w:r w:rsidRPr="00E0039B">
        <w:t>Choose the resources that fit your profession rather than trying to use everything.</w:t>
      </w:r>
    </w:p>
    <w:p w14:paraId="59753C87" w14:textId="77777777" w:rsidR="00E0039B" w:rsidRPr="00E0039B" w:rsidRDefault="00E0039B" w:rsidP="00E0039B">
      <w:r w:rsidRPr="00E0039B">
        <w:t>________________________________________</w:t>
      </w:r>
    </w:p>
    <w:p w14:paraId="019FDA98" w14:textId="77777777" w:rsidR="00E0039B" w:rsidRPr="00E0039B" w:rsidRDefault="00E0039B" w:rsidP="00E0039B">
      <w:r w:rsidRPr="00E0039B">
        <w:t>Tool 4: Monthly Career Review</w:t>
      </w:r>
    </w:p>
    <w:p w14:paraId="6C919AA2" w14:textId="77777777" w:rsidR="00E0039B" w:rsidRPr="00E0039B" w:rsidRDefault="00E0039B" w:rsidP="00E0039B">
      <w:r w:rsidRPr="00E0039B">
        <w:t>At the end of each month, answer these questions.</w:t>
      </w:r>
    </w:p>
    <w:p w14:paraId="28E63982" w14:textId="77777777" w:rsidR="00E0039B" w:rsidRPr="00E0039B" w:rsidRDefault="00E0039B" w:rsidP="00E0039B">
      <w:r w:rsidRPr="00E0039B">
        <w:t>What worked well?</w:t>
      </w:r>
    </w:p>
    <w:p w14:paraId="2338EA99" w14:textId="77777777" w:rsidR="00E0039B" w:rsidRPr="00E0039B" w:rsidRDefault="00E0039B" w:rsidP="00E0039B">
      <w:r w:rsidRPr="00E0039B">
        <w:t>________________________________________</w:t>
      </w:r>
    </w:p>
    <w:p w14:paraId="598CB62A" w14:textId="77777777" w:rsidR="00E0039B" w:rsidRPr="00E0039B" w:rsidRDefault="00E0039B" w:rsidP="00E0039B">
      <w:r w:rsidRPr="00E0039B">
        <w:t>Which applications received responses?</w:t>
      </w:r>
    </w:p>
    <w:p w14:paraId="06354726" w14:textId="77777777" w:rsidR="00E0039B" w:rsidRPr="00E0039B" w:rsidRDefault="00E0039B" w:rsidP="00E0039B">
      <w:r w:rsidRPr="00E0039B">
        <w:t>________________________________________</w:t>
      </w:r>
    </w:p>
    <w:p w14:paraId="44F720C5" w14:textId="77777777" w:rsidR="00E0039B" w:rsidRPr="00E0039B" w:rsidRDefault="00E0039B" w:rsidP="00E0039B">
      <w:r w:rsidRPr="00E0039B">
        <w:t>Which skills should I improve next?</w:t>
      </w:r>
    </w:p>
    <w:p w14:paraId="57B10699" w14:textId="77777777" w:rsidR="00E0039B" w:rsidRPr="00E0039B" w:rsidRDefault="00E0039B" w:rsidP="00E0039B">
      <w:r w:rsidRPr="00E0039B">
        <w:t>________________________________________</w:t>
      </w:r>
    </w:p>
    <w:p w14:paraId="3D56FE0A" w14:textId="77777777" w:rsidR="00E0039B" w:rsidRPr="00E0039B" w:rsidRDefault="00E0039B" w:rsidP="00E0039B">
      <w:r w:rsidRPr="00E0039B">
        <w:t>Which companies should I watch next month?</w:t>
      </w:r>
    </w:p>
    <w:p w14:paraId="4D5C9309" w14:textId="77777777" w:rsidR="00E0039B" w:rsidRPr="00E0039B" w:rsidRDefault="00E0039B" w:rsidP="00E0039B">
      <w:r w:rsidRPr="00E0039B">
        <w:t>________________________________________</w:t>
      </w:r>
    </w:p>
    <w:p w14:paraId="73818C18" w14:textId="77777777" w:rsidR="00E0039B" w:rsidRPr="00E0039B" w:rsidRDefault="00E0039B" w:rsidP="00E0039B">
      <w:r w:rsidRPr="00E0039B">
        <w:t>What is my biggest goal for the next 30 days?</w:t>
      </w:r>
    </w:p>
    <w:p w14:paraId="4BE86E07" w14:textId="77777777" w:rsidR="00E0039B" w:rsidRPr="00E0039B" w:rsidRDefault="00E0039B" w:rsidP="00E0039B">
      <w:r w:rsidRPr="00E0039B">
        <w:t>________________________________________</w:t>
      </w:r>
    </w:p>
    <w:p w14:paraId="2ED1DF61" w14:textId="77777777" w:rsidR="00E0039B" w:rsidRPr="00E0039B" w:rsidRDefault="00E0039B" w:rsidP="00E0039B">
      <w:r w:rsidRPr="00E0039B">
        <w:t>Reviewing your progress regularly helps you adjust your strategy instead of repeating the same habits.</w:t>
      </w:r>
    </w:p>
    <w:p w14:paraId="4473681A" w14:textId="77777777" w:rsidR="00E0039B" w:rsidRPr="00E0039B" w:rsidRDefault="00E0039B" w:rsidP="00E0039B">
      <w:r w:rsidRPr="00E0039B">
        <w:t>________________________________________</w:t>
      </w:r>
    </w:p>
    <w:p w14:paraId="1A6D7B73" w14:textId="77777777" w:rsidR="00E0039B" w:rsidRPr="00E0039B" w:rsidRDefault="00E0039B" w:rsidP="00E0039B">
      <w:r w:rsidRPr="00E0039B">
        <w:t>What Success Really Looks Like</w:t>
      </w:r>
    </w:p>
    <w:p w14:paraId="7525A19F" w14:textId="77777777" w:rsidR="00E0039B" w:rsidRPr="00E0039B" w:rsidRDefault="00E0039B" w:rsidP="00E0039B">
      <w:r w:rsidRPr="00E0039B">
        <w:t>Success doesn't always happen in one dramatic moment.</w:t>
      </w:r>
    </w:p>
    <w:p w14:paraId="3FB64F77" w14:textId="77777777" w:rsidR="00E0039B" w:rsidRPr="00E0039B" w:rsidRDefault="00E0039B" w:rsidP="00E0039B">
      <w:r w:rsidRPr="00E0039B">
        <w:rPr>
          <w:b/>
        </w:rPr>
        <w:t>Sometimes it looks like:</w:t>
      </w:r>
    </w:p>
    <w:p w14:paraId="50136810" w14:textId="77777777" w:rsidR="00E0039B" w:rsidRPr="00E0039B" w:rsidRDefault="00E0039B" w:rsidP="00E0039B">
      <w:r w:rsidRPr="00E0039B">
        <w:t>•</w:t>
      </w:r>
      <w:r w:rsidRPr="00E0039B">
        <w:tab/>
        <w:t xml:space="preserve">Receiving your first recruiter message. </w:t>
      </w:r>
    </w:p>
    <w:p w14:paraId="138C13DE" w14:textId="77777777" w:rsidR="00E0039B" w:rsidRPr="00E0039B" w:rsidRDefault="00E0039B" w:rsidP="00E0039B">
      <w:r w:rsidRPr="00E0039B">
        <w:t>•</w:t>
      </w:r>
      <w:r w:rsidRPr="00E0039B">
        <w:tab/>
        <w:t xml:space="preserve">Getting invited to your first interview. </w:t>
      </w:r>
    </w:p>
    <w:p w14:paraId="7FE2EE42" w14:textId="77777777" w:rsidR="00E0039B" w:rsidRPr="00E0039B" w:rsidRDefault="00E0039B" w:rsidP="00E0039B">
      <w:r w:rsidRPr="00E0039B">
        <w:t>•</w:t>
      </w:r>
      <w:r w:rsidRPr="00E0039B">
        <w:tab/>
        <w:t xml:space="preserve">Writing a stronger CV than you had last month. </w:t>
      </w:r>
    </w:p>
    <w:p w14:paraId="3FDB462C" w14:textId="77777777" w:rsidR="00E0039B" w:rsidRPr="00E0039B" w:rsidRDefault="00E0039B" w:rsidP="00E0039B">
      <w:r w:rsidRPr="00E0039B">
        <w:lastRenderedPageBreak/>
        <w:t>•</w:t>
      </w:r>
      <w:r w:rsidRPr="00E0039B">
        <w:tab/>
        <w:t xml:space="preserve">Building confidence during interviews. </w:t>
      </w:r>
    </w:p>
    <w:p w14:paraId="5A1FEAE9" w14:textId="77777777" w:rsidR="00E0039B" w:rsidRPr="00E0039B" w:rsidRDefault="00E0039B" w:rsidP="00E0039B">
      <w:r w:rsidRPr="00E0039B">
        <w:t>•</w:t>
      </w:r>
      <w:r w:rsidRPr="00E0039B">
        <w:tab/>
        <w:t xml:space="preserve">Learning a valuable new skill. </w:t>
      </w:r>
    </w:p>
    <w:p w14:paraId="1583E030" w14:textId="77777777" w:rsidR="00E0039B" w:rsidRPr="00E0039B" w:rsidRDefault="00E0039B" w:rsidP="00E0039B">
      <w:r w:rsidRPr="00E0039B">
        <w:t>•</w:t>
      </w:r>
      <w:r w:rsidRPr="00E0039B">
        <w:tab/>
        <w:t xml:space="preserve">Recognizing and avoiding a scam before it wastes your time. </w:t>
      </w:r>
    </w:p>
    <w:p w14:paraId="7F3C485B" w14:textId="77777777" w:rsidR="00E0039B" w:rsidRPr="00E0039B" w:rsidRDefault="00E0039B" w:rsidP="00E0039B">
      <w:r w:rsidRPr="00E0039B">
        <w:t>These are all signs that you're moving forward.</w:t>
      </w:r>
    </w:p>
    <w:p w14:paraId="46B0D0BB" w14:textId="77777777" w:rsidR="00E0039B" w:rsidRPr="00E0039B" w:rsidRDefault="00E0039B" w:rsidP="00E0039B">
      <w:r w:rsidRPr="00E0039B">
        <w:t>Celebrate them.</w:t>
      </w:r>
    </w:p>
    <w:p w14:paraId="08447193" w14:textId="77777777" w:rsidR="00E0039B" w:rsidRPr="00E0039B" w:rsidRDefault="00E0039B" w:rsidP="00E0039B">
      <w:r w:rsidRPr="00E0039B">
        <w:t>They build momentum.</w:t>
      </w:r>
    </w:p>
    <w:p w14:paraId="44C5CD7F" w14:textId="77777777" w:rsidR="00E0039B" w:rsidRPr="00E0039B" w:rsidRDefault="00E0039B" w:rsidP="00E0039B">
      <w:r w:rsidRPr="00E0039B">
        <w:t>________________________________________</w:t>
      </w:r>
    </w:p>
    <w:p w14:paraId="73696AB5" w14:textId="77777777" w:rsidR="00E0039B" w:rsidRPr="00E0039B" w:rsidRDefault="00E0039B" w:rsidP="00E0039B">
      <w:r w:rsidRPr="00E0039B">
        <w:t>Your Commitment</w:t>
      </w:r>
    </w:p>
    <w:p w14:paraId="2E2F9F56" w14:textId="77777777" w:rsidR="00E0039B" w:rsidRPr="00E0039B" w:rsidRDefault="00E0039B" w:rsidP="00E0039B">
      <w:r w:rsidRPr="00E0039B">
        <w:t>Before you close this guide, make one commitment to yourself.</w:t>
      </w:r>
    </w:p>
    <w:p w14:paraId="74006A33" w14:textId="77777777" w:rsidR="00E0039B" w:rsidRPr="00E0039B" w:rsidRDefault="00E0039B" w:rsidP="00E0039B">
      <w:r w:rsidRPr="00E0039B">
        <w:t>"I will focus on consistent improvement instead of quick fixes. I will apply strategically, continue learning, and treat every application as an opportunity to grow professionally."</w:t>
      </w:r>
    </w:p>
    <w:p w14:paraId="4EF71D10" w14:textId="77777777" w:rsidR="00E0039B" w:rsidRPr="00E0039B" w:rsidRDefault="00E0039B" w:rsidP="00E0039B">
      <w:r w:rsidRPr="00E0039B">
        <w:t>Sign below.</w:t>
      </w:r>
    </w:p>
    <w:p w14:paraId="7922D66F" w14:textId="77777777" w:rsidR="00E0039B" w:rsidRPr="00E0039B" w:rsidRDefault="00E0039B" w:rsidP="00E0039B">
      <w:r w:rsidRPr="00E0039B">
        <w:rPr>
          <w:b/>
        </w:rPr>
        <w:t>Name:</w:t>
      </w:r>
    </w:p>
    <w:p w14:paraId="4889688B" w14:textId="77777777" w:rsidR="00E0039B" w:rsidRPr="00E0039B" w:rsidRDefault="00E0039B" w:rsidP="00E0039B">
      <w:r w:rsidRPr="00E0039B">
        <w:t>________________________________________</w:t>
      </w:r>
    </w:p>
    <w:p w14:paraId="5A7C7F07" w14:textId="77777777" w:rsidR="00E0039B" w:rsidRPr="00E0039B" w:rsidRDefault="00E0039B" w:rsidP="00E0039B">
      <w:r w:rsidRPr="00E0039B">
        <w:rPr>
          <w:b/>
        </w:rPr>
        <w:t>Date:</w:t>
      </w:r>
    </w:p>
    <w:p w14:paraId="752203E9" w14:textId="77777777" w:rsidR="00E0039B" w:rsidRPr="00E0039B" w:rsidRDefault="00E0039B" w:rsidP="00E0039B">
      <w:r w:rsidRPr="00E0039B">
        <w:t>________________________________________</w:t>
      </w:r>
    </w:p>
    <w:p w14:paraId="34FCEFB7" w14:textId="77777777" w:rsidR="00E0039B" w:rsidRPr="00E0039B" w:rsidRDefault="00E0039B" w:rsidP="00E0039B">
      <w:r w:rsidRPr="00E0039B">
        <w:rPr>
          <w:b/>
        </w:rPr>
        <w:t>Signature:</w:t>
      </w:r>
    </w:p>
    <w:p w14:paraId="668512E0" w14:textId="77777777" w:rsidR="00E0039B" w:rsidRPr="00E0039B" w:rsidRDefault="00E0039B" w:rsidP="00E0039B">
      <w:r w:rsidRPr="00E0039B">
        <w:t>________________________________________</w:t>
      </w:r>
    </w:p>
    <w:p w14:paraId="1A31FB96" w14:textId="77777777" w:rsidR="00E0039B" w:rsidRPr="00E0039B" w:rsidRDefault="00E0039B" w:rsidP="00E0039B">
      <w:r w:rsidRPr="00E0039B">
        <w:t>________________________________________</w:t>
      </w:r>
    </w:p>
    <w:p w14:paraId="0A8D65AA" w14:textId="77777777" w:rsidR="00E0039B" w:rsidRPr="00E0039B" w:rsidRDefault="00E0039B" w:rsidP="00E0039B">
      <w:r w:rsidRPr="00E0039B">
        <w:t>Final Words</w:t>
      </w:r>
    </w:p>
    <w:p w14:paraId="6D81D8C3" w14:textId="77777777" w:rsidR="00E0039B" w:rsidRPr="00E0039B" w:rsidRDefault="00E0039B" w:rsidP="00E0039B">
      <w:r w:rsidRPr="00E0039B">
        <w:t>When you started reading this guide, you may have been overwhelmed by the number of websites, opinions, and conflicting advice about remote work.</w:t>
      </w:r>
    </w:p>
    <w:p w14:paraId="29659EE9" w14:textId="77777777" w:rsidR="00E0039B" w:rsidRPr="00E0039B" w:rsidRDefault="00E0039B" w:rsidP="00E0039B">
      <w:r w:rsidRPr="00E0039B">
        <w:t>Now you have something more valuable than another list of tips.</w:t>
      </w:r>
    </w:p>
    <w:p w14:paraId="3A8E240A" w14:textId="77777777" w:rsidR="00E0039B" w:rsidRPr="00E0039B" w:rsidRDefault="00E0039B" w:rsidP="00E0039B">
      <w:r w:rsidRPr="00E0039B">
        <w:t>You have a system.</w:t>
      </w:r>
    </w:p>
    <w:p w14:paraId="7A0973D6" w14:textId="77777777" w:rsidR="00E0039B" w:rsidRPr="00E0039B" w:rsidRDefault="00E0039B" w:rsidP="00E0039B">
      <w:r w:rsidRPr="00E0039B">
        <w:rPr>
          <w:b/>
        </w:rPr>
        <w:t>Remember the framework we built together:</w:t>
      </w:r>
    </w:p>
    <w:p w14:paraId="57ADE1A3" w14:textId="77777777" w:rsidR="00E0039B" w:rsidRPr="00E0039B" w:rsidRDefault="00E0039B" w:rsidP="00E0039B">
      <w:r w:rsidRPr="00E0039B">
        <w:rPr>
          <w:b/>
        </w:rPr>
        <w:t>FIND</w:t>
      </w:r>
    </w:p>
    <w:p w14:paraId="44B5FEA9" w14:textId="77777777" w:rsidR="00E0039B" w:rsidRPr="00E0039B" w:rsidRDefault="00E0039B" w:rsidP="00E0039B">
      <w:r w:rsidRPr="00E0039B">
        <w:t>Identify quality opportunities instead of applying everywhere.</w:t>
      </w:r>
    </w:p>
    <w:p w14:paraId="14F76812" w14:textId="77777777" w:rsidR="00E0039B" w:rsidRPr="00E0039B" w:rsidRDefault="00E0039B" w:rsidP="00E0039B">
      <w:r w:rsidRPr="00E0039B">
        <w:rPr>
          <w:b/>
        </w:rPr>
        <w:lastRenderedPageBreak/>
        <w:t>VET</w:t>
      </w:r>
    </w:p>
    <w:p w14:paraId="726049BC" w14:textId="77777777" w:rsidR="00E0039B" w:rsidRPr="00E0039B" w:rsidRDefault="00E0039B" w:rsidP="00E0039B">
      <w:r w:rsidRPr="00E0039B">
        <w:t>Verify employers and protect yourself from scams.</w:t>
      </w:r>
    </w:p>
    <w:p w14:paraId="72F9B146" w14:textId="77777777" w:rsidR="00E0039B" w:rsidRPr="00E0039B" w:rsidRDefault="00E0039B" w:rsidP="00E0039B">
      <w:r w:rsidRPr="00E0039B">
        <w:rPr>
          <w:b/>
        </w:rPr>
        <w:t>GET HIRED</w:t>
      </w:r>
    </w:p>
    <w:p w14:paraId="7012AD8F" w14:textId="77777777" w:rsidR="00E0039B" w:rsidRPr="00E0039B" w:rsidRDefault="00E0039B" w:rsidP="00E0039B">
      <w:r w:rsidRPr="00E0039B">
        <w:t>Present yourself professionally through stronger applications, interviews, and consistent follow-up.</w:t>
      </w:r>
    </w:p>
    <w:p w14:paraId="17992CC8" w14:textId="77777777" w:rsidR="00E0039B" w:rsidRPr="00E0039B" w:rsidRDefault="00E0039B" w:rsidP="00E0039B">
      <w:r w:rsidRPr="00E0039B">
        <w:t>No guide can promise a job offer.</w:t>
      </w:r>
    </w:p>
    <w:p w14:paraId="6A57A26F" w14:textId="77777777" w:rsidR="00E0039B" w:rsidRPr="00E0039B" w:rsidRDefault="00E0039B" w:rsidP="00E0039B">
      <w:r w:rsidRPr="00E0039B">
        <w:t>But a clear system can help you make better decisions, improve your applications, and approach your remote job search with greater confidence and purpose.</w:t>
      </w:r>
    </w:p>
    <w:p w14:paraId="3EFF7BDA" w14:textId="77777777" w:rsidR="00E0039B" w:rsidRPr="00E0039B" w:rsidRDefault="00E0039B" w:rsidP="00E0039B">
      <w:r w:rsidRPr="00E0039B">
        <w:t>Thank you for trusting me to be part of your journey.</w:t>
      </w:r>
    </w:p>
    <w:p w14:paraId="6A3F39E0" w14:textId="77777777" w:rsidR="00E0039B" w:rsidRPr="00E0039B" w:rsidRDefault="00E0039B" w:rsidP="00E0039B">
      <w:r w:rsidRPr="00E0039B">
        <w:t>I genuinely hope that the next interview invitation, the next recruiter message, or the next opportunity you receive is the beginning of something meaningful for your career.</w:t>
      </w:r>
    </w:p>
    <w:p w14:paraId="169C44DB" w14:textId="77777777" w:rsidR="00E0039B" w:rsidRPr="00E0039B" w:rsidRDefault="00E0039B" w:rsidP="00E0039B">
      <w:r w:rsidRPr="00E0039B">
        <w:t>Keep learning.</w:t>
      </w:r>
    </w:p>
    <w:p w14:paraId="040A506A" w14:textId="77777777" w:rsidR="00E0039B" w:rsidRPr="00E0039B" w:rsidRDefault="00E0039B" w:rsidP="00E0039B">
      <w:r w:rsidRPr="00E0039B">
        <w:t>Keep improving.</w:t>
      </w:r>
    </w:p>
    <w:p w14:paraId="1ABBB798" w14:textId="77777777" w:rsidR="00E0039B" w:rsidRPr="00E0039B" w:rsidRDefault="00E0039B" w:rsidP="00E0039B">
      <w:r w:rsidRPr="00E0039B">
        <w:t>Keep showing up.</w:t>
      </w:r>
    </w:p>
    <w:p w14:paraId="2E7F07D4" w14:textId="77777777" w:rsidR="00E0039B" w:rsidRPr="00E0039B" w:rsidRDefault="00E0039B" w:rsidP="00E0039B">
      <w:r w:rsidRPr="00E0039B">
        <w:t>Your next opportunity could be closer than you think.</w:t>
      </w:r>
    </w:p>
    <w:p w14:paraId="5A5C200A" w14:textId="77777777" w:rsidR="00E0039B" w:rsidRPr="00E0039B" w:rsidRDefault="00E0039B" w:rsidP="00E0039B">
      <w:r w:rsidRPr="00E0039B">
        <w:t>________________________________________</w:t>
      </w:r>
    </w:p>
    <w:p w14:paraId="1B45F92D" w14:textId="77777777" w:rsidR="00E0039B" w:rsidRPr="00E0039B" w:rsidRDefault="00E0039B" w:rsidP="00E0039B">
      <w:r w:rsidRPr="00E0039B">
        <w:rPr>
          <w:b/>
        </w:rPr>
        <w:t>THE END</w:t>
      </w:r>
    </w:p>
    <w:p w14:paraId="6674E925" w14:textId="77777777" w:rsidR="00E0039B" w:rsidRPr="00E0039B" w:rsidRDefault="00E0039B" w:rsidP="00E0039B">
      <w:r w:rsidRPr="00E0039B">
        <w:t>Congratulations!</w:t>
      </w:r>
    </w:p>
    <w:p w14:paraId="212B2E28" w14:textId="77777777" w:rsidR="00535E53" w:rsidRDefault="00535E53"/>
    <w:sectPr w:rsidR="00535E53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7139051">
    <w:abstractNumId w:val="8"/>
  </w:num>
  <w:num w:numId="2" w16cid:durableId="2115323229">
    <w:abstractNumId w:val="6"/>
  </w:num>
  <w:num w:numId="3" w16cid:durableId="467236915">
    <w:abstractNumId w:val="5"/>
  </w:num>
  <w:num w:numId="4" w16cid:durableId="1569488215">
    <w:abstractNumId w:val="4"/>
  </w:num>
  <w:num w:numId="5" w16cid:durableId="1538466197">
    <w:abstractNumId w:val="7"/>
  </w:num>
  <w:num w:numId="6" w16cid:durableId="1030759054">
    <w:abstractNumId w:val="3"/>
  </w:num>
  <w:num w:numId="7" w16cid:durableId="169489188">
    <w:abstractNumId w:val="2"/>
  </w:num>
  <w:num w:numId="8" w16cid:durableId="65300305">
    <w:abstractNumId w:val="1"/>
  </w:num>
  <w:num w:numId="9" w16cid:durableId="1411847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2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C1766"/>
    <w:rsid w:val="00241DD3"/>
    <w:rsid w:val="0029639D"/>
    <w:rsid w:val="00326F90"/>
    <w:rsid w:val="00496B4D"/>
    <w:rsid w:val="00535E53"/>
    <w:rsid w:val="006332A2"/>
    <w:rsid w:val="009F641B"/>
    <w:rsid w:val="00AA1D8D"/>
    <w:rsid w:val="00B47730"/>
    <w:rsid w:val="00CB0664"/>
    <w:rsid w:val="00E0039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8E6AD1"/>
  <w14:defaultImageDpi w14:val="300"/>
  <w15:docId w15:val="{DCB4DCE6-E5E1-41AB-8B63-4899166B9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93</Pages>
  <Words>12229</Words>
  <Characters>69709</Characters>
  <Application>Microsoft Office Word</Application>
  <DocSecurity>0</DocSecurity>
  <Lines>580</Lines>
  <Paragraphs>163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81775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Oluyimide Emmaue</cp:lastModifiedBy>
  <cp:revision>3</cp:revision>
  <dcterms:created xsi:type="dcterms:W3CDTF">2013-12-23T23:15:00Z</dcterms:created>
  <dcterms:modified xsi:type="dcterms:W3CDTF">2026-07-27T14:51:00Z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6c2e966c-ab52-45c0-b648-fc56a0bafff1</vt:lpwstr>
  </property>
</Properties>
</file>